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212E0C" w14:textId="77777777" w:rsidR="00792F08" w:rsidRDefault="00B0351E" w:rsidP="00C413AF">
      <w:pPr>
        <w:pStyle w:val="Heading1"/>
      </w:pPr>
      <w:r>
        <w:rPr>
          <w:rFonts w:eastAsia="Arial"/>
        </w:rPr>
        <w:t>Heritage Crime Risk Assessment Framework</w:t>
      </w:r>
    </w:p>
    <w:p w14:paraId="3B544882" w14:textId="77777777" w:rsidR="00915061" w:rsidRDefault="00915061" w:rsidP="00915061"/>
    <w:p w14:paraId="03912F91" w14:textId="12854D7B" w:rsidR="00915061" w:rsidRPr="00915061" w:rsidRDefault="00915061" w:rsidP="00915061">
      <w:r w:rsidRPr="00915061">
        <w:t xml:space="preserve">This information is intended for heritage professionals, community groups, property owners/custodians and volunteers who have limited knowledge of risk assessment and crime prevention. Ideally, the framework should be used following a short training input, during which the methodology can be explained. Where this is not possible, this </w:t>
      </w:r>
      <w:hyperlink r:id="rId8" w:history="1">
        <w:r w:rsidR="00AE7665">
          <w:rPr>
            <w:rStyle w:val="Hyperlink"/>
          </w:rPr>
          <w:t>Historic England guidance note</w:t>
        </w:r>
      </w:hyperlink>
      <w:r w:rsidR="00AE7665">
        <w:t xml:space="preserve"> </w:t>
      </w:r>
      <w:r w:rsidRPr="00915061">
        <w:t>is intended to support those undertaking the assessment process.</w:t>
      </w:r>
    </w:p>
    <w:p w14:paraId="0DD6EDA4" w14:textId="6390646C" w:rsidR="00114AB4" w:rsidRPr="00114AB4" w:rsidRDefault="00114AB4" w:rsidP="00AE7665">
      <w:pPr>
        <w:pStyle w:val="Heading2"/>
      </w:pPr>
      <w:r w:rsidRPr="00C413AF">
        <w:t xml:space="preserve">Objective/scanning </w:t>
      </w:r>
      <w:r>
        <w:t>–</w:t>
      </w:r>
      <w:r w:rsidRPr="00C413AF">
        <w:t xml:space="preserve"> heritage asset to be assessed</w:t>
      </w:r>
    </w:p>
    <w:tbl>
      <w:tblPr>
        <w:tblStyle w:val="TableGrid"/>
        <w:tblW w:w="0" w:type="auto"/>
        <w:tblInd w:w="-5" w:type="dxa"/>
        <w:tblLook w:val="04A0" w:firstRow="1" w:lastRow="0" w:firstColumn="1" w:lastColumn="0" w:noHBand="0" w:noVBand="1"/>
        <w:tblCaption w:val="Heritage asset assessment details"/>
        <w:tblDescription w:val="Form fields for assessment title, date, assessor name, organisation, contact details and location references."/>
      </w:tblPr>
      <w:tblGrid>
        <w:gridCol w:w="4881"/>
        <w:gridCol w:w="5297"/>
      </w:tblGrid>
      <w:tr w:rsidR="00996168" w14:paraId="789B5D26" w14:textId="77777777" w:rsidTr="00C2373A">
        <w:trPr>
          <w:trHeight w:val="842"/>
        </w:trPr>
        <w:tc>
          <w:tcPr>
            <w:tcW w:w="10178" w:type="dxa"/>
            <w:gridSpan w:val="2"/>
          </w:tcPr>
          <w:p w14:paraId="49FCB978" w14:textId="77777777" w:rsidR="00996168" w:rsidRDefault="00996168" w:rsidP="00996168">
            <w:pPr>
              <w:rPr>
                <w:b/>
                <w:bCs/>
              </w:rPr>
            </w:pPr>
            <w:r w:rsidRPr="00C413AF">
              <w:rPr>
                <w:b/>
                <w:bCs/>
              </w:rPr>
              <w:t>Assessment title</w:t>
            </w:r>
            <w:r>
              <w:rPr>
                <w:b/>
                <w:bCs/>
              </w:rPr>
              <w:t xml:space="preserve"> </w:t>
            </w:r>
          </w:p>
          <w:p w14:paraId="3330F7B3" w14:textId="7F6405A2" w:rsidR="00996168" w:rsidRPr="00C413AF" w:rsidRDefault="00000000" w:rsidP="00996168">
            <w:pPr>
              <w:rPr>
                <w:b/>
                <w:bCs/>
              </w:rPr>
            </w:pPr>
            <w:sdt>
              <w:sdtPr>
                <w:alias w:val="Assessment title"/>
                <w:tag w:val="Assessment title"/>
                <w:id w:val="-1780950275"/>
                <w:showingPlcHdr/>
                <w:text/>
              </w:sdtPr>
              <w:sdtContent>
                <w:r w:rsidR="00996168">
                  <w:rPr>
                    <w:color w:val="767676"/>
                  </w:rPr>
                  <w:t>Enter details</w:t>
                </w:r>
              </w:sdtContent>
            </w:sdt>
          </w:p>
        </w:tc>
      </w:tr>
      <w:tr w:rsidR="00792F08" w14:paraId="0B6D8DDC" w14:textId="77777777" w:rsidTr="00C2373A">
        <w:trPr>
          <w:trHeight w:val="842"/>
        </w:trPr>
        <w:tc>
          <w:tcPr>
            <w:tcW w:w="4881" w:type="dxa"/>
          </w:tcPr>
          <w:p w14:paraId="5D55B0D6" w14:textId="43A3249B" w:rsidR="00792F08" w:rsidRPr="00C413AF" w:rsidRDefault="00B0351E" w:rsidP="00C413AF">
            <w:pPr>
              <w:rPr>
                <w:b/>
                <w:bCs/>
              </w:rPr>
            </w:pPr>
            <w:r w:rsidRPr="00C413AF">
              <w:rPr>
                <w:b/>
                <w:bCs/>
              </w:rPr>
              <w:t>Assessment date</w:t>
            </w:r>
          </w:p>
          <w:p w14:paraId="3B6DDD01" w14:textId="77777777" w:rsidR="00792F08" w:rsidRDefault="00000000" w:rsidP="00C413AF">
            <w:sdt>
              <w:sdtPr>
                <w:alias w:val="Assessment date"/>
                <w:tag w:val="Assessment date"/>
                <w:id w:val="-1434820962"/>
                <w:showingPlcHdr/>
                <w:text/>
              </w:sdtPr>
              <w:sdtContent>
                <w:r w:rsidR="00B0351E">
                  <w:rPr>
                    <w:color w:val="767676"/>
                  </w:rPr>
                  <w:t>Day Month Year</w:t>
                </w:r>
              </w:sdtContent>
            </w:sdt>
          </w:p>
        </w:tc>
        <w:tc>
          <w:tcPr>
            <w:tcW w:w="5297" w:type="dxa"/>
          </w:tcPr>
          <w:p w14:paraId="0697D1CA" w14:textId="64C01C4F" w:rsidR="00792F08" w:rsidRPr="00C413AF" w:rsidRDefault="00B0351E" w:rsidP="00C413AF">
            <w:pPr>
              <w:rPr>
                <w:b/>
                <w:bCs/>
              </w:rPr>
            </w:pPr>
            <w:r w:rsidRPr="00C413AF">
              <w:rPr>
                <w:b/>
                <w:bCs/>
              </w:rPr>
              <w:t>Assessor name</w:t>
            </w:r>
          </w:p>
          <w:p w14:paraId="0957E15E" w14:textId="77777777" w:rsidR="00792F08" w:rsidRDefault="00000000" w:rsidP="00C413AF">
            <w:sdt>
              <w:sdtPr>
                <w:alias w:val="Assessor name"/>
                <w:tag w:val="Assessor name"/>
                <w:id w:val="960146157"/>
                <w:showingPlcHdr/>
                <w:text/>
              </w:sdtPr>
              <w:sdtContent>
                <w:r w:rsidR="00B0351E">
                  <w:rPr>
                    <w:color w:val="767676"/>
                  </w:rPr>
                  <w:t>First Name Last Name</w:t>
                </w:r>
              </w:sdtContent>
            </w:sdt>
          </w:p>
        </w:tc>
      </w:tr>
      <w:tr w:rsidR="00792F08" w14:paraId="53866FB6" w14:textId="77777777" w:rsidTr="00C2373A">
        <w:trPr>
          <w:trHeight w:val="827"/>
        </w:trPr>
        <w:tc>
          <w:tcPr>
            <w:tcW w:w="4881" w:type="dxa"/>
          </w:tcPr>
          <w:p w14:paraId="4E224AF3" w14:textId="390ADFE9" w:rsidR="00792F08" w:rsidRPr="00C413AF" w:rsidRDefault="00B0351E" w:rsidP="00C413AF">
            <w:pPr>
              <w:rPr>
                <w:b/>
                <w:bCs/>
              </w:rPr>
            </w:pPr>
            <w:r w:rsidRPr="00C413AF">
              <w:rPr>
                <w:b/>
                <w:bCs/>
              </w:rPr>
              <w:t>Organisation</w:t>
            </w:r>
          </w:p>
          <w:p w14:paraId="14A2184C" w14:textId="42C1B8DA" w:rsidR="00792F08" w:rsidRDefault="00000000" w:rsidP="00C413AF">
            <w:sdt>
              <w:sdtPr>
                <w:alias w:val="Organisation"/>
                <w:tag w:val="Organisation"/>
                <w:id w:val="-1663535324"/>
                <w:showingPlcHdr/>
                <w:text/>
              </w:sdtPr>
              <w:sdtContent>
                <w:r w:rsidR="00624C98">
                  <w:rPr>
                    <w:color w:val="767676"/>
                  </w:rPr>
                  <w:t>Enter assessor details</w:t>
                </w:r>
              </w:sdtContent>
            </w:sdt>
          </w:p>
        </w:tc>
        <w:tc>
          <w:tcPr>
            <w:tcW w:w="5297" w:type="dxa"/>
          </w:tcPr>
          <w:p w14:paraId="4BECBF89" w14:textId="23016B3B" w:rsidR="00792F08" w:rsidRPr="00C413AF" w:rsidRDefault="00317744" w:rsidP="00C413AF">
            <w:pPr>
              <w:rPr>
                <w:b/>
                <w:bCs/>
              </w:rPr>
            </w:pPr>
            <w:r>
              <w:rPr>
                <w:b/>
                <w:bCs/>
              </w:rPr>
              <w:t>Mobile/</w:t>
            </w:r>
            <w:r w:rsidRPr="00C413AF">
              <w:rPr>
                <w:b/>
                <w:bCs/>
              </w:rPr>
              <w:t>Landline</w:t>
            </w:r>
          </w:p>
          <w:p w14:paraId="547CD1B8" w14:textId="359EA29A" w:rsidR="00792F08" w:rsidRDefault="00000000" w:rsidP="00C413AF">
            <w:sdt>
              <w:sdtPr>
                <w:alias w:val="Mobile or landline"/>
                <w:tag w:val="Mobile or landline"/>
                <w:id w:val="-297690829"/>
                <w:showingPlcHdr/>
                <w:text/>
              </w:sdtPr>
              <w:sdtContent>
                <w:r w:rsidR="00624C98">
                  <w:rPr>
                    <w:color w:val="767676"/>
                  </w:rPr>
                  <w:t>Enter assessor details</w:t>
                </w:r>
              </w:sdtContent>
            </w:sdt>
          </w:p>
        </w:tc>
      </w:tr>
      <w:tr w:rsidR="00792F08" w14:paraId="3C232127" w14:textId="77777777" w:rsidTr="00C2373A">
        <w:trPr>
          <w:trHeight w:val="852"/>
        </w:trPr>
        <w:tc>
          <w:tcPr>
            <w:tcW w:w="4881" w:type="dxa"/>
          </w:tcPr>
          <w:p w14:paraId="4D106CB9" w14:textId="77777777" w:rsidR="00317744" w:rsidRPr="00C413AF" w:rsidRDefault="00317744" w:rsidP="00317744">
            <w:pPr>
              <w:tabs>
                <w:tab w:val="left" w:pos="1326"/>
              </w:tabs>
              <w:rPr>
                <w:b/>
                <w:bCs/>
              </w:rPr>
            </w:pPr>
            <w:r w:rsidRPr="00C413AF">
              <w:rPr>
                <w:b/>
                <w:bCs/>
              </w:rPr>
              <w:t>Email</w:t>
            </w:r>
            <w:r>
              <w:rPr>
                <w:b/>
                <w:bCs/>
              </w:rPr>
              <w:tab/>
            </w:r>
          </w:p>
          <w:p w14:paraId="56BECFA1" w14:textId="112A8374" w:rsidR="00792F08" w:rsidRDefault="00000000" w:rsidP="00317744">
            <w:sdt>
              <w:sdtPr>
                <w:alias w:val="Email address"/>
                <w:tag w:val="Email address"/>
                <w:id w:val="893783507"/>
                <w:showingPlcHdr/>
                <w:text/>
              </w:sdtPr>
              <w:sdtContent>
                <w:r w:rsidR="00624C98">
                  <w:rPr>
                    <w:color w:val="767676"/>
                  </w:rPr>
                  <w:t>Enter assessor details</w:t>
                </w:r>
              </w:sdtContent>
            </w:sdt>
          </w:p>
        </w:tc>
        <w:tc>
          <w:tcPr>
            <w:tcW w:w="5297" w:type="dxa"/>
          </w:tcPr>
          <w:p w14:paraId="135A6D4F" w14:textId="77777777" w:rsidR="00317744" w:rsidRPr="00C413AF" w:rsidRDefault="00317744" w:rsidP="00317744">
            <w:pPr>
              <w:rPr>
                <w:b/>
                <w:bCs/>
              </w:rPr>
            </w:pPr>
            <w:r w:rsidRPr="00C413AF">
              <w:rPr>
                <w:b/>
                <w:bCs/>
              </w:rPr>
              <w:t>Ordnance Survey reference (to 6 figures)</w:t>
            </w:r>
          </w:p>
          <w:p w14:paraId="628FA7BE" w14:textId="0C803950" w:rsidR="00792F08" w:rsidRDefault="00000000" w:rsidP="00317744">
            <w:sdt>
              <w:sdtPr>
                <w:alias w:val="Ordnance Survey reference (to 6 figures)"/>
                <w:tag w:val="Ordnance Survey reference (to 6 figures)"/>
                <w:id w:val="1843889338"/>
                <w:showingPlcHdr/>
                <w:text/>
              </w:sdtPr>
              <w:sdtContent>
                <w:r w:rsidR="009B37E7">
                  <w:rPr>
                    <w:color w:val="767676"/>
                  </w:rPr>
                  <w:t>Enter venue details</w:t>
                </w:r>
              </w:sdtContent>
            </w:sdt>
          </w:p>
        </w:tc>
      </w:tr>
      <w:tr w:rsidR="00792F08" w14:paraId="05C9AA86" w14:textId="77777777" w:rsidTr="00C2373A">
        <w:trPr>
          <w:trHeight w:val="837"/>
        </w:trPr>
        <w:tc>
          <w:tcPr>
            <w:tcW w:w="4881" w:type="dxa"/>
          </w:tcPr>
          <w:p w14:paraId="3BCF5CC6" w14:textId="77777777" w:rsidR="00317744" w:rsidRPr="00C413AF" w:rsidRDefault="00317744" w:rsidP="00317744">
            <w:pPr>
              <w:rPr>
                <w:b/>
                <w:bCs/>
              </w:rPr>
            </w:pPr>
            <w:r w:rsidRPr="00C413AF">
              <w:rPr>
                <w:b/>
                <w:bCs/>
              </w:rPr>
              <w:t>what3words.com location reference</w:t>
            </w:r>
          </w:p>
          <w:p w14:paraId="03BF686C" w14:textId="21B4EE47" w:rsidR="00792F08" w:rsidRDefault="00000000" w:rsidP="00317744">
            <w:sdt>
              <w:sdtPr>
                <w:alias w:val="what3words.com location reference"/>
                <w:tag w:val="what3words.com location reference"/>
                <w:id w:val="-1090379125"/>
                <w:showingPlcHdr/>
                <w:text/>
              </w:sdtPr>
              <w:sdtContent>
                <w:r w:rsidR="009B37E7">
                  <w:rPr>
                    <w:color w:val="767676"/>
                  </w:rPr>
                  <w:t>Enter venue details</w:t>
                </w:r>
              </w:sdtContent>
            </w:sdt>
          </w:p>
        </w:tc>
        <w:tc>
          <w:tcPr>
            <w:tcW w:w="5297" w:type="dxa"/>
          </w:tcPr>
          <w:p w14:paraId="327036E8" w14:textId="77777777" w:rsidR="00C413AF" w:rsidRPr="00C413AF" w:rsidRDefault="00C413AF" w:rsidP="00C413AF">
            <w:pPr>
              <w:rPr>
                <w:b/>
                <w:bCs/>
              </w:rPr>
            </w:pPr>
            <w:r w:rsidRPr="00C413AF">
              <w:rPr>
                <w:b/>
                <w:bCs/>
              </w:rPr>
              <w:t>Latitude/longitude for maritime sites</w:t>
            </w:r>
          </w:p>
          <w:p w14:paraId="5AC65577" w14:textId="17E59D66" w:rsidR="00792F08" w:rsidRDefault="00000000" w:rsidP="00C413AF">
            <w:sdt>
              <w:sdtPr>
                <w:alias w:val="Latitude or longitude for maritime sites"/>
                <w:tag w:val="Latitude or longitude for maritime sites"/>
                <w:id w:val="1882356726"/>
                <w:showingPlcHdr/>
                <w:text/>
              </w:sdtPr>
              <w:sdtContent>
                <w:r w:rsidR="009B37E7">
                  <w:rPr>
                    <w:color w:val="767676"/>
                  </w:rPr>
                  <w:t>Enter venue details</w:t>
                </w:r>
              </w:sdtContent>
            </w:sdt>
          </w:p>
        </w:tc>
      </w:tr>
    </w:tbl>
    <w:p w14:paraId="728BFEBC" w14:textId="05D15975" w:rsidR="00792F08" w:rsidRPr="00C413AF" w:rsidRDefault="00737EBF" w:rsidP="00C413AF">
      <w:pPr>
        <w:pStyle w:val="Heading2"/>
      </w:pPr>
      <w:r>
        <w:t>Contact details/a</w:t>
      </w:r>
      <w:r w:rsidRPr="00C413AF">
        <w:t>ddress of heritage asset</w:t>
      </w:r>
    </w:p>
    <w:tbl>
      <w:tblPr>
        <w:tblStyle w:val="TableGrid"/>
        <w:tblW w:w="0" w:type="auto"/>
        <w:tblInd w:w="-5" w:type="dxa"/>
        <w:tblLook w:val="04A0" w:firstRow="1" w:lastRow="0" w:firstColumn="1" w:lastColumn="0" w:noHBand="0" w:noVBand="1"/>
        <w:tblCaption w:val="Heritage asset address"/>
        <w:tblDescription w:val="Form field for contact details and the address of the heritage asset."/>
      </w:tblPr>
      <w:tblGrid>
        <w:gridCol w:w="10195"/>
      </w:tblGrid>
      <w:tr w:rsidR="00792F08" w14:paraId="18591CD2" w14:textId="77777777" w:rsidTr="00915061">
        <w:trPr>
          <w:trHeight w:val="781"/>
        </w:trPr>
        <w:tc>
          <w:tcPr>
            <w:tcW w:w="10195" w:type="dxa"/>
          </w:tcPr>
          <w:p w14:paraId="616F5148" w14:textId="6B29A18C" w:rsidR="00792F08" w:rsidRDefault="00000000" w:rsidP="00C413AF">
            <w:sdt>
              <w:sdtPr>
                <w:alias w:val="Address/location of heritage asset"/>
                <w:tag w:val="Addresslocation of heritage asset"/>
                <w:id w:val="-1334681367"/>
                <w:showingPlcHdr/>
                <w:text w:multiLine="1"/>
              </w:sdtPr>
              <w:sdtContent>
                <w:r w:rsidR="007D7434">
                  <w:rPr>
                    <w:color w:val="767676"/>
                  </w:rPr>
                  <w:t>Enter contact details and address including postcode</w:t>
                </w:r>
              </w:sdtContent>
            </w:sdt>
          </w:p>
          <w:p w14:paraId="068E3377" w14:textId="77777777" w:rsidR="00792F08" w:rsidRDefault="00792F08" w:rsidP="00C413AF"/>
        </w:tc>
      </w:tr>
    </w:tbl>
    <w:p w14:paraId="2DB36DCC" w14:textId="77777777" w:rsidR="00792F08" w:rsidRDefault="00B0351E" w:rsidP="00C413AF">
      <w:pPr>
        <w:pStyle w:val="Heading2"/>
      </w:pPr>
      <w:r>
        <w:t>Brief description of assessment activity, principal crime concerns/objectives and how success might be measured</w:t>
      </w:r>
    </w:p>
    <w:p w14:paraId="1FC81E95" w14:textId="2170D16A" w:rsidR="00912254" w:rsidRPr="00912254" w:rsidRDefault="00912254" w:rsidP="00912254">
      <w:pPr>
        <w:rPr>
          <w:sz w:val="16"/>
          <w:szCs w:val="16"/>
        </w:rPr>
      </w:pPr>
      <w:r w:rsidRPr="00912254">
        <w:rPr>
          <w:rStyle w:val="Sermibold"/>
          <w:sz w:val="16"/>
          <w:szCs w:val="16"/>
        </w:rPr>
        <w:t>Note:</w:t>
      </w:r>
      <w:r w:rsidRPr="00912254">
        <w:rPr>
          <w:sz w:val="16"/>
          <w:szCs w:val="16"/>
        </w:rPr>
        <w:t xml:space="preserve"> Describe area assessed (</w:t>
      </w:r>
      <w:r w:rsidR="000D3BA3" w:rsidRPr="00912254">
        <w:rPr>
          <w:sz w:val="16"/>
          <w:szCs w:val="16"/>
        </w:rPr>
        <w:t>e.g.</w:t>
      </w:r>
      <w:r w:rsidRPr="00912254">
        <w:rPr>
          <w:sz w:val="16"/>
          <w:szCs w:val="16"/>
        </w:rPr>
        <w:t xml:space="preserve"> building and curtilage), significant factors in surrounding environment, any limitations to assessment </w:t>
      </w:r>
      <w:r>
        <w:rPr>
          <w:sz w:val="16"/>
          <w:szCs w:val="16"/>
        </w:rPr>
        <w:br/>
      </w:r>
      <w:r w:rsidRPr="00912254">
        <w:rPr>
          <w:sz w:val="16"/>
          <w:szCs w:val="16"/>
        </w:rPr>
        <w:t>(</w:t>
      </w:r>
      <w:r w:rsidR="000D3BA3" w:rsidRPr="00912254">
        <w:rPr>
          <w:sz w:val="16"/>
          <w:szCs w:val="16"/>
        </w:rPr>
        <w:t>e.g.</w:t>
      </w:r>
      <w:r w:rsidRPr="00912254">
        <w:rPr>
          <w:sz w:val="16"/>
          <w:szCs w:val="16"/>
        </w:rPr>
        <w:t xml:space="preserve"> limited access) and so on. If the site is complex and comprises multiple buildings, then a separate form should be used for each building.</w:t>
      </w:r>
    </w:p>
    <w:tbl>
      <w:tblPr>
        <w:tblStyle w:val="TableGrid"/>
        <w:tblW w:w="0" w:type="auto"/>
        <w:tblInd w:w="-5" w:type="dxa"/>
        <w:tblLook w:val="04A0" w:firstRow="1" w:lastRow="0" w:firstColumn="1" w:lastColumn="0" w:noHBand="0" w:noVBand="1"/>
        <w:tblCaption w:val="Assessment activity description"/>
        <w:tblDescription w:val="Form field for a brief description of the assessment activity, concerns, objectives and measures of success."/>
      </w:tblPr>
      <w:tblGrid>
        <w:gridCol w:w="10195"/>
      </w:tblGrid>
      <w:tr w:rsidR="00792F08" w14:paraId="7C4E87CB" w14:textId="77777777" w:rsidTr="00AE7665">
        <w:trPr>
          <w:trHeight w:val="3216"/>
        </w:trPr>
        <w:tc>
          <w:tcPr>
            <w:tcW w:w="10195" w:type="dxa"/>
          </w:tcPr>
          <w:p w14:paraId="7180FBF3" w14:textId="6FBBF766" w:rsidR="00792F08" w:rsidRDefault="00000000" w:rsidP="00DB7B0D">
            <w:sdt>
              <w:sdtPr>
                <w:alias w:val="Brief description of assessment activity, principal crime concerns/objectives and how success might be measured"/>
                <w:tag w:val="Brief description of assessment activity principal crime con"/>
                <w:id w:val="677544056"/>
                <w:showingPlcHdr/>
                <w:text w:multiLine="1"/>
              </w:sdtPr>
              <w:sdtContent>
                <w:r w:rsidR="00BC00EB">
                  <w:rPr>
                    <w:color w:val="767676"/>
                  </w:rPr>
                  <w:t>Click or tap here to enter text.</w:t>
                </w:r>
              </w:sdtContent>
            </w:sdt>
          </w:p>
        </w:tc>
      </w:tr>
    </w:tbl>
    <w:p w14:paraId="104FEF56" w14:textId="290C4CDA" w:rsidR="00A74EC6" w:rsidRDefault="000722E2" w:rsidP="00A74EC6">
      <w:pPr>
        <w:pStyle w:val="Heading1"/>
      </w:pPr>
      <w:r>
        <w:lastRenderedPageBreak/>
        <w:br/>
        <w:t xml:space="preserve">Scanning </w:t>
      </w:r>
      <w:r w:rsidR="00A74EC6">
        <w:t>–</w:t>
      </w:r>
      <w:r>
        <w:t xml:space="preserve"> Designation and description of heritage asset affected</w:t>
      </w:r>
    </w:p>
    <w:p w14:paraId="65FB6656" w14:textId="58808DB3" w:rsidR="00A74EC6" w:rsidRPr="00A74EC6" w:rsidRDefault="00A74EC6" w:rsidP="00A74EC6">
      <w:pPr>
        <w:pStyle w:val="Heading2"/>
      </w:pPr>
      <w:r>
        <w:t>Identification and designation of heritage assets</w:t>
      </w:r>
    </w:p>
    <w:p w14:paraId="63538788" w14:textId="43105DED" w:rsidR="00792F08" w:rsidRDefault="00B0351E" w:rsidP="00A74EC6">
      <w:proofErr w:type="gramStart"/>
      <w:r>
        <w:t>In order to</w:t>
      </w:r>
      <w:proofErr w:type="gramEnd"/>
      <w:r>
        <w:t xml:space="preserve"> identify designations</w:t>
      </w:r>
      <w:r w:rsidR="00A74EC6">
        <w:t xml:space="preserve"> for heritage assets</w:t>
      </w:r>
      <w:r>
        <w:t xml:space="preserve">, </w:t>
      </w:r>
      <w:r w:rsidR="00A74EC6">
        <w:t xml:space="preserve">please </w:t>
      </w:r>
      <w:r>
        <w:t xml:space="preserve">see the </w:t>
      </w:r>
      <w:hyperlink r:id="rId9" w:history="1">
        <w:r w:rsidR="00792F08" w:rsidRPr="00A74EC6">
          <w:rPr>
            <w:rStyle w:val="Hyperlink"/>
          </w:rPr>
          <w:t>National Heritage List for England</w:t>
        </w:r>
      </w:hyperlink>
      <w:r>
        <w:t xml:space="preserve"> </w:t>
      </w:r>
      <w:r w:rsidR="00A74EC6">
        <w:br/>
      </w:r>
      <w:r>
        <w:t xml:space="preserve">and the </w:t>
      </w:r>
      <w:hyperlink r:id="rId10" w:history="1">
        <w:r w:rsidR="00792F08" w:rsidRPr="00A74EC6">
          <w:rPr>
            <w:rStyle w:val="Hyperlink"/>
          </w:rPr>
          <w:t>Heritage at Risk Register</w:t>
        </w:r>
      </w:hyperlink>
      <w:r>
        <w:t>.</w:t>
      </w:r>
    </w:p>
    <w:p w14:paraId="16834E44" w14:textId="46EDB42F" w:rsidR="00792F08" w:rsidRPr="00A07AC2" w:rsidRDefault="00B0351E" w:rsidP="00A74EC6">
      <w:pPr>
        <w:rPr>
          <w:b/>
          <w:bCs/>
        </w:rPr>
      </w:pPr>
      <w:r w:rsidRPr="00A07AC2">
        <w:rPr>
          <w:b/>
          <w:bCs/>
        </w:rPr>
        <w:t>Please tick all categories that apply</w:t>
      </w:r>
      <w:r w:rsidR="00A74EC6" w:rsidRPr="00A07AC2">
        <w:rPr>
          <w:b/>
          <w:bCs/>
        </w:rPr>
        <w:t>:</w:t>
      </w:r>
    </w:p>
    <w:tbl>
      <w:tblPr>
        <w:tblStyle w:val="TableGrid"/>
        <w:tblW w:w="0" w:type="auto"/>
        <w:tblInd w:w="-5" w:type="dxa"/>
        <w:tblLook w:val="04A0" w:firstRow="1" w:lastRow="0" w:firstColumn="1" w:lastColumn="0" w:noHBand="0" w:noVBand="1"/>
        <w:tblCaption w:val="Heritage asset designations"/>
        <w:tblDescription w:val="Checkbox options for statutory heritage designations."/>
      </w:tblPr>
      <w:tblGrid>
        <w:gridCol w:w="5100"/>
        <w:gridCol w:w="5095"/>
      </w:tblGrid>
      <w:tr w:rsidR="00792F08" w14:paraId="10715888" w14:textId="77777777" w:rsidTr="00C2373A">
        <w:trPr>
          <w:trHeight w:val="459"/>
        </w:trPr>
        <w:tc>
          <w:tcPr>
            <w:tcW w:w="5100" w:type="dxa"/>
          </w:tcPr>
          <w:p w14:paraId="465E42B8" w14:textId="77777777" w:rsidR="00792F08" w:rsidRDefault="00000000" w:rsidP="00C413AF">
            <w:sdt>
              <w:sdtPr>
                <w:alias w:val="Unesco World Heritage Site"/>
                <w:tag w:val="Unesco World Heritage Site"/>
                <w:id w:val="523366839"/>
                <w14:checkbox>
                  <w14:checked w14:val="0"/>
                  <w14:checkedState w14:val="2612" w14:font="MS Gothic"/>
                  <w14:uncheckedState w14:val="2610" w14:font="MS Gothic"/>
                </w14:checkbox>
              </w:sdtPr>
              <w:sdtContent>
                <w:r w:rsidR="00B0351E">
                  <w:t>☐</w:t>
                </w:r>
              </w:sdtContent>
            </w:sdt>
            <w:r w:rsidR="00B0351E">
              <w:t xml:space="preserve"> </w:t>
            </w:r>
            <w:proofErr w:type="spellStart"/>
            <w:r w:rsidR="00B0351E">
              <w:t>Unesco</w:t>
            </w:r>
            <w:proofErr w:type="spellEnd"/>
            <w:r w:rsidR="00B0351E">
              <w:t xml:space="preserve"> World Heritage Site</w:t>
            </w:r>
          </w:p>
        </w:tc>
        <w:tc>
          <w:tcPr>
            <w:tcW w:w="5095" w:type="dxa"/>
          </w:tcPr>
          <w:p w14:paraId="293279A4" w14:textId="77777777" w:rsidR="00792F08" w:rsidRDefault="00000000" w:rsidP="00C413AF">
            <w:sdt>
              <w:sdtPr>
                <w:alias w:val="Listed building Grade I"/>
                <w:tag w:val="Listed building Grade I"/>
                <w:id w:val="1604612410"/>
                <w14:checkbox>
                  <w14:checked w14:val="0"/>
                  <w14:checkedState w14:val="2612" w14:font="MS Gothic"/>
                  <w14:uncheckedState w14:val="2610" w14:font="MS Gothic"/>
                </w14:checkbox>
              </w:sdtPr>
              <w:sdtContent>
                <w:r w:rsidR="00B0351E">
                  <w:t>☐</w:t>
                </w:r>
              </w:sdtContent>
            </w:sdt>
            <w:r w:rsidR="00B0351E">
              <w:t xml:space="preserve"> Listed building Grade I</w:t>
            </w:r>
          </w:p>
        </w:tc>
      </w:tr>
      <w:tr w:rsidR="00792F08" w14:paraId="2C1F64ED" w14:textId="77777777" w:rsidTr="00C2373A">
        <w:trPr>
          <w:trHeight w:val="410"/>
        </w:trPr>
        <w:tc>
          <w:tcPr>
            <w:tcW w:w="5100" w:type="dxa"/>
          </w:tcPr>
          <w:p w14:paraId="675E059D" w14:textId="77777777" w:rsidR="00792F08" w:rsidRDefault="00000000" w:rsidP="00C413AF">
            <w:sdt>
              <w:sdtPr>
                <w:alias w:val="Listed building Grade II*"/>
                <w:tag w:val="Listed building Grade II"/>
                <w:id w:val="549185505"/>
                <w14:checkbox>
                  <w14:checked w14:val="0"/>
                  <w14:checkedState w14:val="2612" w14:font="MS Gothic"/>
                  <w14:uncheckedState w14:val="2610" w14:font="MS Gothic"/>
                </w14:checkbox>
              </w:sdtPr>
              <w:sdtContent>
                <w:r w:rsidR="00B0351E">
                  <w:t>☐</w:t>
                </w:r>
              </w:sdtContent>
            </w:sdt>
            <w:r w:rsidR="00B0351E">
              <w:t xml:space="preserve"> Listed building Grade II*</w:t>
            </w:r>
          </w:p>
        </w:tc>
        <w:tc>
          <w:tcPr>
            <w:tcW w:w="5095" w:type="dxa"/>
          </w:tcPr>
          <w:p w14:paraId="1D0A3852" w14:textId="77777777" w:rsidR="00792F08" w:rsidRDefault="00000000" w:rsidP="00C413AF">
            <w:sdt>
              <w:sdtPr>
                <w:alias w:val="Listed building Grade II"/>
                <w:tag w:val="Listed building Grade II"/>
                <w:id w:val="-4292003"/>
                <w14:checkbox>
                  <w14:checked w14:val="0"/>
                  <w14:checkedState w14:val="2612" w14:font="MS Gothic"/>
                  <w14:uncheckedState w14:val="2610" w14:font="MS Gothic"/>
                </w14:checkbox>
              </w:sdtPr>
              <w:sdtContent>
                <w:r w:rsidR="00B0351E">
                  <w:t>☐</w:t>
                </w:r>
              </w:sdtContent>
            </w:sdt>
            <w:r w:rsidR="00B0351E">
              <w:t xml:space="preserve"> Listed building Grade II</w:t>
            </w:r>
          </w:p>
        </w:tc>
      </w:tr>
      <w:tr w:rsidR="00792F08" w14:paraId="55C0804E" w14:textId="77777777" w:rsidTr="00C2373A">
        <w:trPr>
          <w:trHeight w:val="429"/>
        </w:trPr>
        <w:tc>
          <w:tcPr>
            <w:tcW w:w="5100" w:type="dxa"/>
          </w:tcPr>
          <w:p w14:paraId="4B6FA858" w14:textId="77777777" w:rsidR="00792F08" w:rsidRDefault="00000000" w:rsidP="00C413AF">
            <w:sdt>
              <w:sdtPr>
                <w:alias w:val="Scheduled monument"/>
                <w:tag w:val="Scheduled monument"/>
                <w:id w:val="-1966795144"/>
                <w14:checkbox>
                  <w14:checked w14:val="0"/>
                  <w14:checkedState w14:val="2612" w14:font="MS Gothic"/>
                  <w14:uncheckedState w14:val="2610" w14:font="MS Gothic"/>
                </w14:checkbox>
              </w:sdtPr>
              <w:sdtContent>
                <w:r w:rsidR="00B0351E">
                  <w:t>☐</w:t>
                </w:r>
              </w:sdtContent>
            </w:sdt>
            <w:r w:rsidR="00B0351E">
              <w:t xml:space="preserve"> Scheduled monument</w:t>
            </w:r>
          </w:p>
        </w:tc>
        <w:tc>
          <w:tcPr>
            <w:tcW w:w="5095" w:type="dxa"/>
          </w:tcPr>
          <w:p w14:paraId="159A266A" w14:textId="77777777" w:rsidR="00792F08" w:rsidRDefault="00000000" w:rsidP="00C413AF">
            <w:sdt>
              <w:sdtPr>
                <w:alias w:val="Registered park and garden"/>
                <w:tag w:val="Registered park and garden"/>
                <w:id w:val="924842639"/>
                <w14:checkbox>
                  <w14:checked w14:val="0"/>
                  <w14:checkedState w14:val="2612" w14:font="MS Gothic"/>
                  <w14:uncheckedState w14:val="2610" w14:font="MS Gothic"/>
                </w14:checkbox>
              </w:sdtPr>
              <w:sdtContent>
                <w:r w:rsidR="00B0351E">
                  <w:t>☐</w:t>
                </w:r>
              </w:sdtContent>
            </w:sdt>
            <w:r w:rsidR="00B0351E">
              <w:t xml:space="preserve"> </w:t>
            </w:r>
            <w:proofErr w:type="gramStart"/>
            <w:r w:rsidR="00B0351E">
              <w:t>Registered park</w:t>
            </w:r>
            <w:proofErr w:type="gramEnd"/>
            <w:r w:rsidR="00B0351E">
              <w:t xml:space="preserve"> and garden</w:t>
            </w:r>
          </w:p>
        </w:tc>
      </w:tr>
      <w:tr w:rsidR="00792F08" w14:paraId="686E7C2A" w14:textId="77777777" w:rsidTr="00C2373A">
        <w:trPr>
          <w:trHeight w:val="407"/>
        </w:trPr>
        <w:tc>
          <w:tcPr>
            <w:tcW w:w="5100" w:type="dxa"/>
          </w:tcPr>
          <w:p w14:paraId="55071B55" w14:textId="77777777" w:rsidR="00792F08" w:rsidRDefault="00000000" w:rsidP="00C413AF">
            <w:sdt>
              <w:sdtPr>
                <w:alias w:val="Protected wreck site"/>
                <w:tag w:val="Protected wreck site"/>
                <w:id w:val="-1361892528"/>
                <w14:checkbox>
                  <w14:checked w14:val="0"/>
                  <w14:checkedState w14:val="2612" w14:font="MS Gothic"/>
                  <w14:uncheckedState w14:val="2610" w14:font="MS Gothic"/>
                </w14:checkbox>
              </w:sdtPr>
              <w:sdtContent>
                <w:r w:rsidR="00B0351E">
                  <w:t>☐</w:t>
                </w:r>
              </w:sdtContent>
            </w:sdt>
            <w:r w:rsidR="00B0351E">
              <w:t xml:space="preserve"> Protected wreck site</w:t>
            </w:r>
          </w:p>
        </w:tc>
        <w:tc>
          <w:tcPr>
            <w:tcW w:w="5095" w:type="dxa"/>
          </w:tcPr>
          <w:p w14:paraId="0CB07468" w14:textId="77777777" w:rsidR="00792F08" w:rsidRDefault="00000000" w:rsidP="00C413AF">
            <w:sdt>
              <w:sdtPr>
                <w:alias w:val="Protected military remains"/>
                <w:tag w:val="Protected military remains"/>
                <w:id w:val="-353579750"/>
                <w14:checkbox>
                  <w14:checked w14:val="0"/>
                  <w14:checkedState w14:val="2612" w14:font="MS Gothic"/>
                  <w14:uncheckedState w14:val="2610" w14:font="MS Gothic"/>
                </w14:checkbox>
              </w:sdtPr>
              <w:sdtContent>
                <w:r w:rsidR="00B0351E">
                  <w:t>☐</w:t>
                </w:r>
              </w:sdtContent>
            </w:sdt>
            <w:r w:rsidR="00B0351E">
              <w:t xml:space="preserve"> Protected military remains</w:t>
            </w:r>
          </w:p>
        </w:tc>
      </w:tr>
      <w:tr w:rsidR="00792F08" w14:paraId="5B69463D" w14:textId="77777777" w:rsidTr="00C2373A">
        <w:trPr>
          <w:trHeight w:val="413"/>
        </w:trPr>
        <w:tc>
          <w:tcPr>
            <w:tcW w:w="5100" w:type="dxa"/>
          </w:tcPr>
          <w:p w14:paraId="719E54E9" w14:textId="77777777" w:rsidR="00792F08" w:rsidRDefault="00000000" w:rsidP="00C413AF">
            <w:sdt>
              <w:sdtPr>
                <w:alias w:val="Registered battlefield"/>
                <w:tag w:val="Registered battlefield"/>
                <w:id w:val="-1074970765"/>
                <w14:checkbox>
                  <w14:checked w14:val="0"/>
                  <w14:checkedState w14:val="2612" w14:font="MS Gothic"/>
                  <w14:uncheckedState w14:val="2610" w14:font="MS Gothic"/>
                </w14:checkbox>
              </w:sdtPr>
              <w:sdtContent>
                <w:r w:rsidR="00B0351E">
                  <w:t>☐</w:t>
                </w:r>
              </w:sdtContent>
            </w:sdt>
            <w:r w:rsidR="00B0351E">
              <w:t xml:space="preserve"> Registered battlefield</w:t>
            </w:r>
          </w:p>
        </w:tc>
        <w:tc>
          <w:tcPr>
            <w:tcW w:w="5095" w:type="dxa"/>
          </w:tcPr>
          <w:p w14:paraId="622C5FEF" w14:textId="77777777" w:rsidR="00792F08" w:rsidRDefault="00000000" w:rsidP="00C413AF">
            <w:sdt>
              <w:sdtPr>
                <w:alias w:val="Historic building in conservation area"/>
                <w:tag w:val="Historic building in conservation area"/>
                <w:id w:val="1750158012"/>
                <w14:checkbox>
                  <w14:checked w14:val="0"/>
                  <w14:checkedState w14:val="2612" w14:font="MS Gothic"/>
                  <w14:uncheckedState w14:val="2610" w14:font="MS Gothic"/>
                </w14:checkbox>
              </w:sdtPr>
              <w:sdtContent>
                <w:r w:rsidR="00B0351E">
                  <w:t>☐</w:t>
                </w:r>
              </w:sdtContent>
            </w:sdt>
            <w:r w:rsidR="00B0351E">
              <w:t xml:space="preserve"> Historic building in conservation area</w:t>
            </w:r>
          </w:p>
        </w:tc>
      </w:tr>
    </w:tbl>
    <w:p w14:paraId="446AA9B5" w14:textId="77777777" w:rsidR="008C68C3" w:rsidRDefault="008C68C3" w:rsidP="00A74EC6"/>
    <w:p w14:paraId="1E442E6C" w14:textId="370EDE8E" w:rsidR="008C68C3" w:rsidRPr="008C68C3" w:rsidRDefault="008C68C3" w:rsidP="00A74EC6">
      <w:pPr>
        <w:rPr>
          <w:b/>
          <w:bCs/>
        </w:rPr>
      </w:pPr>
      <w:r w:rsidRPr="008C68C3">
        <w:rPr>
          <w:b/>
          <w:bCs/>
        </w:rPr>
        <w:t>Additional information</w:t>
      </w:r>
    </w:p>
    <w:tbl>
      <w:tblPr>
        <w:tblStyle w:val="TableGrid"/>
        <w:tblW w:w="0" w:type="auto"/>
        <w:tblInd w:w="-5" w:type="dxa"/>
        <w:tblLook w:val="04A0" w:firstRow="1" w:lastRow="0" w:firstColumn="1" w:lastColumn="0" w:noHBand="0" w:noVBand="1"/>
        <w:tblCaption w:val="Additional heritage asset information"/>
        <w:tblDescription w:val="Checkbox options for additional information about the heritage asset."/>
      </w:tblPr>
      <w:tblGrid>
        <w:gridCol w:w="5100"/>
        <w:gridCol w:w="5068"/>
        <w:gridCol w:w="27"/>
      </w:tblGrid>
      <w:tr w:rsidR="008C68C3" w14:paraId="7A0F0A09" w14:textId="77777777" w:rsidTr="00C2373A">
        <w:trPr>
          <w:trHeight w:val="420"/>
        </w:trPr>
        <w:tc>
          <w:tcPr>
            <w:tcW w:w="5100" w:type="dxa"/>
          </w:tcPr>
          <w:p w14:paraId="2C12578A" w14:textId="77777777" w:rsidR="008C68C3" w:rsidRDefault="00000000" w:rsidP="009048C7">
            <w:sdt>
              <w:sdtPr>
                <w:alias w:val="Heritage at Risk Register"/>
                <w:tag w:val="Heritage at Risk Register"/>
                <w:id w:val="-314805959"/>
                <w14:checkbox>
                  <w14:checked w14:val="0"/>
                  <w14:checkedState w14:val="2612" w14:font="MS Gothic"/>
                  <w14:uncheckedState w14:val="2610" w14:font="MS Gothic"/>
                </w14:checkbox>
              </w:sdtPr>
              <w:sdtContent>
                <w:r w:rsidR="008C68C3">
                  <w:t>☐</w:t>
                </w:r>
              </w:sdtContent>
            </w:sdt>
            <w:r w:rsidR="008C68C3">
              <w:t xml:space="preserve"> Heritage at Risk Register</w:t>
            </w:r>
          </w:p>
        </w:tc>
        <w:tc>
          <w:tcPr>
            <w:tcW w:w="5095" w:type="dxa"/>
            <w:gridSpan w:val="2"/>
          </w:tcPr>
          <w:p w14:paraId="56B5085F" w14:textId="77777777" w:rsidR="008C68C3" w:rsidRDefault="00000000" w:rsidP="009048C7">
            <w:sdt>
              <w:sdtPr>
                <w:alias w:val="Upstanding ruins"/>
                <w:tag w:val="Upstanding ruins"/>
                <w:id w:val="-335617471"/>
                <w14:checkbox>
                  <w14:checked w14:val="0"/>
                  <w14:checkedState w14:val="2612" w14:font="MS Gothic"/>
                  <w14:uncheckedState w14:val="2610" w14:font="MS Gothic"/>
                </w14:checkbox>
              </w:sdtPr>
              <w:sdtContent>
                <w:r w:rsidR="008C68C3">
                  <w:t>☐</w:t>
                </w:r>
              </w:sdtContent>
            </w:sdt>
            <w:r w:rsidR="008C68C3">
              <w:t xml:space="preserve"> Upstanding ruins</w:t>
            </w:r>
          </w:p>
        </w:tc>
      </w:tr>
      <w:tr w:rsidR="008C68C3" w14:paraId="4DDD62FD" w14:textId="77777777" w:rsidTr="00C2373A">
        <w:trPr>
          <w:trHeight w:val="411"/>
        </w:trPr>
        <w:tc>
          <w:tcPr>
            <w:tcW w:w="5100" w:type="dxa"/>
          </w:tcPr>
          <w:p w14:paraId="2E010032" w14:textId="77777777" w:rsidR="008C68C3" w:rsidRDefault="00000000" w:rsidP="009048C7">
            <w:sdt>
              <w:sdtPr>
                <w:alias w:val="Buried archaeology"/>
                <w:tag w:val="Buried archaeology"/>
                <w:id w:val="1337574307"/>
                <w14:checkbox>
                  <w14:checked w14:val="0"/>
                  <w14:checkedState w14:val="2612" w14:font="MS Gothic"/>
                  <w14:uncheckedState w14:val="2610" w14:font="MS Gothic"/>
                </w14:checkbox>
              </w:sdtPr>
              <w:sdtContent>
                <w:r w:rsidR="008C68C3">
                  <w:t>☐</w:t>
                </w:r>
              </w:sdtContent>
            </w:sdt>
            <w:r w:rsidR="008C68C3">
              <w:t xml:space="preserve"> Buried archaeology</w:t>
            </w:r>
          </w:p>
        </w:tc>
        <w:tc>
          <w:tcPr>
            <w:tcW w:w="5095" w:type="dxa"/>
            <w:gridSpan w:val="2"/>
          </w:tcPr>
          <w:p w14:paraId="77713A7A" w14:textId="77777777" w:rsidR="008C68C3" w:rsidRDefault="00000000" w:rsidP="009048C7">
            <w:sdt>
              <w:sdtPr>
                <w:alias w:val="Archaeological excavation/recording in progress"/>
                <w:tag w:val="Archaeological excavationrecording in progress"/>
                <w:id w:val="-1368979155"/>
                <w14:checkbox>
                  <w14:checked w14:val="0"/>
                  <w14:checkedState w14:val="2612" w14:font="MS Gothic"/>
                  <w14:uncheckedState w14:val="2610" w14:font="MS Gothic"/>
                </w14:checkbox>
              </w:sdtPr>
              <w:sdtContent>
                <w:r w:rsidR="008C68C3">
                  <w:t>☐</w:t>
                </w:r>
              </w:sdtContent>
            </w:sdt>
            <w:r w:rsidR="008C68C3">
              <w:t xml:space="preserve"> Archaeological excavation/recording in progress</w:t>
            </w:r>
          </w:p>
        </w:tc>
      </w:tr>
      <w:tr w:rsidR="008C68C3" w14:paraId="235A1722" w14:textId="77777777" w:rsidTr="00C2373A">
        <w:trPr>
          <w:trHeight w:val="417"/>
        </w:trPr>
        <w:tc>
          <w:tcPr>
            <w:tcW w:w="5100" w:type="dxa"/>
          </w:tcPr>
          <w:p w14:paraId="412B69BD" w14:textId="77777777" w:rsidR="008C68C3" w:rsidRDefault="00000000" w:rsidP="009048C7">
            <w:sdt>
              <w:sdtPr>
                <w:alias w:val="Curtilage of designated building"/>
                <w:tag w:val="Curtilage of designated building"/>
                <w:id w:val="1285625407"/>
                <w14:checkbox>
                  <w14:checked w14:val="0"/>
                  <w14:checkedState w14:val="2612" w14:font="MS Gothic"/>
                  <w14:uncheckedState w14:val="2610" w14:font="MS Gothic"/>
                </w14:checkbox>
              </w:sdtPr>
              <w:sdtContent>
                <w:r w:rsidR="008C68C3">
                  <w:t>☐</w:t>
                </w:r>
              </w:sdtContent>
            </w:sdt>
            <w:r w:rsidR="008C68C3">
              <w:t xml:space="preserve"> Curtilage of designated building</w:t>
            </w:r>
          </w:p>
        </w:tc>
        <w:tc>
          <w:tcPr>
            <w:tcW w:w="5095" w:type="dxa"/>
            <w:gridSpan w:val="2"/>
          </w:tcPr>
          <w:p w14:paraId="39844BBB" w14:textId="77777777" w:rsidR="008C68C3" w:rsidRDefault="00000000" w:rsidP="009048C7">
            <w:sdt>
              <w:sdtPr>
                <w:alias w:val="Unoccupied building (used less than seven days a year)"/>
                <w:tag w:val="Unoccupied building used less than seven days a year"/>
                <w:id w:val="-1376001188"/>
                <w14:checkbox>
                  <w14:checked w14:val="0"/>
                  <w14:checkedState w14:val="2612" w14:font="MS Gothic"/>
                  <w14:uncheckedState w14:val="2610" w14:font="MS Gothic"/>
                </w14:checkbox>
              </w:sdtPr>
              <w:sdtContent>
                <w:r w:rsidR="008C68C3">
                  <w:t>☐</w:t>
                </w:r>
              </w:sdtContent>
            </w:sdt>
            <w:r w:rsidR="008C68C3">
              <w:t xml:space="preserve"> Unoccupied building (used less than 7 days a year)</w:t>
            </w:r>
          </w:p>
        </w:tc>
      </w:tr>
      <w:tr w:rsidR="008C68C3" w14:paraId="43C490C9" w14:textId="77777777" w:rsidTr="00C2373A">
        <w:trPr>
          <w:trHeight w:val="409"/>
        </w:trPr>
        <w:tc>
          <w:tcPr>
            <w:tcW w:w="5100" w:type="dxa"/>
          </w:tcPr>
          <w:p w14:paraId="523630CB" w14:textId="77777777" w:rsidR="008C68C3" w:rsidRDefault="00000000" w:rsidP="009048C7">
            <w:sdt>
              <w:sdtPr>
                <w:alias w:val="Residential/occupied building"/>
                <w:tag w:val="Residentialoccupied building"/>
                <w:id w:val="-1497797319"/>
                <w14:checkbox>
                  <w14:checked w14:val="0"/>
                  <w14:checkedState w14:val="2612" w14:font="MS Gothic"/>
                  <w14:uncheckedState w14:val="2610" w14:font="MS Gothic"/>
                </w14:checkbox>
              </w:sdtPr>
              <w:sdtContent>
                <w:r w:rsidR="008C68C3">
                  <w:t>☐</w:t>
                </w:r>
              </w:sdtContent>
            </w:sdt>
            <w:r w:rsidR="008C68C3">
              <w:t xml:space="preserve"> Residential/occupied building</w:t>
            </w:r>
          </w:p>
        </w:tc>
        <w:tc>
          <w:tcPr>
            <w:tcW w:w="5095" w:type="dxa"/>
            <w:gridSpan w:val="2"/>
          </w:tcPr>
          <w:p w14:paraId="03FAB37E" w14:textId="77777777" w:rsidR="008C68C3" w:rsidRDefault="00000000" w:rsidP="009048C7">
            <w:sdt>
              <w:sdtPr>
                <w:alias w:val="Museum/gallery"/>
                <w:tag w:val="Museumgallery"/>
                <w:id w:val="-1974969531"/>
                <w14:checkbox>
                  <w14:checked w14:val="0"/>
                  <w14:checkedState w14:val="2612" w14:font="MS Gothic"/>
                  <w14:uncheckedState w14:val="2610" w14:font="MS Gothic"/>
                </w14:checkbox>
              </w:sdtPr>
              <w:sdtContent>
                <w:r w:rsidR="008C68C3">
                  <w:t>☐</w:t>
                </w:r>
              </w:sdtContent>
            </w:sdt>
            <w:r w:rsidR="008C68C3">
              <w:t xml:space="preserve"> Museum/gallery</w:t>
            </w:r>
          </w:p>
        </w:tc>
      </w:tr>
      <w:tr w:rsidR="008C68C3" w14:paraId="133A59D4" w14:textId="77777777" w:rsidTr="00C2373A">
        <w:trPr>
          <w:trHeight w:val="416"/>
        </w:trPr>
        <w:tc>
          <w:tcPr>
            <w:tcW w:w="5100" w:type="dxa"/>
          </w:tcPr>
          <w:p w14:paraId="66F348B5" w14:textId="77777777" w:rsidR="008C68C3" w:rsidRDefault="00000000" w:rsidP="009048C7">
            <w:sdt>
              <w:sdtPr>
                <w:alias w:val="Memorial/public art"/>
                <w:tag w:val="Memorialpublic art"/>
                <w:id w:val="-1330745585"/>
                <w14:checkbox>
                  <w14:checked w14:val="0"/>
                  <w14:checkedState w14:val="2612" w14:font="MS Gothic"/>
                  <w14:uncheckedState w14:val="2610" w14:font="MS Gothic"/>
                </w14:checkbox>
              </w:sdtPr>
              <w:sdtContent>
                <w:r w:rsidR="008C68C3">
                  <w:t>☐</w:t>
                </w:r>
              </w:sdtContent>
            </w:sdt>
            <w:r w:rsidR="008C68C3">
              <w:t xml:space="preserve"> Memorial/public art</w:t>
            </w:r>
          </w:p>
        </w:tc>
        <w:tc>
          <w:tcPr>
            <w:tcW w:w="5095" w:type="dxa"/>
            <w:gridSpan w:val="2"/>
          </w:tcPr>
          <w:p w14:paraId="1E3931DB" w14:textId="77777777" w:rsidR="008C68C3" w:rsidRDefault="00000000" w:rsidP="009048C7">
            <w:sdt>
              <w:sdtPr>
                <w:alias w:val="Place of worship"/>
                <w:tag w:val="Place of worship"/>
                <w:id w:val="1266890319"/>
                <w14:checkbox>
                  <w14:checked w14:val="0"/>
                  <w14:checkedState w14:val="2612" w14:font="MS Gothic"/>
                  <w14:uncheckedState w14:val="2610" w14:font="MS Gothic"/>
                </w14:checkbox>
              </w:sdtPr>
              <w:sdtContent>
                <w:r w:rsidR="008C68C3">
                  <w:t>☐</w:t>
                </w:r>
              </w:sdtContent>
            </w:sdt>
            <w:r w:rsidR="008C68C3">
              <w:t xml:space="preserve"> Place of worship</w:t>
            </w:r>
          </w:p>
        </w:tc>
      </w:tr>
      <w:tr w:rsidR="008C68C3" w14:paraId="26D372DE" w14:textId="77777777" w:rsidTr="00C2373A">
        <w:trPr>
          <w:trHeight w:val="421"/>
        </w:trPr>
        <w:tc>
          <w:tcPr>
            <w:tcW w:w="5100" w:type="dxa"/>
          </w:tcPr>
          <w:p w14:paraId="4094E77E" w14:textId="77777777" w:rsidR="008C68C3" w:rsidRDefault="00000000" w:rsidP="009048C7">
            <w:sdt>
              <w:sdtPr>
                <w:alias w:val="Intertidal zone - above mean low-water mark"/>
                <w:tag w:val="Intertidal zone - above mean low-water mark"/>
                <w:id w:val="-1144649012"/>
                <w14:checkbox>
                  <w14:checked w14:val="0"/>
                  <w14:checkedState w14:val="2612" w14:font="MS Gothic"/>
                  <w14:uncheckedState w14:val="2610" w14:font="MS Gothic"/>
                </w14:checkbox>
              </w:sdtPr>
              <w:sdtContent>
                <w:r w:rsidR="008C68C3">
                  <w:t>☐</w:t>
                </w:r>
              </w:sdtContent>
            </w:sdt>
            <w:r w:rsidR="008C68C3">
              <w:t xml:space="preserve"> Intertidal zone - above mean low-water mark</w:t>
            </w:r>
          </w:p>
        </w:tc>
        <w:tc>
          <w:tcPr>
            <w:tcW w:w="5095" w:type="dxa"/>
            <w:gridSpan w:val="2"/>
          </w:tcPr>
          <w:p w14:paraId="2B819F92" w14:textId="77777777" w:rsidR="008C68C3" w:rsidRDefault="00000000" w:rsidP="009048C7">
            <w:sdt>
              <w:sdtPr>
                <w:alias w:val="Maritime heritage asset"/>
                <w:tag w:val="Maritime heritage asset"/>
                <w:id w:val="-2077273237"/>
                <w14:checkbox>
                  <w14:checked w14:val="0"/>
                  <w14:checkedState w14:val="2612" w14:font="MS Gothic"/>
                  <w14:uncheckedState w14:val="2610" w14:font="MS Gothic"/>
                </w14:checkbox>
              </w:sdtPr>
              <w:sdtContent>
                <w:r w:rsidR="008C68C3">
                  <w:t>☐</w:t>
                </w:r>
              </w:sdtContent>
            </w:sdt>
            <w:r w:rsidR="008C68C3">
              <w:t xml:space="preserve"> Maritime heritage asset</w:t>
            </w:r>
          </w:p>
        </w:tc>
      </w:tr>
      <w:tr w:rsidR="008C68C3" w14:paraId="3A476B30" w14:textId="77777777" w:rsidTr="00C2373A">
        <w:trPr>
          <w:trHeight w:val="413"/>
        </w:trPr>
        <w:tc>
          <w:tcPr>
            <w:tcW w:w="5100" w:type="dxa"/>
          </w:tcPr>
          <w:p w14:paraId="18EA656C" w14:textId="77777777" w:rsidR="008C68C3" w:rsidRDefault="00000000" w:rsidP="009048C7">
            <w:sdt>
              <w:sdtPr>
                <w:alias w:val="River or canal heritage asset"/>
                <w:tag w:val="River or canal heritage asset"/>
                <w:id w:val="-2119363085"/>
                <w14:checkbox>
                  <w14:checked w14:val="0"/>
                  <w14:checkedState w14:val="2612" w14:font="MS Gothic"/>
                  <w14:uncheckedState w14:val="2610" w14:font="MS Gothic"/>
                </w14:checkbox>
              </w:sdtPr>
              <w:sdtContent>
                <w:r w:rsidR="008C68C3">
                  <w:t>☐</w:t>
                </w:r>
              </w:sdtContent>
            </w:sdt>
            <w:r w:rsidR="008C68C3">
              <w:t xml:space="preserve"> River or canal heritage asset</w:t>
            </w:r>
          </w:p>
        </w:tc>
        <w:tc>
          <w:tcPr>
            <w:tcW w:w="5095" w:type="dxa"/>
            <w:gridSpan w:val="2"/>
          </w:tcPr>
          <w:p w14:paraId="7341B19B" w14:textId="77777777" w:rsidR="008C68C3" w:rsidRDefault="00000000" w:rsidP="009048C7">
            <w:sdt>
              <w:sdtPr>
                <w:alias w:val="Transport heritage asset"/>
                <w:tag w:val="Transport heritage asset"/>
                <w:id w:val="1725714069"/>
                <w14:checkbox>
                  <w14:checked w14:val="0"/>
                  <w14:checkedState w14:val="2612" w14:font="MS Gothic"/>
                  <w14:uncheckedState w14:val="2610" w14:font="MS Gothic"/>
                </w14:checkbox>
              </w:sdtPr>
              <w:sdtContent>
                <w:r w:rsidR="008C68C3">
                  <w:t>☐</w:t>
                </w:r>
              </w:sdtContent>
            </w:sdt>
            <w:r w:rsidR="008C68C3">
              <w:t xml:space="preserve"> Transport heritage asset</w:t>
            </w:r>
          </w:p>
        </w:tc>
      </w:tr>
      <w:tr w:rsidR="008C68C3" w14:paraId="3CD12EEE" w14:textId="77777777" w:rsidTr="00C2373A">
        <w:trPr>
          <w:gridAfter w:val="2"/>
          <w:wAfter w:w="5095" w:type="dxa"/>
          <w:trHeight w:val="406"/>
        </w:trPr>
        <w:tc>
          <w:tcPr>
            <w:tcW w:w="5100" w:type="dxa"/>
          </w:tcPr>
          <w:p w14:paraId="60E7EF38" w14:textId="77777777" w:rsidR="008C68C3" w:rsidRDefault="00000000" w:rsidP="009048C7">
            <w:sdt>
              <w:sdtPr>
                <w:alias w:val="Industrial heritage asset"/>
                <w:tag w:val="Industrial heritage asset"/>
                <w:id w:val="-233321784"/>
                <w14:checkbox>
                  <w14:checked w14:val="0"/>
                  <w14:checkedState w14:val="2612" w14:font="MS Gothic"/>
                  <w14:uncheckedState w14:val="2610" w14:font="MS Gothic"/>
                </w14:checkbox>
              </w:sdtPr>
              <w:sdtContent>
                <w:r w:rsidR="008C68C3">
                  <w:t>☐</w:t>
                </w:r>
              </w:sdtContent>
            </w:sdt>
            <w:r w:rsidR="008C68C3">
              <w:t xml:space="preserve"> Industrial heritage asset</w:t>
            </w:r>
          </w:p>
        </w:tc>
      </w:tr>
      <w:tr w:rsidR="00CE0513" w14:paraId="0258D9ED" w14:textId="77777777" w:rsidTr="00C2373A">
        <w:trPr>
          <w:gridAfter w:val="1"/>
          <w:wAfter w:w="27" w:type="dxa"/>
          <w:trHeight w:val="3929"/>
        </w:trPr>
        <w:tc>
          <w:tcPr>
            <w:tcW w:w="10168" w:type="dxa"/>
            <w:gridSpan w:val="2"/>
          </w:tcPr>
          <w:p w14:paraId="5E917298" w14:textId="77777777" w:rsidR="00CE0513" w:rsidRDefault="00CE0513" w:rsidP="009048C7">
            <w:r>
              <w:t>Other (please specify)</w:t>
            </w:r>
          </w:p>
          <w:p w14:paraId="04D534D7" w14:textId="0CE60B36" w:rsidR="00CE0513" w:rsidRDefault="00000000" w:rsidP="009048C7">
            <w:sdt>
              <w:sdtPr>
                <w:alias w:val="Additional information"/>
                <w:tag w:val="Additional information"/>
                <w:id w:val="-1256972919"/>
                <w:showingPlcHdr/>
                <w:text w:multiLine="1"/>
              </w:sdtPr>
              <w:sdtContent>
                <w:r w:rsidR="00CE0513">
                  <w:rPr>
                    <w:color w:val="767676"/>
                  </w:rPr>
                  <w:t>Click or tap here to enter text.</w:t>
                </w:r>
              </w:sdtContent>
            </w:sdt>
          </w:p>
        </w:tc>
      </w:tr>
    </w:tbl>
    <w:p w14:paraId="09C36A10" w14:textId="1DF4937A" w:rsidR="00783715" w:rsidRPr="00783715" w:rsidRDefault="00CE0513" w:rsidP="00783715">
      <w:pPr>
        <w:pStyle w:val="Heading1"/>
      </w:pPr>
      <w:bookmarkStart w:id="0" w:name="_Scanning_-_Heritage"/>
      <w:bookmarkEnd w:id="0"/>
      <w:r>
        <w:lastRenderedPageBreak/>
        <w:br/>
        <w:t>Scanning - Heritage crime threats</w:t>
      </w:r>
    </w:p>
    <w:p w14:paraId="2EEC20EC" w14:textId="172BE380" w:rsidR="00783715" w:rsidRDefault="00B0351E" w:rsidP="00783715">
      <w:pPr>
        <w:pStyle w:val="InstructionLead"/>
      </w:pPr>
      <w:r w:rsidRPr="00783715">
        <w:t xml:space="preserve">Use the options below as reference when adding threats in the assessment. </w:t>
      </w:r>
    </w:p>
    <w:p w14:paraId="51C3F16F" w14:textId="3415B2D1" w:rsidR="00792F08" w:rsidRPr="00783715" w:rsidRDefault="00B0351E" w:rsidP="00783715">
      <w:pPr>
        <w:rPr>
          <w:b/>
          <w:bCs/>
        </w:rPr>
      </w:pPr>
      <w:r w:rsidRPr="00783715">
        <w:rPr>
          <w:b/>
          <w:bCs/>
        </w:rPr>
        <w:t>Please tick all categories that apply</w:t>
      </w:r>
      <w:r w:rsidR="00783715">
        <w:rPr>
          <w:b/>
          <w:bCs/>
        </w:rPr>
        <w:t>:</w:t>
      </w:r>
    </w:p>
    <w:tbl>
      <w:tblPr>
        <w:tblStyle w:val="TableGrid"/>
        <w:tblW w:w="0" w:type="auto"/>
        <w:tblInd w:w="-5" w:type="dxa"/>
        <w:tblLook w:val="04A0" w:firstRow="1" w:lastRow="0" w:firstColumn="1" w:lastColumn="0" w:noHBand="0" w:noVBand="1"/>
        <w:tblCaption w:val="Heritage crime threats"/>
        <w:tblDescription w:val="Checkbox options for heritage crime threat categories."/>
      </w:tblPr>
      <w:tblGrid>
        <w:gridCol w:w="10195"/>
      </w:tblGrid>
      <w:tr w:rsidR="00792F08" w14:paraId="02F2FF88" w14:textId="77777777" w:rsidTr="00C2373A">
        <w:tc>
          <w:tcPr>
            <w:tcW w:w="10195" w:type="dxa"/>
          </w:tcPr>
          <w:p w14:paraId="65121D18" w14:textId="77777777" w:rsidR="00792F08" w:rsidRDefault="00000000" w:rsidP="00C413AF">
            <w:sdt>
              <w:sdtPr>
                <w:alias w:val="Theft of metal"/>
                <w:tag w:val="Theft of metal"/>
                <w:id w:val="1511030798"/>
                <w14:checkbox>
                  <w14:checked w14:val="0"/>
                  <w14:checkedState w14:val="2612" w14:font="MS Gothic"/>
                  <w14:uncheckedState w14:val="2610" w14:font="MS Gothic"/>
                </w14:checkbox>
              </w:sdtPr>
              <w:sdtContent>
                <w:r w:rsidR="00B0351E">
                  <w:t>☐</w:t>
                </w:r>
              </w:sdtContent>
            </w:sdt>
            <w:r w:rsidR="00B0351E">
              <w:t xml:space="preserve"> Theft of metal</w:t>
            </w:r>
          </w:p>
        </w:tc>
      </w:tr>
      <w:tr w:rsidR="00792F08" w14:paraId="59998F5C" w14:textId="77777777" w:rsidTr="00C2373A">
        <w:tc>
          <w:tcPr>
            <w:tcW w:w="10195" w:type="dxa"/>
          </w:tcPr>
          <w:p w14:paraId="3F41C7C4" w14:textId="77777777" w:rsidR="00792F08" w:rsidRDefault="00000000" w:rsidP="00C413AF">
            <w:sdt>
              <w:sdtPr>
                <w:alias w:val="Theft of stone"/>
                <w:tag w:val="Theft of stone"/>
                <w:id w:val="-236703096"/>
                <w14:checkbox>
                  <w14:checked w14:val="0"/>
                  <w14:checkedState w14:val="2612" w14:font="MS Gothic"/>
                  <w14:uncheckedState w14:val="2610" w14:font="MS Gothic"/>
                </w14:checkbox>
              </w:sdtPr>
              <w:sdtContent>
                <w:r w:rsidR="00B0351E">
                  <w:t>☐</w:t>
                </w:r>
              </w:sdtContent>
            </w:sdt>
            <w:r w:rsidR="00B0351E">
              <w:t xml:space="preserve"> Theft of stone</w:t>
            </w:r>
          </w:p>
        </w:tc>
      </w:tr>
      <w:tr w:rsidR="00792F08" w14:paraId="5009464C" w14:textId="77777777" w:rsidTr="00C2373A">
        <w:tc>
          <w:tcPr>
            <w:tcW w:w="10195" w:type="dxa"/>
          </w:tcPr>
          <w:p w14:paraId="731D8F24" w14:textId="77777777" w:rsidR="00792F08" w:rsidRDefault="00000000" w:rsidP="00C413AF">
            <w:sdt>
              <w:sdtPr>
                <w:alias w:val="Theft of other architectural or decorative feature"/>
                <w:tag w:val="Theft of other architectural or decorative feature"/>
                <w:id w:val="-632173573"/>
                <w14:checkbox>
                  <w14:checked w14:val="0"/>
                  <w14:checkedState w14:val="2612" w14:font="MS Gothic"/>
                  <w14:uncheckedState w14:val="2610" w14:font="MS Gothic"/>
                </w14:checkbox>
              </w:sdtPr>
              <w:sdtContent>
                <w:r w:rsidR="00B0351E">
                  <w:t>☐</w:t>
                </w:r>
              </w:sdtContent>
            </w:sdt>
            <w:r w:rsidR="00B0351E">
              <w:t xml:space="preserve"> Theft of other architectural or decorative feature</w:t>
            </w:r>
          </w:p>
        </w:tc>
      </w:tr>
      <w:tr w:rsidR="00792F08" w14:paraId="770F9F83" w14:textId="77777777" w:rsidTr="00C2373A">
        <w:tc>
          <w:tcPr>
            <w:tcW w:w="10195" w:type="dxa"/>
          </w:tcPr>
          <w:p w14:paraId="0EDAB2F2" w14:textId="77777777" w:rsidR="00792F08" w:rsidRDefault="00000000" w:rsidP="00C413AF">
            <w:sdt>
              <w:sdtPr>
                <w:alias w:val="Theft of cultural property/artefact"/>
                <w:tag w:val="Theft of cultural propertyartefact"/>
                <w:id w:val="-1178112424"/>
                <w14:checkbox>
                  <w14:checked w14:val="0"/>
                  <w14:checkedState w14:val="2612" w14:font="MS Gothic"/>
                  <w14:uncheckedState w14:val="2610" w14:font="MS Gothic"/>
                </w14:checkbox>
              </w:sdtPr>
              <w:sdtContent>
                <w:r w:rsidR="00B0351E">
                  <w:t>☐</w:t>
                </w:r>
              </w:sdtContent>
            </w:sdt>
            <w:r w:rsidR="00B0351E">
              <w:t xml:space="preserve"> Theft of cultural property/artefact</w:t>
            </w:r>
          </w:p>
        </w:tc>
      </w:tr>
      <w:tr w:rsidR="00792F08" w14:paraId="73FCC132" w14:textId="77777777" w:rsidTr="00C2373A">
        <w:tc>
          <w:tcPr>
            <w:tcW w:w="10195" w:type="dxa"/>
          </w:tcPr>
          <w:p w14:paraId="2D676E3C" w14:textId="77777777" w:rsidR="00792F08" w:rsidRDefault="00000000" w:rsidP="00C413AF">
            <w:sdt>
              <w:sdtPr>
                <w:alias w:val="Criminal damage (including graffiti)"/>
                <w:tag w:val="Criminal damage including graffiti"/>
                <w:id w:val="2137212749"/>
                <w14:checkbox>
                  <w14:checked w14:val="0"/>
                  <w14:checkedState w14:val="2612" w14:font="MS Gothic"/>
                  <w14:uncheckedState w14:val="2610" w14:font="MS Gothic"/>
                </w14:checkbox>
              </w:sdtPr>
              <w:sdtContent>
                <w:r w:rsidR="00B0351E">
                  <w:t>☐</w:t>
                </w:r>
              </w:sdtContent>
            </w:sdt>
            <w:r w:rsidR="00B0351E">
              <w:t xml:space="preserve"> Criminal damage (including graffiti)</w:t>
            </w:r>
          </w:p>
        </w:tc>
      </w:tr>
      <w:tr w:rsidR="00792F08" w14:paraId="2517AF02" w14:textId="77777777" w:rsidTr="00C2373A">
        <w:tc>
          <w:tcPr>
            <w:tcW w:w="10195" w:type="dxa"/>
          </w:tcPr>
          <w:p w14:paraId="428C8D5B" w14:textId="77777777" w:rsidR="00792F08" w:rsidRDefault="00000000" w:rsidP="00C413AF">
            <w:sdt>
              <w:sdtPr>
                <w:alias w:val="Burglary"/>
                <w:tag w:val="Burglary"/>
                <w:id w:val="-1285337103"/>
                <w14:checkbox>
                  <w14:checked w14:val="0"/>
                  <w14:checkedState w14:val="2612" w14:font="MS Gothic"/>
                  <w14:uncheckedState w14:val="2610" w14:font="MS Gothic"/>
                </w14:checkbox>
              </w:sdtPr>
              <w:sdtContent>
                <w:r w:rsidR="00B0351E">
                  <w:t>☐</w:t>
                </w:r>
              </w:sdtContent>
            </w:sdt>
            <w:r w:rsidR="00B0351E">
              <w:t xml:space="preserve"> Burglary</w:t>
            </w:r>
          </w:p>
        </w:tc>
      </w:tr>
      <w:tr w:rsidR="00792F08" w14:paraId="0A091E86" w14:textId="77777777" w:rsidTr="00C2373A">
        <w:tc>
          <w:tcPr>
            <w:tcW w:w="10195" w:type="dxa"/>
          </w:tcPr>
          <w:p w14:paraId="18A19621" w14:textId="77777777" w:rsidR="00792F08" w:rsidRDefault="00000000" w:rsidP="00C413AF">
            <w:sdt>
              <w:sdtPr>
                <w:alias w:val="Arson"/>
                <w:tag w:val="Arson"/>
                <w:id w:val="571931634"/>
                <w14:checkbox>
                  <w14:checked w14:val="0"/>
                  <w14:checkedState w14:val="2612" w14:font="MS Gothic"/>
                  <w14:uncheckedState w14:val="2610" w14:font="MS Gothic"/>
                </w14:checkbox>
              </w:sdtPr>
              <w:sdtContent>
                <w:r w:rsidR="00B0351E">
                  <w:t>☐</w:t>
                </w:r>
              </w:sdtContent>
            </w:sdt>
            <w:r w:rsidR="00B0351E">
              <w:t xml:space="preserve"> Arson</w:t>
            </w:r>
          </w:p>
        </w:tc>
      </w:tr>
      <w:tr w:rsidR="00792F08" w14:paraId="50D1F386" w14:textId="77777777" w:rsidTr="00C2373A">
        <w:tc>
          <w:tcPr>
            <w:tcW w:w="10195" w:type="dxa"/>
          </w:tcPr>
          <w:p w14:paraId="1AE4A671" w14:textId="41A347F9" w:rsidR="00792F08" w:rsidRDefault="00000000" w:rsidP="00C413AF">
            <w:sdt>
              <w:sdtPr>
                <w:alias w:val="Activity that may cause harm to a scheduled monument"/>
                <w:tag w:val="Activity that may cause harm to a scheduled monument"/>
                <w:id w:val="-733771748"/>
                <w14:checkbox>
                  <w14:checked w14:val="0"/>
                  <w14:checkedState w14:val="2612" w14:font="MS Gothic"/>
                  <w14:uncheckedState w14:val="2610" w14:font="MS Gothic"/>
                </w14:checkbox>
              </w:sdtPr>
              <w:sdtContent>
                <w:r w:rsidR="00B0351E">
                  <w:rPr>
                    <w:rFonts w:ascii="Segoe UI Symbol" w:hAnsi="Segoe UI Symbol" w:cs="Segoe UI Symbol"/>
                  </w:rPr>
                  <w:t>☐</w:t>
                </w:r>
              </w:sdtContent>
            </w:sdt>
            <w:r w:rsidR="00B0351E">
              <w:t xml:space="preserve"> Activity that may cause harm to a scheduled monument</w:t>
            </w:r>
            <w:r w:rsidR="00783715">
              <w:t xml:space="preserve"> </w:t>
            </w:r>
            <w:r w:rsidR="00783715">
              <w:br/>
            </w:r>
            <w:r w:rsidR="00783715" w:rsidRPr="00783715">
              <w:rPr>
                <w:sz w:val="16"/>
                <w:szCs w:val="16"/>
              </w:rPr>
              <w:t>(</w:t>
            </w:r>
            <w:r w:rsidR="000D3BA3" w:rsidRPr="00783715">
              <w:rPr>
                <w:sz w:val="16"/>
                <w:szCs w:val="16"/>
              </w:rPr>
              <w:t>e.g.</w:t>
            </w:r>
            <w:r w:rsidR="00783715" w:rsidRPr="00783715">
              <w:rPr>
                <w:sz w:val="16"/>
                <w:szCs w:val="16"/>
              </w:rPr>
              <w:t xml:space="preserve"> off-road driving, bait digging on foreshore or unauthorised groundworks)</w:t>
            </w:r>
          </w:p>
        </w:tc>
      </w:tr>
      <w:tr w:rsidR="00792F08" w14:paraId="1BF79D80" w14:textId="77777777" w:rsidTr="00C2373A">
        <w:tc>
          <w:tcPr>
            <w:tcW w:w="10195" w:type="dxa"/>
          </w:tcPr>
          <w:p w14:paraId="2178378B" w14:textId="47D0FBAE" w:rsidR="00792F08" w:rsidRDefault="00000000" w:rsidP="00783715">
            <w:sdt>
              <w:sdtPr>
                <w:alias w:val="Anti-social behaviour that may cause nuisance or disorder near a heritage asset"/>
                <w:tag w:val="Anti-social behaviour that may cause nuisance or disorder ne"/>
                <w:id w:val="-36432788"/>
                <w14:checkbox>
                  <w14:checked w14:val="0"/>
                  <w14:checkedState w14:val="2612" w14:font="MS Gothic"/>
                  <w14:uncheckedState w14:val="2610" w14:font="MS Gothic"/>
                </w14:checkbox>
              </w:sdtPr>
              <w:sdtContent>
                <w:r w:rsidR="00B0351E">
                  <w:rPr>
                    <w:rFonts w:ascii="Segoe UI Symbol" w:hAnsi="Segoe UI Symbol" w:cs="Segoe UI Symbol"/>
                  </w:rPr>
                  <w:t>☐</w:t>
                </w:r>
              </w:sdtContent>
            </w:sdt>
            <w:r w:rsidR="00B0351E">
              <w:t xml:space="preserve"> Anti-social behaviour that may cause nuisance or disorder near a heritage asset</w:t>
            </w:r>
            <w:r w:rsidR="00783715">
              <w:br/>
            </w:r>
            <w:r w:rsidR="00783715" w:rsidRPr="00783715">
              <w:rPr>
                <w:rFonts w:cs="Arial"/>
                <w:sz w:val="16"/>
                <w:szCs w:val="16"/>
              </w:rPr>
              <w:t>(</w:t>
            </w:r>
            <w:r w:rsidR="000D3BA3" w:rsidRPr="00783715">
              <w:rPr>
                <w:rFonts w:cs="Arial"/>
                <w:sz w:val="16"/>
                <w:szCs w:val="16"/>
              </w:rPr>
              <w:t>e.g.</w:t>
            </w:r>
            <w:r w:rsidR="00783715" w:rsidRPr="00783715">
              <w:rPr>
                <w:rFonts w:cs="Arial"/>
                <w:sz w:val="16"/>
                <w:szCs w:val="16"/>
              </w:rPr>
              <w:t xml:space="preserve"> problematic alcohol or drug consumption, litter, public urination)</w:t>
            </w:r>
          </w:p>
        </w:tc>
      </w:tr>
      <w:tr w:rsidR="00792F08" w14:paraId="1901A4AD" w14:textId="77777777" w:rsidTr="00C2373A">
        <w:tc>
          <w:tcPr>
            <w:tcW w:w="10195" w:type="dxa"/>
          </w:tcPr>
          <w:p w14:paraId="0561EE5A" w14:textId="61518B8B" w:rsidR="00783715" w:rsidRDefault="00000000" w:rsidP="00C413AF">
            <w:sdt>
              <w:sdtPr>
                <w:alias w:val="Environmental crimes that may cause harm to a heritage asset"/>
                <w:tag w:val="Environmental crimes that may cause harm to a heritage asset"/>
                <w:id w:val="-1296287659"/>
                <w14:checkbox>
                  <w14:checked w14:val="0"/>
                  <w14:checkedState w14:val="2612" w14:font="MS Gothic"/>
                  <w14:uncheckedState w14:val="2610" w14:font="MS Gothic"/>
                </w14:checkbox>
              </w:sdtPr>
              <w:sdtContent>
                <w:r w:rsidR="00B0351E">
                  <w:t>☐</w:t>
                </w:r>
              </w:sdtContent>
            </w:sdt>
            <w:r w:rsidR="00B0351E">
              <w:t xml:space="preserve"> Environmental crimes that may cause harm to a heritage asset</w:t>
            </w:r>
            <w:r w:rsidR="00783715">
              <w:br/>
            </w:r>
            <w:r w:rsidR="00783715" w:rsidRPr="00783715">
              <w:rPr>
                <w:sz w:val="16"/>
                <w:szCs w:val="16"/>
              </w:rPr>
              <w:t>(</w:t>
            </w:r>
            <w:r w:rsidR="000D3BA3">
              <w:rPr>
                <w:sz w:val="16"/>
                <w:szCs w:val="16"/>
              </w:rPr>
              <w:t>e.g.</w:t>
            </w:r>
            <w:r w:rsidR="00783715">
              <w:rPr>
                <w:sz w:val="16"/>
                <w:szCs w:val="16"/>
              </w:rPr>
              <w:t xml:space="preserve"> tyre dumping or fly-tipping)</w:t>
            </w:r>
          </w:p>
        </w:tc>
      </w:tr>
      <w:tr w:rsidR="00792F08" w14:paraId="69223B9B" w14:textId="77777777" w:rsidTr="00C2373A">
        <w:tc>
          <w:tcPr>
            <w:tcW w:w="10195" w:type="dxa"/>
          </w:tcPr>
          <w:p w14:paraId="6F173A3D" w14:textId="77777777" w:rsidR="00792F08" w:rsidRDefault="00000000" w:rsidP="00C413AF">
            <w:sdt>
              <w:sdtPr>
                <w:alias w:val="Unauthorised works by owners/former owners"/>
                <w:tag w:val="Unauthorised works by ownersformer owners"/>
                <w:id w:val="1582563200"/>
                <w14:checkbox>
                  <w14:checked w14:val="0"/>
                  <w14:checkedState w14:val="2612" w14:font="MS Gothic"/>
                  <w14:uncheckedState w14:val="2610" w14:font="MS Gothic"/>
                </w14:checkbox>
              </w:sdtPr>
              <w:sdtContent>
                <w:r w:rsidR="00B0351E">
                  <w:t>☐</w:t>
                </w:r>
              </w:sdtContent>
            </w:sdt>
            <w:r w:rsidR="00B0351E">
              <w:t xml:space="preserve"> Unauthorised works by owners/former owners</w:t>
            </w:r>
          </w:p>
        </w:tc>
      </w:tr>
      <w:tr w:rsidR="00792F08" w14:paraId="2B7AB91D" w14:textId="77777777" w:rsidTr="00C2373A">
        <w:tc>
          <w:tcPr>
            <w:tcW w:w="10195" w:type="dxa"/>
          </w:tcPr>
          <w:p w14:paraId="6155967A" w14:textId="77777777" w:rsidR="00792F08" w:rsidRDefault="00000000" w:rsidP="00C413AF">
            <w:sdt>
              <w:sdtPr>
                <w:alias w:val="Illicit metal detecting/illicit magnet fishing"/>
                <w:tag w:val="Illicit metal detectingillicit magnet fishing"/>
                <w:id w:val="958534492"/>
                <w14:checkbox>
                  <w14:checked w14:val="0"/>
                  <w14:checkedState w14:val="2612" w14:font="MS Gothic"/>
                  <w14:uncheckedState w14:val="2610" w14:font="MS Gothic"/>
                </w14:checkbox>
              </w:sdtPr>
              <w:sdtContent>
                <w:r w:rsidR="00B0351E">
                  <w:t>☐</w:t>
                </w:r>
              </w:sdtContent>
            </w:sdt>
            <w:r w:rsidR="00B0351E">
              <w:t xml:space="preserve"> Illicit metal detecting/illicit magnet fishing</w:t>
            </w:r>
          </w:p>
        </w:tc>
      </w:tr>
      <w:tr w:rsidR="00792F08" w14:paraId="3E894FA8" w14:textId="77777777" w:rsidTr="00C2373A">
        <w:tc>
          <w:tcPr>
            <w:tcW w:w="10195" w:type="dxa"/>
          </w:tcPr>
          <w:p w14:paraId="1E1C4B81" w14:textId="77777777" w:rsidR="00792F08" w:rsidRDefault="00000000" w:rsidP="00C413AF">
            <w:sdt>
              <w:sdtPr>
                <w:alias w:val="Interference with wreck/military remains"/>
                <w:tag w:val="Interference with wreckmilitary remains"/>
                <w:id w:val="145402012"/>
                <w14:checkbox>
                  <w14:checked w14:val="0"/>
                  <w14:checkedState w14:val="2612" w14:font="MS Gothic"/>
                  <w14:uncheckedState w14:val="2610" w14:font="MS Gothic"/>
                </w14:checkbox>
              </w:sdtPr>
              <w:sdtContent>
                <w:r w:rsidR="00B0351E">
                  <w:t>☐</w:t>
                </w:r>
              </w:sdtContent>
            </w:sdt>
            <w:r w:rsidR="00B0351E">
              <w:t xml:space="preserve"> Interference with wreck/military remains</w:t>
            </w:r>
          </w:p>
        </w:tc>
      </w:tr>
      <w:tr w:rsidR="00783715" w14:paraId="1BF6BD99" w14:textId="77777777" w:rsidTr="00C2373A">
        <w:tc>
          <w:tcPr>
            <w:tcW w:w="10195" w:type="dxa"/>
          </w:tcPr>
          <w:p w14:paraId="1F51B0C2" w14:textId="37AD854F" w:rsidR="00783715" w:rsidRDefault="00000000" w:rsidP="00783715">
            <w:sdt>
              <w:sdtPr>
                <w:alias w:val="Terrorism or domestic extremism activity that may cause harm to a heritage asset"/>
                <w:tag w:val="Terrorism or domestic extremism activity that may cause harm"/>
                <w:id w:val="2020885541"/>
                <w14:checkbox>
                  <w14:checked w14:val="0"/>
                  <w14:checkedState w14:val="2612" w14:font="MS Gothic"/>
                  <w14:uncheckedState w14:val="2610" w14:font="MS Gothic"/>
                </w14:checkbox>
              </w:sdtPr>
              <w:sdtContent>
                <w:r w:rsidR="00783715">
                  <w:t>☐</w:t>
                </w:r>
              </w:sdtContent>
            </w:sdt>
            <w:r w:rsidR="00783715">
              <w:t xml:space="preserve"> Terrorism or domestic extremism activity that may cause harm to a heritage asset</w:t>
            </w:r>
          </w:p>
        </w:tc>
      </w:tr>
      <w:tr w:rsidR="00783715" w14:paraId="2F087C16" w14:textId="77777777" w:rsidTr="00C2373A">
        <w:tc>
          <w:tcPr>
            <w:tcW w:w="10195" w:type="dxa"/>
          </w:tcPr>
          <w:p w14:paraId="7ABFE6DC" w14:textId="02928B30" w:rsidR="00783715" w:rsidRDefault="00000000" w:rsidP="00783715">
            <w:sdt>
              <w:sdtPr>
                <w:alias w:val="Online or cyber element involved in heritage crime offence"/>
                <w:tag w:val="Online or cyber element involved in heritage crime offence"/>
                <w:id w:val="-1549754602"/>
                <w14:checkbox>
                  <w14:checked w14:val="0"/>
                  <w14:checkedState w14:val="2612" w14:font="MS Gothic"/>
                  <w14:uncheckedState w14:val="2610" w14:font="MS Gothic"/>
                </w14:checkbox>
              </w:sdtPr>
              <w:sdtContent>
                <w:r w:rsidR="00783715">
                  <w:t>☐</w:t>
                </w:r>
              </w:sdtContent>
            </w:sdt>
            <w:r w:rsidR="00783715">
              <w:t xml:space="preserve"> Online or cyber element involved in heritage crime offence*</w:t>
            </w:r>
          </w:p>
        </w:tc>
      </w:tr>
      <w:tr w:rsidR="00792F08" w14:paraId="06B9B50D" w14:textId="77777777" w:rsidTr="00C2373A">
        <w:tc>
          <w:tcPr>
            <w:tcW w:w="10195" w:type="dxa"/>
          </w:tcPr>
          <w:p w14:paraId="34C1B7EC" w14:textId="51B04582" w:rsidR="00792F08" w:rsidRDefault="00000000" w:rsidP="00C413AF">
            <w:sdt>
              <w:sdtPr>
                <w:alias w:val="Hate crime element involved in heritage crime offence"/>
                <w:tag w:val="Hate crime element involved in heritage crime offence"/>
                <w:id w:val="-651064732"/>
                <w14:checkbox>
                  <w14:checked w14:val="0"/>
                  <w14:checkedState w14:val="2612" w14:font="MS Gothic"/>
                  <w14:uncheckedState w14:val="2610" w14:font="MS Gothic"/>
                </w14:checkbox>
              </w:sdtPr>
              <w:sdtContent>
                <w:r w:rsidR="00B0351E">
                  <w:t>☐</w:t>
                </w:r>
              </w:sdtContent>
            </w:sdt>
            <w:r w:rsidR="00B0351E">
              <w:t xml:space="preserve"> Hate crime element involved in heritage crime offence</w:t>
            </w:r>
            <w:r w:rsidR="00783715">
              <w:t>**</w:t>
            </w:r>
          </w:p>
        </w:tc>
      </w:tr>
      <w:tr w:rsidR="00792F08" w14:paraId="7D18ADB2" w14:textId="77777777" w:rsidTr="00C2373A">
        <w:trPr>
          <w:trHeight w:val="3176"/>
        </w:trPr>
        <w:tc>
          <w:tcPr>
            <w:tcW w:w="10195" w:type="dxa"/>
          </w:tcPr>
          <w:p w14:paraId="1FAEB87C" w14:textId="5073A70A" w:rsidR="00792F08" w:rsidRDefault="00B0351E" w:rsidP="00C413AF">
            <w:r>
              <w:t>Other</w:t>
            </w:r>
            <w:r w:rsidR="00783715">
              <w:t xml:space="preserve"> (please specify)</w:t>
            </w:r>
          </w:p>
          <w:p w14:paraId="7E82DB01" w14:textId="6CFB8B07" w:rsidR="00783715" w:rsidRDefault="00000000" w:rsidP="00C413AF">
            <w:sdt>
              <w:sdtPr>
                <w:alias w:val="Other heritage crime threat (please specify)"/>
                <w:tag w:val="Other heritage crime threat (please specify)"/>
                <w:id w:val="433095657"/>
                <w:showingPlcHdr/>
                <w:text/>
              </w:sdtPr>
              <w:sdtContent>
                <w:r w:rsidR="00783715">
                  <w:rPr>
                    <w:color w:val="767676"/>
                  </w:rPr>
                  <w:t>Enter details</w:t>
                </w:r>
              </w:sdtContent>
            </w:sdt>
          </w:p>
        </w:tc>
      </w:tr>
    </w:tbl>
    <w:p w14:paraId="372E2D6D" w14:textId="77777777" w:rsidR="00783715" w:rsidRDefault="00783715" w:rsidP="00C413AF">
      <w:pPr>
        <w:rPr>
          <w:b/>
        </w:rPr>
      </w:pPr>
    </w:p>
    <w:p w14:paraId="48AA5129" w14:textId="18C96A33" w:rsidR="00783715" w:rsidRPr="00783715" w:rsidRDefault="00783715" w:rsidP="00783715">
      <w:pPr>
        <w:rPr>
          <w:rFonts w:cs="Arial"/>
          <w:sz w:val="16"/>
          <w:szCs w:val="16"/>
        </w:rPr>
      </w:pPr>
      <w:r w:rsidRPr="00783715">
        <w:rPr>
          <w:rFonts w:cs="Arial"/>
          <w:sz w:val="16"/>
          <w:szCs w:val="16"/>
        </w:rPr>
        <w:t>*  Cyber-</w:t>
      </w:r>
      <w:r w:rsidRPr="00783715">
        <w:rPr>
          <w:rFonts w:cs="Arial"/>
          <w:i/>
          <w:iCs/>
          <w:sz w:val="16"/>
          <w:szCs w:val="16"/>
        </w:rPr>
        <w:t>dependent</w:t>
      </w:r>
      <w:r w:rsidRPr="00783715">
        <w:rPr>
          <w:rFonts w:cs="Arial"/>
          <w:sz w:val="16"/>
          <w:szCs w:val="16"/>
        </w:rPr>
        <w:t xml:space="preserve"> crimes are those that can only be committed using a computer or ICT, such as introduction of malware. Cyber-</w:t>
      </w:r>
      <w:r w:rsidRPr="00783715">
        <w:rPr>
          <w:rFonts w:cs="Arial"/>
          <w:i/>
          <w:iCs/>
          <w:sz w:val="16"/>
          <w:szCs w:val="16"/>
        </w:rPr>
        <w:t>enabled</w:t>
      </w:r>
      <w:r w:rsidRPr="00783715">
        <w:rPr>
          <w:rFonts w:cs="Arial"/>
          <w:sz w:val="16"/>
          <w:szCs w:val="16"/>
        </w:rPr>
        <w:t xml:space="preserve"> crimes are ‘traditional’ crimes that are increased in scale or reach </w:t>
      </w:r>
      <w:proofErr w:type="gramStart"/>
      <w:r w:rsidRPr="00783715">
        <w:rPr>
          <w:rFonts w:cs="Arial"/>
          <w:sz w:val="16"/>
          <w:szCs w:val="16"/>
        </w:rPr>
        <w:t>by the use of</w:t>
      </w:r>
      <w:proofErr w:type="gramEnd"/>
      <w:r w:rsidRPr="00783715">
        <w:rPr>
          <w:rFonts w:cs="Arial"/>
          <w:sz w:val="16"/>
          <w:szCs w:val="16"/>
        </w:rPr>
        <w:t xml:space="preserve"> computers or ICT, such as using a drone to capture images of a church roof to identify opportunities for theft. Cyber-</w:t>
      </w:r>
      <w:r w:rsidRPr="00783715">
        <w:rPr>
          <w:rFonts w:cs="Arial"/>
          <w:i/>
          <w:iCs/>
          <w:sz w:val="16"/>
          <w:szCs w:val="16"/>
        </w:rPr>
        <w:t>assisted</w:t>
      </w:r>
      <w:r w:rsidRPr="00783715">
        <w:rPr>
          <w:rFonts w:cs="Arial"/>
          <w:sz w:val="16"/>
          <w:szCs w:val="16"/>
        </w:rPr>
        <w:t xml:space="preserve"> crimes are those that use networked digital technologies </w:t>
      </w:r>
      <w:proofErr w:type="gramStart"/>
      <w:r w:rsidRPr="00783715">
        <w:rPr>
          <w:rFonts w:cs="Arial"/>
          <w:sz w:val="16"/>
          <w:szCs w:val="16"/>
        </w:rPr>
        <w:t>in the course of</w:t>
      </w:r>
      <w:proofErr w:type="gramEnd"/>
      <w:r w:rsidRPr="00783715">
        <w:rPr>
          <w:rFonts w:cs="Arial"/>
          <w:sz w:val="16"/>
          <w:szCs w:val="16"/>
        </w:rPr>
        <w:t xml:space="preserve"> criminal activity that would take place anyway, such as online research before committing</w:t>
      </w:r>
    </w:p>
    <w:p w14:paraId="14039B07" w14:textId="695F0B1F" w:rsidR="00783715" w:rsidRPr="00783715" w:rsidRDefault="00783715" w:rsidP="00783715">
      <w:pPr>
        <w:rPr>
          <w:rFonts w:cs="Arial"/>
          <w:b/>
          <w:sz w:val="16"/>
          <w:szCs w:val="16"/>
        </w:rPr>
      </w:pPr>
      <w:r w:rsidRPr="00783715">
        <w:rPr>
          <w:rFonts w:cs="Arial"/>
          <w:sz w:val="16"/>
          <w:szCs w:val="16"/>
        </w:rPr>
        <w:t>** Hate crime: ‘Any criminal offence which is perceived by the victim or any other person, to be motivated by hostility or prejudice, based on a person’s disability or perceived disability; race or perceived race; or religion or perceived religion; or sexual orientation or perceived sexual orientation or transgender identity or perceived transgender identity.’ (Crown Prosecution Service)</w:t>
      </w:r>
    </w:p>
    <w:p w14:paraId="31380FEB" w14:textId="5E738E6B" w:rsidR="00CE0513" w:rsidRPr="00783715" w:rsidRDefault="00CE0513" w:rsidP="00CE0513">
      <w:pPr>
        <w:pStyle w:val="Heading1"/>
      </w:pPr>
      <w:r>
        <w:lastRenderedPageBreak/>
        <w:br/>
        <w:t xml:space="preserve">Scanning </w:t>
      </w:r>
      <w:r w:rsidR="00400317">
        <w:t>–</w:t>
      </w:r>
      <w:r>
        <w:t xml:space="preserve"> Heritage crime threats</w:t>
      </w:r>
    </w:p>
    <w:p w14:paraId="6F86E6B6" w14:textId="77777777" w:rsidR="00783715" w:rsidRDefault="00783715" w:rsidP="00C413AF">
      <w:pPr>
        <w:rPr>
          <w:b/>
        </w:rPr>
      </w:pPr>
    </w:p>
    <w:p w14:paraId="1D8F038A" w14:textId="77777777" w:rsidR="00CE0513" w:rsidRPr="00CE0513" w:rsidRDefault="00CE0513" w:rsidP="00CE0513">
      <w:r w:rsidRPr="00CE0513">
        <w:t xml:space="preserve">Give </w:t>
      </w:r>
      <w:proofErr w:type="gramStart"/>
      <w:r w:rsidRPr="00CE0513">
        <w:t>a brief summary</w:t>
      </w:r>
      <w:proofErr w:type="gramEnd"/>
      <w:r w:rsidRPr="00CE0513">
        <w:t xml:space="preserve"> of any relevant and credible information about local and national trends, especially those relating to heritage crime. Sources include police, Historic England and national media. When outlining the contextual crime picture, consider the relevance of:</w:t>
      </w:r>
      <w:r w:rsidRPr="00CE0513">
        <w:br/>
      </w:r>
    </w:p>
    <w:p w14:paraId="12879635" w14:textId="77777777" w:rsidR="00CE0513" w:rsidRPr="00CE0513" w:rsidRDefault="00CE0513" w:rsidP="00CE0513">
      <w:pPr>
        <w:pStyle w:val="ListParagraph"/>
        <w:numPr>
          <w:ilvl w:val="0"/>
          <w:numId w:val="10"/>
        </w:numPr>
      </w:pPr>
      <w:r w:rsidRPr="00CE0513">
        <w:t>Previous history of offences (including attempts) at the location under review during the past three to five years</w:t>
      </w:r>
    </w:p>
    <w:p w14:paraId="769A3742" w14:textId="2E788A72" w:rsidR="00CE0513" w:rsidRPr="00CE0513" w:rsidRDefault="00CE0513" w:rsidP="00CE0513">
      <w:pPr>
        <w:pStyle w:val="ListParagraph"/>
        <w:numPr>
          <w:ilvl w:val="0"/>
          <w:numId w:val="10"/>
        </w:numPr>
      </w:pPr>
      <w:r w:rsidRPr="00CE0513">
        <w:t xml:space="preserve">Local levels of crime and anti-social behaviour, especially the local heritage crime picture </w:t>
      </w:r>
      <w:r>
        <w:br/>
      </w:r>
      <w:r w:rsidRPr="00CE0513">
        <w:t xml:space="preserve">(via </w:t>
      </w:r>
      <w:r>
        <w:t xml:space="preserve">the </w:t>
      </w:r>
      <w:hyperlink r:id="rId11" w:history="1">
        <w:r w:rsidRPr="00CE0513">
          <w:rPr>
            <w:rStyle w:val="Hyperlink"/>
          </w:rPr>
          <w:t>Police website</w:t>
        </w:r>
      </w:hyperlink>
      <w:r w:rsidRPr="00CE0513">
        <w:t xml:space="preserve"> and information from local police)</w:t>
      </w:r>
    </w:p>
    <w:p w14:paraId="1546CE2C" w14:textId="77777777" w:rsidR="00CE0513" w:rsidRPr="00CE0513" w:rsidRDefault="00CE0513" w:rsidP="00CE0513">
      <w:pPr>
        <w:pStyle w:val="ListParagraph"/>
        <w:numPr>
          <w:ilvl w:val="0"/>
          <w:numId w:val="10"/>
        </w:numPr>
      </w:pPr>
      <w:r w:rsidRPr="00CE0513">
        <w:t>National trends and criminal activity in relation to heritage crime</w:t>
      </w:r>
    </w:p>
    <w:p w14:paraId="586036BD" w14:textId="32F7771E" w:rsidR="00CE0513" w:rsidRPr="00CE0513" w:rsidRDefault="00CE0513" w:rsidP="00CE0513">
      <w:r w:rsidRPr="00CE0513">
        <w:br/>
        <w:t>It may also be useful to consider motivations to commit heritage crime. These include crimes committed due to criminal recklessness (</w:t>
      </w:r>
      <w:r w:rsidR="000D3BA3" w:rsidRPr="00CE0513">
        <w:t>e.g.</w:t>
      </w:r>
      <w:r w:rsidRPr="00CE0513">
        <w:t xml:space="preserve"> causing foreseeable damage to a listed building by climbing on it, thereby damaging the roof and walls), financial gain (</w:t>
      </w:r>
      <w:r w:rsidR="000D3BA3" w:rsidRPr="00CE0513">
        <w:t>e.g.</w:t>
      </w:r>
      <w:r w:rsidRPr="00CE0513">
        <w:t xml:space="preserve"> stealing something to sell for profit), ideology (</w:t>
      </w:r>
      <w:r w:rsidR="000D3BA3" w:rsidRPr="00CE0513">
        <w:t>e.g.</w:t>
      </w:r>
      <w:r w:rsidRPr="00CE0513">
        <w:t xml:space="preserve"> damage caused by graffiti related to gang affiliation) or attachment (</w:t>
      </w:r>
      <w:r w:rsidR="000D3BA3" w:rsidRPr="00CE0513">
        <w:t>e.g.</w:t>
      </w:r>
      <w:r w:rsidRPr="00CE0513">
        <w:t xml:space="preserve"> theft by illicit collectors).</w:t>
      </w:r>
    </w:p>
    <w:p w14:paraId="36CC7AED" w14:textId="57AAE339" w:rsidR="00792F08" w:rsidRDefault="00792F08" w:rsidP="00C413AF"/>
    <w:tbl>
      <w:tblPr>
        <w:tblStyle w:val="TableGrid"/>
        <w:tblW w:w="0" w:type="auto"/>
        <w:tblLook w:val="04A0" w:firstRow="1" w:lastRow="0" w:firstColumn="1" w:lastColumn="0" w:noHBand="0" w:noVBand="1"/>
        <w:tblCaption w:val="Other heritage crime threat"/>
        <w:tblDescription w:val="Form field for another heritage crime threat not listed above."/>
      </w:tblPr>
      <w:tblGrid>
        <w:gridCol w:w="10190"/>
      </w:tblGrid>
      <w:tr w:rsidR="00792F08" w14:paraId="1983CA77" w14:textId="77777777" w:rsidTr="00CE0513">
        <w:trPr>
          <w:trHeight w:val="7493"/>
        </w:trPr>
        <w:tc>
          <w:tcPr>
            <w:tcW w:w="10200" w:type="dxa"/>
          </w:tcPr>
          <w:p w14:paraId="47E0E37B" w14:textId="6F17D5AC" w:rsidR="00792F08" w:rsidRDefault="00000000" w:rsidP="00DB7B0D">
            <w:sdt>
              <w:sdtPr>
                <w:alias w:val="Brief summary of relevant and credible information about local and national trends, previous offences, local crime levels and motivations"/>
                <w:tag w:val="Brief summary of relevant and credible information about loc"/>
                <w:id w:val="-195774153"/>
                <w:showingPlcHdr/>
                <w:text w:multiLine="1"/>
              </w:sdtPr>
              <w:sdtContent>
                <w:r w:rsidR="00B0351E">
                  <w:rPr>
                    <w:color w:val="767676"/>
                  </w:rPr>
                  <w:t>Click or tap here to enter text.</w:t>
                </w:r>
              </w:sdtContent>
            </w:sdt>
          </w:p>
        </w:tc>
      </w:tr>
    </w:tbl>
    <w:p w14:paraId="09CE3F20" w14:textId="44EBBA00" w:rsidR="00792F08" w:rsidRDefault="00AA5350" w:rsidP="00AA5350">
      <w:pPr>
        <w:pStyle w:val="Heading1"/>
      </w:pPr>
      <w:r>
        <w:lastRenderedPageBreak/>
        <w:br/>
        <w:t>Analysis - Scoring guidance</w:t>
      </w:r>
    </w:p>
    <w:p w14:paraId="485866E5" w14:textId="77777777" w:rsidR="00792F08" w:rsidRDefault="00B0351E" w:rsidP="00AA5350">
      <w:pPr>
        <w:pStyle w:val="Heading2"/>
      </w:pPr>
      <w:r>
        <w:t>Impact (identify the worst reasonably foreseeable consequence)</w:t>
      </w:r>
    </w:p>
    <w:tbl>
      <w:tblPr>
        <w:tblStyle w:val="TableGrid"/>
        <w:tblW w:w="0" w:type="auto"/>
        <w:tblInd w:w="-5" w:type="dxa"/>
        <w:tblLook w:val="04A0" w:firstRow="1" w:lastRow="0" w:firstColumn="1" w:lastColumn="0" w:noHBand="0" w:noVBand="1"/>
        <w:tblCaption w:val="Impact scoring guidance"/>
        <w:tblDescription w:val="Impact scores with a description and example for each rating."/>
      </w:tblPr>
      <w:tblGrid>
        <w:gridCol w:w="963"/>
        <w:gridCol w:w="1701"/>
        <w:gridCol w:w="7531"/>
      </w:tblGrid>
      <w:tr w:rsidR="00792F08" w14:paraId="286ACA8B" w14:textId="77777777" w:rsidTr="00C2373A">
        <w:trPr>
          <w:trHeight w:val="417"/>
          <w:tblHeader/>
        </w:trPr>
        <w:tc>
          <w:tcPr>
            <w:tcW w:w="963" w:type="dxa"/>
            <w:shd w:val="clear" w:color="auto" w:fill="000000" w:themeFill="text1"/>
            <w:vAlign w:val="center"/>
          </w:tcPr>
          <w:p w14:paraId="027048D8" w14:textId="77777777" w:rsidR="00792F08" w:rsidRDefault="00B0351E" w:rsidP="00C413AF">
            <w:r>
              <w:rPr>
                <w:b/>
                <w:color w:val="FFFFFF"/>
              </w:rPr>
              <w:t>Score</w:t>
            </w:r>
          </w:p>
        </w:tc>
        <w:tc>
          <w:tcPr>
            <w:tcW w:w="1701" w:type="dxa"/>
            <w:shd w:val="clear" w:color="auto" w:fill="000000" w:themeFill="text1"/>
            <w:vAlign w:val="center"/>
          </w:tcPr>
          <w:p w14:paraId="28A73E4B" w14:textId="77777777" w:rsidR="00792F08" w:rsidRDefault="00B0351E" w:rsidP="00C413AF">
            <w:r>
              <w:rPr>
                <w:b/>
                <w:color w:val="FFFFFF"/>
              </w:rPr>
              <w:t>Description</w:t>
            </w:r>
          </w:p>
        </w:tc>
        <w:tc>
          <w:tcPr>
            <w:tcW w:w="7531" w:type="dxa"/>
            <w:shd w:val="clear" w:color="auto" w:fill="000000" w:themeFill="text1"/>
            <w:vAlign w:val="center"/>
          </w:tcPr>
          <w:p w14:paraId="330D8317" w14:textId="77777777" w:rsidR="00792F08" w:rsidRDefault="00B0351E" w:rsidP="00C413AF">
            <w:r>
              <w:rPr>
                <w:b/>
                <w:color w:val="FFFFFF"/>
              </w:rPr>
              <w:t>Example</w:t>
            </w:r>
          </w:p>
        </w:tc>
      </w:tr>
      <w:tr w:rsidR="00792F08" w14:paraId="4B8C201E" w14:textId="77777777" w:rsidTr="00C2373A">
        <w:trPr>
          <w:trHeight w:val="834"/>
        </w:trPr>
        <w:tc>
          <w:tcPr>
            <w:tcW w:w="963" w:type="dxa"/>
            <w:vAlign w:val="center"/>
          </w:tcPr>
          <w:p w14:paraId="23E91163" w14:textId="77777777" w:rsidR="00792F08" w:rsidRPr="00400317" w:rsidRDefault="00B0351E" w:rsidP="00C413AF">
            <w:pPr>
              <w:rPr>
                <w:b/>
                <w:bCs/>
              </w:rPr>
            </w:pPr>
            <w:r w:rsidRPr="00400317">
              <w:rPr>
                <w:b/>
                <w:bCs/>
              </w:rPr>
              <w:t>1</w:t>
            </w:r>
          </w:p>
        </w:tc>
        <w:tc>
          <w:tcPr>
            <w:tcW w:w="1701" w:type="dxa"/>
            <w:vAlign w:val="center"/>
          </w:tcPr>
          <w:p w14:paraId="3F4CC31B" w14:textId="77777777" w:rsidR="00792F08" w:rsidRPr="00400317" w:rsidRDefault="00B0351E" w:rsidP="00C413AF">
            <w:pPr>
              <w:rPr>
                <w:b/>
                <w:bCs/>
              </w:rPr>
            </w:pPr>
            <w:r w:rsidRPr="00400317">
              <w:rPr>
                <w:b/>
                <w:bCs/>
              </w:rPr>
              <w:t>Insignificant</w:t>
            </w:r>
          </w:p>
        </w:tc>
        <w:tc>
          <w:tcPr>
            <w:tcW w:w="7531" w:type="dxa"/>
            <w:vAlign w:val="center"/>
          </w:tcPr>
          <w:p w14:paraId="7EE5A8DD" w14:textId="77777777" w:rsidR="00792F08" w:rsidRDefault="00B0351E" w:rsidP="00C413AF">
            <w:r>
              <w:t>Loss or damage to a heritage asset, superficial in nature and with minimal adverse impact on the asset.</w:t>
            </w:r>
          </w:p>
        </w:tc>
      </w:tr>
      <w:tr w:rsidR="00792F08" w14:paraId="43F48362" w14:textId="77777777" w:rsidTr="00C2373A">
        <w:trPr>
          <w:trHeight w:val="705"/>
        </w:trPr>
        <w:tc>
          <w:tcPr>
            <w:tcW w:w="963" w:type="dxa"/>
            <w:vAlign w:val="center"/>
          </w:tcPr>
          <w:p w14:paraId="59B90613" w14:textId="77777777" w:rsidR="00792F08" w:rsidRPr="00400317" w:rsidRDefault="00B0351E" w:rsidP="00C413AF">
            <w:pPr>
              <w:rPr>
                <w:b/>
                <w:bCs/>
              </w:rPr>
            </w:pPr>
            <w:r w:rsidRPr="00400317">
              <w:rPr>
                <w:b/>
                <w:bCs/>
              </w:rPr>
              <w:t>2</w:t>
            </w:r>
          </w:p>
        </w:tc>
        <w:tc>
          <w:tcPr>
            <w:tcW w:w="1701" w:type="dxa"/>
            <w:vAlign w:val="center"/>
          </w:tcPr>
          <w:p w14:paraId="2A2AE550" w14:textId="77777777" w:rsidR="00792F08" w:rsidRPr="00400317" w:rsidRDefault="00B0351E" w:rsidP="00C413AF">
            <w:pPr>
              <w:rPr>
                <w:b/>
                <w:bCs/>
              </w:rPr>
            </w:pPr>
            <w:r w:rsidRPr="00400317">
              <w:rPr>
                <w:b/>
                <w:bCs/>
              </w:rPr>
              <w:t>Minor</w:t>
            </w:r>
          </w:p>
        </w:tc>
        <w:tc>
          <w:tcPr>
            <w:tcW w:w="7531" w:type="dxa"/>
            <w:vAlign w:val="center"/>
          </w:tcPr>
          <w:p w14:paraId="4AAC02CE" w14:textId="77777777" w:rsidR="00792F08" w:rsidRDefault="00B0351E" w:rsidP="00C413AF">
            <w:r>
              <w:t>Loss or damage to a heritage asset of limited significance, unlikely to attract public or academic concern and no ongoing risk.</w:t>
            </w:r>
          </w:p>
        </w:tc>
      </w:tr>
      <w:tr w:rsidR="00792F08" w14:paraId="1F452439" w14:textId="77777777" w:rsidTr="00C2373A">
        <w:trPr>
          <w:trHeight w:val="985"/>
        </w:trPr>
        <w:tc>
          <w:tcPr>
            <w:tcW w:w="963" w:type="dxa"/>
            <w:vAlign w:val="center"/>
          </w:tcPr>
          <w:p w14:paraId="16612BAF" w14:textId="77777777" w:rsidR="00792F08" w:rsidRPr="00400317" w:rsidRDefault="00B0351E" w:rsidP="00C413AF">
            <w:pPr>
              <w:rPr>
                <w:b/>
                <w:bCs/>
              </w:rPr>
            </w:pPr>
            <w:r w:rsidRPr="00400317">
              <w:rPr>
                <w:b/>
                <w:bCs/>
              </w:rPr>
              <w:t>3</w:t>
            </w:r>
          </w:p>
        </w:tc>
        <w:tc>
          <w:tcPr>
            <w:tcW w:w="1701" w:type="dxa"/>
            <w:vAlign w:val="center"/>
          </w:tcPr>
          <w:p w14:paraId="28D58D53" w14:textId="77777777" w:rsidR="00792F08" w:rsidRPr="00400317" w:rsidRDefault="00B0351E" w:rsidP="00C413AF">
            <w:pPr>
              <w:rPr>
                <w:b/>
                <w:bCs/>
              </w:rPr>
            </w:pPr>
            <w:r w:rsidRPr="00400317">
              <w:rPr>
                <w:b/>
                <w:bCs/>
              </w:rPr>
              <w:t>Substantial</w:t>
            </w:r>
          </w:p>
        </w:tc>
        <w:tc>
          <w:tcPr>
            <w:tcW w:w="7531" w:type="dxa"/>
            <w:vAlign w:val="center"/>
          </w:tcPr>
          <w:p w14:paraId="239B7E33" w14:textId="494E7381" w:rsidR="00792F08" w:rsidRDefault="00B0351E" w:rsidP="00C413AF">
            <w:r>
              <w:t>Loss or damage to a heritage asset of national/international significance causing impairment, or serious loss or partial destruction to a designated heritage asset of lesser significance</w:t>
            </w:r>
            <w:r w:rsidR="00AA5350">
              <w:t>. (</w:t>
            </w:r>
            <w:r w:rsidR="000D3BA3">
              <w:t>e.g.</w:t>
            </w:r>
            <w:r w:rsidR="00AA5350">
              <w:t xml:space="preserve"> Grade II listed building).</w:t>
            </w:r>
          </w:p>
        </w:tc>
      </w:tr>
      <w:tr w:rsidR="00792F08" w14:paraId="759A0823" w14:textId="77777777" w:rsidTr="00C2373A">
        <w:trPr>
          <w:trHeight w:val="971"/>
        </w:trPr>
        <w:tc>
          <w:tcPr>
            <w:tcW w:w="963" w:type="dxa"/>
            <w:vAlign w:val="center"/>
          </w:tcPr>
          <w:p w14:paraId="3A8B734D" w14:textId="77777777" w:rsidR="00792F08" w:rsidRPr="00400317" w:rsidRDefault="00B0351E" w:rsidP="00C413AF">
            <w:pPr>
              <w:rPr>
                <w:b/>
                <w:bCs/>
              </w:rPr>
            </w:pPr>
            <w:r w:rsidRPr="00400317">
              <w:rPr>
                <w:b/>
                <w:bCs/>
              </w:rPr>
              <w:t>4</w:t>
            </w:r>
          </w:p>
        </w:tc>
        <w:tc>
          <w:tcPr>
            <w:tcW w:w="1701" w:type="dxa"/>
            <w:vAlign w:val="center"/>
          </w:tcPr>
          <w:p w14:paraId="12D32D96" w14:textId="77777777" w:rsidR="00792F08" w:rsidRPr="00400317" w:rsidRDefault="00B0351E" w:rsidP="00C413AF">
            <w:pPr>
              <w:rPr>
                <w:b/>
                <w:bCs/>
              </w:rPr>
            </w:pPr>
            <w:r w:rsidRPr="00400317">
              <w:rPr>
                <w:b/>
                <w:bCs/>
              </w:rPr>
              <w:t>Serious</w:t>
            </w:r>
          </w:p>
        </w:tc>
        <w:tc>
          <w:tcPr>
            <w:tcW w:w="7531" w:type="dxa"/>
            <w:vAlign w:val="center"/>
          </w:tcPr>
          <w:p w14:paraId="4A889A73" w14:textId="69431555" w:rsidR="00792F08" w:rsidRDefault="00B0351E" w:rsidP="00C413AF">
            <w:r>
              <w:t>Serious loss or partial destruction/serious damage to a heritage asset of national/international significance, or grave loss or destruction of a designated heritage asset of lesser significance.</w:t>
            </w:r>
            <w:r w:rsidR="00AA5350">
              <w:t xml:space="preserve"> (</w:t>
            </w:r>
            <w:r w:rsidR="000D3BA3">
              <w:t>e.g.</w:t>
            </w:r>
            <w:r w:rsidR="00AA5350">
              <w:t xml:space="preserve"> Grade II listed building).</w:t>
            </w:r>
          </w:p>
        </w:tc>
      </w:tr>
      <w:tr w:rsidR="00792F08" w14:paraId="4B91662A" w14:textId="77777777" w:rsidTr="00C2373A">
        <w:trPr>
          <w:trHeight w:val="701"/>
        </w:trPr>
        <w:tc>
          <w:tcPr>
            <w:tcW w:w="963" w:type="dxa"/>
            <w:vAlign w:val="center"/>
          </w:tcPr>
          <w:p w14:paraId="3137292B" w14:textId="77777777" w:rsidR="00792F08" w:rsidRPr="00400317" w:rsidRDefault="00B0351E" w:rsidP="00C413AF">
            <w:pPr>
              <w:rPr>
                <w:b/>
                <w:bCs/>
              </w:rPr>
            </w:pPr>
            <w:r w:rsidRPr="00400317">
              <w:rPr>
                <w:b/>
                <w:bCs/>
              </w:rPr>
              <w:t>5</w:t>
            </w:r>
          </w:p>
        </w:tc>
        <w:tc>
          <w:tcPr>
            <w:tcW w:w="1701" w:type="dxa"/>
            <w:vAlign w:val="center"/>
          </w:tcPr>
          <w:p w14:paraId="2C33133D" w14:textId="77777777" w:rsidR="00792F08" w:rsidRPr="00400317" w:rsidRDefault="00B0351E" w:rsidP="00C413AF">
            <w:pPr>
              <w:rPr>
                <w:b/>
                <w:bCs/>
              </w:rPr>
            </w:pPr>
            <w:r w:rsidRPr="00400317">
              <w:rPr>
                <w:b/>
                <w:bCs/>
              </w:rPr>
              <w:t>Catastrophic</w:t>
            </w:r>
          </w:p>
        </w:tc>
        <w:tc>
          <w:tcPr>
            <w:tcW w:w="7531" w:type="dxa"/>
            <w:vAlign w:val="center"/>
          </w:tcPr>
          <w:p w14:paraId="3E75E2FA" w14:textId="43C8E1EF" w:rsidR="00792F08" w:rsidRDefault="00B0351E" w:rsidP="00C413AF">
            <w:r>
              <w:t>Grave loss or destruction of a major asset of national/international significance.</w:t>
            </w:r>
            <w:r w:rsidR="00AA5350">
              <w:t xml:space="preserve"> (</w:t>
            </w:r>
            <w:r w:rsidR="000D3BA3">
              <w:t>e.g.</w:t>
            </w:r>
            <w:r w:rsidR="00AA5350">
              <w:t xml:space="preserve"> Grade II/II* listed building).</w:t>
            </w:r>
          </w:p>
        </w:tc>
      </w:tr>
    </w:tbl>
    <w:p w14:paraId="25A51E0E" w14:textId="77777777" w:rsidR="00400317" w:rsidRDefault="00400317" w:rsidP="00AA5350">
      <w:pPr>
        <w:pStyle w:val="LayoutSpacer2"/>
      </w:pPr>
    </w:p>
    <w:p w14:paraId="24092ED4" w14:textId="1CB34D31" w:rsidR="00792F08" w:rsidRDefault="00B0351E" w:rsidP="00AA5350">
      <w:pPr>
        <w:pStyle w:val="Heading2"/>
      </w:pPr>
      <w:r>
        <w:t>Likelihood (at location or nearby)</w:t>
      </w:r>
    </w:p>
    <w:tbl>
      <w:tblPr>
        <w:tblStyle w:val="TableGrid"/>
        <w:tblW w:w="0" w:type="auto"/>
        <w:tblInd w:w="-5" w:type="dxa"/>
        <w:tblLook w:val="04A0" w:firstRow="1" w:lastRow="0" w:firstColumn="1" w:lastColumn="0" w:noHBand="0" w:noVBand="1"/>
        <w:tblCaption w:val="Likelihood scoring guidance"/>
        <w:tblDescription w:val="Likelihood scores with a description and example for each rating."/>
      </w:tblPr>
      <w:tblGrid>
        <w:gridCol w:w="964"/>
        <w:gridCol w:w="1700"/>
        <w:gridCol w:w="7531"/>
      </w:tblGrid>
      <w:tr w:rsidR="00792F08" w14:paraId="0D362127" w14:textId="77777777" w:rsidTr="00C2373A">
        <w:trPr>
          <w:trHeight w:val="464"/>
          <w:tblHeader/>
        </w:trPr>
        <w:tc>
          <w:tcPr>
            <w:tcW w:w="964" w:type="dxa"/>
            <w:shd w:val="clear" w:color="auto" w:fill="000000" w:themeFill="text1"/>
            <w:vAlign w:val="center"/>
          </w:tcPr>
          <w:p w14:paraId="0F563F21" w14:textId="77777777" w:rsidR="00792F08" w:rsidRDefault="00B0351E" w:rsidP="00C413AF">
            <w:r>
              <w:rPr>
                <w:b/>
                <w:color w:val="FFFFFF"/>
              </w:rPr>
              <w:t>Score</w:t>
            </w:r>
          </w:p>
        </w:tc>
        <w:tc>
          <w:tcPr>
            <w:tcW w:w="1700" w:type="dxa"/>
            <w:shd w:val="clear" w:color="auto" w:fill="000000" w:themeFill="text1"/>
            <w:vAlign w:val="center"/>
          </w:tcPr>
          <w:p w14:paraId="7AC08CBB" w14:textId="77777777" w:rsidR="00792F08" w:rsidRDefault="00B0351E" w:rsidP="00C413AF">
            <w:r>
              <w:rPr>
                <w:b/>
                <w:color w:val="FFFFFF"/>
              </w:rPr>
              <w:t>Description</w:t>
            </w:r>
          </w:p>
        </w:tc>
        <w:tc>
          <w:tcPr>
            <w:tcW w:w="7531" w:type="dxa"/>
            <w:shd w:val="clear" w:color="auto" w:fill="000000" w:themeFill="text1"/>
            <w:vAlign w:val="center"/>
          </w:tcPr>
          <w:p w14:paraId="47E3E788" w14:textId="77777777" w:rsidR="00792F08" w:rsidRDefault="00B0351E" w:rsidP="00C413AF">
            <w:r>
              <w:rPr>
                <w:b/>
                <w:color w:val="FFFFFF"/>
              </w:rPr>
              <w:t>Example</w:t>
            </w:r>
          </w:p>
        </w:tc>
      </w:tr>
      <w:tr w:rsidR="00792F08" w14:paraId="3F968BE9" w14:textId="77777777" w:rsidTr="00C2373A">
        <w:trPr>
          <w:trHeight w:val="647"/>
        </w:trPr>
        <w:tc>
          <w:tcPr>
            <w:tcW w:w="964" w:type="dxa"/>
            <w:vAlign w:val="center"/>
          </w:tcPr>
          <w:p w14:paraId="70A2995A" w14:textId="77777777" w:rsidR="00792F08" w:rsidRPr="00400317" w:rsidRDefault="00B0351E" w:rsidP="00C413AF">
            <w:pPr>
              <w:rPr>
                <w:b/>
                <w:bCs/>
              </w:rPr>
            </w:pPr>
            <w:r w:rsidRPr="00400317">
              <w:rPr>
                <w:b/>
                <w:bCs/>
              </w:rPr>
              <w:t>1</w:t>
            </w:r>
          </w:p>
        </w:tc>
        <w:tc>
          <w:tcPr>
            <w:tcW w:w="1700" w:type="dxa"/>
            <w:vAlign w:val="center"/>
          </w:tcPr>
          <w:p w14:paraId="28E1F6C6" w14:textId="77777777" w:rsidR="00792F08" w:rsidRPr="00400317" w:rsidRDefault="00B0351E" w:rsidP="00C413AF">
            <w:pPr>
              <w:rPr>
                <w:b/>
                <w:bCs/>
              </w:rPr>
            </w:pPr>
            <w:r w:rsidRPr="00400317">
              <w:rPr>
                <w:b/>
                <w:bCs/>
              </w:rPr>
              <w:t>Rare</w:t>
            </w:r>
          </w:p>
        </w:tc>
        <w:tc>
          <w:tcPr>
            <w:tcW w:w="7531" w:type="dxa"/>
            <w:vAlign w:val="center"/>
          </w:tcPr>
          <w:p w14:paraId="7FC4E51D" w14:textId="77777777" w:rsidR="00792F08" w:rsidRDefault="00B0351E" w:rsidP="00C413AF">
            <w:r>
              <w:t>Incident unlikely ever to happen. Probability of incident close to zero.</w:t>
            </w:r>
          </w:p>
        </w:tc>
      </w:tr>
      <w:tr w:rsidR="00792F08" w14:paraId="29FE32B3" w14:textId="77777777" w:rsidTr="00C2373A">
        <w:trPr>
          <w:trHeight w:val="840"/>
        </w:trPr>
        <w:tc>
          <w:tcPr>
            <w:tcW w:w="964" w:type="dxa"/>
            <w:vAlign w:val="center"/>
          </w:tcPr>
          <w:p w14:paraId="0D824596" w14:textId="77777777" w:rsidR="00792F08" w:rsidRPr="00400317" w:rsidRDefault="00B0351E" w:rsidP="00C413AF">
            <w:pPr>
              <w:rPr>
                <w:b/>
                <w:bCs/>
              </w:rPr>
            </w:pPr>
            <w:r w:rsidRPr="00400317">
              <w:rPr>
                <w:b/>
                <w:bCs/>
              </w:rPr>
              <w:t>2</w:t>
            </w:r>
          </w:p>
        </w:tc>
        <w:tc>
          <w:tcPr>
            <w:tcW w:w="1700" w:type="dxa"/>
            <w:vAlign w:val="center"/>
          </w:tcPr>
          <w:p w14:paraId="59B43A19" w14:textId="77777777" w:rsidR="00792F08" w:rsidRPr="00400317" w:rsidRDefault="00B0351E" w:rsidP="00C413AF">
            <w:pPr>
              <w:rPr>
                <w:b/>
                <w:bCs/>
              </w:rPr>
            </w:pPr>
            <w:r w:rsidRPr="00400317">
              <w:rPr>
                <w:b/>
                <w:bCs/>
              </w:rPr>
              <w:t>Unlikely</w:t>
            </w:r>
          </w:p>
        </w:tc>
        <w:tc>
          <w:tcPr>
            <w:tcW w:w="7531" w:type="dxa"/>
            <w:vAlign w:val="center"/>
          </w:tcPr>
          <w:p w14:paraId="7225AA2B" w14:textId="77777777" w:rsidR="00792F08" w:rsidRDefault="00B0351E" w:rsidP="00C413AF">
            <w:r>
              <w:t>Incident foreseeable but probability very low. Incident might be seen once during working life (40-year period).</w:t>
            </w:r>
          </w:p>
        </w:tc>
      </w:tr>
      <w:tr w:rsidR="00792F08" w14:paraId="7829E46C" w14:textId="77777777" w:rsidTr="00C2373A">
        <w:trPr>
          <w:trHeight w:val="839"/>
        </w:trPr>
        <w:tc>
          <w:tcPr>
            <w:tcW w:w="964" w:type="dxa"/>
            <w:vAlign w:val="center"/>
          </w:tcPr>
          <w:p w14:paraId="17EBD944" w14:textId="77777777" w:rsidR="00792F08" w:rsidRPr="00400317" w:rsidRDefault="00B0351E" w:rsidP="00C413AF">
            <w:pPr>
              <w:rPr>
                <w:b/>
                <w:bCs/>
              </w:rPr>
            </w:pPr>
            <w:r w:rsidRPr="00400317">
              <w:rPr>
                <w:b/>
                <w:bCs/>
              </w:rPr>
              <w:t>3</w:t>
            </w:r>
          </w:p>
        </w:tc>
        <w:tc>
          <w:tcPr>
            <w:tcW w:w="1700" w:type="dxa"/>
            <w:vAlign w:val="center"/>
          </w:tcPr>
          <w:p w14:paraId="4DFAD02E" w14:textId="77777777" w:rsidR="00792F08" w:rsidRPr="00400317" w:rsidRDefault="00B0351E" w:rsidP="00C413AF">
            <w:pPr>
              <w:rPr>
                <w:b/>
                <w:bCs/>
              </w:rPr>
            </w:pPr>
            <w:r w:rsidRPr="00400317">
              <w:rPr>
                <w:b/>
                <w:bCs/>
              </w:rPr>
              <w:t>Possible</w:t>
            </w:r>
          </w:p>
        </w:tc>
        <w:tc>
          <w:tcPr>
            <w:tcW w:w="7531" w:type="dxa"/>
            <w:vAlign w:val="center"/>
          </w:tcPr>
          <w:p w14:paraId="2A1163AE" w14:textId="77777777" w:rsidR="00792F08" w:rsidRDefault="00B0351E" w:rsidP="00C413AF">
            <w:r>
              <w:t>Incident may have occurred in the past. Expect to see several incidents during working life (40-year period).</w:t>
            </w:r>
          </w:p>
        </w:tc>
      </w:tr>
      <w:tr w:rsidR="00792F08" w14:paraId="64D636EA" w14:textId="77777777" w:rsidTr="00C2373A">
        <w:trPr>
          <w:trHeight w:val="708"/>
        </w:trPr>
        <w:tc>
          <w:tcPr>
            <w:tcW w:w="964" w:type="dxa"/>
            <w:vAlign w:val="center"/>
          </w:tcPr>
          <w:p w14:paraId="7A2CF7BF" w14:textId="77777777" w:rsidR="00792F08" w:rsidRPr="00400317" w:rsidRDefault="00B0351E" w:rsidP="00C413AF">
            <w:pPr>
              <w:rPr>
                <w:b/>
                <w:bCs/>
              </w:rPr>
            </w:pPr>
            <w:r w:rsidRPr="00400317">
              <w:rPr>
                <w:b/>
                <w:bCs/>
              </w:rPr>
              <w:t>4</w:t>
            </w:r>
          </w:p>
        </w:tc>
        <w:tc>
          <w:tcPr>
            <w:tcW w:w="1700" w:type="dxa"/>
            <w:vAlign w:val="center"/>
          </w:tcPr>
          <w:p w14:paraId="2A29459C" w14:textId="77777777" w:rsidR="00792F08" w:rsidRPr="00400317" w:rsidRDefault="00B0351E" w:rsidP="00C413AF">
            <w:pPr>
              <w:rPr>
                <w:b/>
                <w:bCs/>
              </w:rPr>
            </w:pPr>
            <w:r w:rsidRPr="00400317">
              <w:rPr>
                <w:b/>
                <w:bCs/>
              </w:rPr>
              <w:t>Likely</w:t>
            </w:r>
          </w:p>
        </w:tc>
        <w:tc>
          <w:tcPr>
            <w:tcW w:w="7531" w:type="dxa"/>
            <w:vAlign w:val="center"/>
          </w:tcPr>
          <w:p w14:paraId="0C6048D1" w14:textId="3481E21C" w:rsidR="00792F08" w:rsidRDefault="00B0351E" w:rsidP="00C413AF">
            <w:r w:rsidRPr="0086086B">
              <w:t>Incident has occurred in the past. Expect at least one incident per year.</w:t>
            </w:r>
            <w:r w:rsidR="0086086B" w:rsidRPr="0086086B">
              <w:t xml:space="preserve"> Local police/heritage professionals would not be surprised by incident</w:t>
            </w:r>
          </w:p>
        </w:tc>
      </w:tr>
      <w:tr w:rsidR="00792F08" w14:paraId="719EA8A6" w14:textId="77777777" w:rsidTr="00C2373A">
        <w:trPr>
          <w:trHeight w:val="535"/>
        </w:trPr>
        <w:tc>
          <w:tcPr>
            <w:tcW w:w="964" w:type="dxa"/>
            <w:vAlign w:val="center"/>
          </w:tcPr>
          <w:p w14:paraId="0905A9AB" w14:textId="77777777" w:rsidR="00792F08" w:rsidRPr="00400317" w:rsidRDefault="00B0351E" w:rsidP="00C413AF">
            <w:pPr>
              <w:rPr>
                <w:b/>
                <w:bCs/>
              </w:rPr>
            </w:pPr>
            <w:r w:rsidRPr="00400317">
              <w:rPr>
                <w:b/>
                <w:bCs/>
              </w:rPr>
              <w:t>5</w:t>
            </w:r>
          </w:p>
        </w:tc>
        <w:tc>
          <w:tcPr>
            <w:tcW w:w="1700" w:type="dxa"/>
            <w:vAlign w:val="center"/>
          </w:tcPr>
          <w:p w14:paraId="394AC5DC" w14:textId="77777777" w:rsidR="00792F08" w:rsidRPr="00400317" w:rsidRDefault="00B0351E" w:rsidP="00C413AF">
            <w:pPr>
              <w:rPr>
                <w:b/>
                <w:bCs/>
              </w:rPr>
            </w:pPr>
            <w:r w:rsidRPr="00400317">
              <w:rPr>
                <w:b/>
                <w:bCs/>
              </w:rPr>
              <w:t>Almost certain</w:t>
            </w:r>
          </w:p>
        </w:tc>
        <w:tc>
          <w:tcPr>
            <w:tcW w:w="7531" w:type="dxa"/>
            <w:vAlign w:val="center"/>
          </w:tcPr>
          <w:p w14:paraId="0495605E" w14:textId="77777777" w:rsidR="00792F08" w:rsidRDefault="00B0351E" w:rsidP="00C413AF">
            <w:r>
              <w:t>Incidents occur frequently. Expect significant number of incidents each year.</w:t>
            </w:r>
          </w:p>
        </w:tc>
      </w:tr>
    </w:tbl>
    <w:p w14:paraId="7A6A62A6" w14:textId="75F0F775" w:rsidR="00400317" w:rsidRDefault="008A2AED" w:rsidP="008A2AED">
      <w:pPr>
        <w:pStyle w:val="Heading1"/>
      </w:pPr>
      <w:r>
        <w:lastRenderedPageBreak/>
        <w:br/>
      </w:r>
      <w:r w:rsidR="00400317" w:rsidRPr="0086086B">
        <w:t xml:space="preserve">Analysis </w:t>
      </w:r>
      <w:r>
        <w:t>–</w:t>
      </w:r>
      <w:r w:rsidR="00400317" w:rsidRPr="0086086B">
        <w:t xml:space="preserve"> Prioritisation risk matrix</w:t>
      </w:r>
    </w:p>
    <w:tbl>
      <w:tblPr>
        <w:tblpPr w:leftFromText="180" w:rightFromText="180" w:vertAnchor="text" w:horzAnchor="margin" w:tblpY="671"/>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Caption w:val="Prioritisation risk matrix"/>
        <w:tblDescription w:val="Risk scores calculated from likelihood rows and impact columns. Higher scores require more urgent action."/>
      </w:tblPr>
      <w:tblGrid>
        <w:gridCol w:w="1843"/>
        <w:gridCol w:w="1701"/>
        <w:gridCol w:w="1490"/>
        <w:gridCol w:w="1677"/>
        <w:gridCol w:w="1677"/>
        <w:gridCol w:w="1677"/>
      </w:tblGrid>
      <w:tr w:rsidR="00400317" w:rsidRPr="000F5FEF" w14:paraId="65F069A6" w14:textId="77777777" w:rsidTr="009048C7">
        <w:trPr>
          <w:trHeight w:val="163"/>
          <w:tblHeader/>
        </w:trPr>
        <w:tc>
          <w:tcPr>
            <w:tcW w:w="1843" w:type="dxa"/>
            <w:tcBorders>
              <w:top w:val="nil"/>
              <w:left w:val="nil"/>
              <w:bottom w:val="nil"/>
              <w:right w:val="nil"/>
            </w:tcBorders>
            <w:shd w:val="clear" w:color="auto" w:fill="FFFFFF" w:themeFill="background1"/>
          </w:tcPr>
          <w:p w14:paraId="5C2249AF" w14:textId="77777777" w:rsidR="00400317" w:rsidRPr="0040207F" w:rsidRDefault="00400317" w:rsidP="009048C7">
            <w:pPr>
              <w:spacing w:after="0" w:line="240" w:lineRule="auto"/>
              <w:rPr>
                <w:b/>
                <w:bCs/>
              </w:rPr>
            </w:pPr>
          </w:p>
        </w:tc>
        <w:tc>
          <w:tcPr>
            <w:tcW w:w="8222" w:type="dxa"/>
            <w:gridSpan w:val="5"/>
            <w:tcBorders>
              <w:left w:val="nil"/>
            </w:tcBorders>
            <w:shd w:val="clear" w:color="auto" w:fill="000000" w:themeFill="text1"/>
            <w:tcMar>
              <w:top w:w="113" w:type="dxa"/>
              <w:left w:w="113" w:type="dxa"/>
              <w:bottom w:w="113" w:type="dxa"/>
              <w:right w:w="113" w:type="dxa"/>
            </w:tcMar>
          </w:tcPr>
          <w:p w14:paraId="2A71AC6C" w14:textId="77777777" w:rsidR="00400317" w:rsidRPr="0040207F" w:rsidRDefault="00400317" w:rsidP="009048C7">
            <w:pPr>
              <w:spacing w:after="0" w:line="240" w:lineRule="auto"/>
              <w:rPr>
                <w:b/>
                <w:bCs/>
              </w:rPr>
            </w:pPr>
            <w:r w:rsidRPr="0040207F">
              <w:rPr>
                <w:b/>
                <w:bCs/>
              </w:rPr>
              <w:t>Impact (I)</w:t>
            </w:r>
          </w:p>
        </w:tc>
      </w:tr>
      <w:tr w:rsidR="00400317" w:rsidRPr="000F5FEF" w14:paraId="33D2BB1C" w14:textId="77777777" w:rsidTr="009048C7">
        <w:trPr>
          <w:trHeight w:val="20"/>
          <w:tblHeader/>
        </w:trPr>
        <w:tc>
          <w:tcPr>
            <w:tcW w:w="1843" w:type="dxa"/>
            <w:tcBorders>
              <w:top w:val="nil"/>
            </w:tcBorders>
            <w:shd w:val="clear" w:color="auto" w:fill="000000" w:themeFill="text1"/>
            <w:tcMar>
              <w:top w:w="113" w:type="dxa"/>
              <w:left w:w="113" w:type="dxa"/>
              <w:bottom w:w="113" w:type="dxa"/>
              <w:right w:w="113" w:type="dxa"/>
            </w:tcMar>
          </w:tcPr>
          <w:p w14:paraId="5311EAE8" w14:textId="77777777" w:rsidR="00400317" w:rsidRPr="000F5FEF" w:rsidRDefault="00400317" w:rsidP="009048C7">
            <w:pPr>
              <w:spacing w:after="0" w:line="240" w:lineRule="auto"/>
              <w:rPr>
                <w:b/>
                <w:bCs/>
              </w:rPr>
            </w:pPr>
            <w:r w:rsidRPr="000F5FEF">
              <w:rPr>
                <w:b/>
                <w:bCs/>
              </w:rPr>
              <w:t>Likelihood (L)</w:t>
            </w:r>
          </w:p>
        </w:tc>
        <w:tc>
          <w:tcPr>
            <w:tcW w:w="1701" w:type="dxa"/>
            <w:shd w:val="clear" w:color="auto" w:fill="FFFFFF" w:themeFill="background1"/>
            <w:tcMar>
              <w:top w:w="113" w:type="dxa"/>
              <w:left w:w="113" w:type="dxa"/>
              <w:bottom w:w="113" w:type="dxa"/>
              <w:right w:w="113" w:type="dxa"/>
            </w:tcMar>
          </w:tcPr>
          <w:p w14:paraId="716DABCE" w14:textId="77777777" w:rsidR="00400317" w:rsidRPr="000F5FEF" w:rsidRDefault="00400317" w:rsidP="009048C7">
            <w:pPr>
              <w:spacing w:after="0" w:line="240" w:lineRule="auto"/>
              <w:jc w:val="center"/>
              <w:rPr>
                <w:b/>
                <w:bCs/>
              </w:rPr>
            </w:pPr>
            <w:r w:rsidRPr="000F5FEF">
              <w:rPr>
                <w:b/>
                <w:bCs/>
              </w:rPr>
              <w:t>1 Insignificant</w:t>
            </w:r>
          </w:p>
        </w:tc>
        <w:tc>
          <w:tcPr>
            <w:tcW w:w="1490" w:type="dxa"/>
            <w:shd w:val="clear" w:color="auto" w:fill="FFFFFF" w:themeFill="background1"/>
            <w:tcMar>
              <w:top w:w="113" w:type="dxa"/>
              <w:left w:w="113" w:type="dxa"/>
              <w:bottom w:w="113" w:type="dxa"/>
              <w:right w:w="113" w:type="dxa"/>
            </w:tcMar>
          </w:tcPr>
          <w:p w14:paraId="176502C3" w14:textId="77777777" w:rsidR="00400317" w:rsidRPr="000F5FEF" w:rsidRDefault="00400317" w:rsidP="009048C7">
            <w:pPr>
              <w:spacing w:after="0" w:line="240" w:lineRule="auto"/>
              <w:jc w:val="center"/>
              <w:rPr>
                <w:b/>
                <w:bCs/>
              </w:rPr>
            </w:pPr>
            <w:r w:rsidRPr="000F5FEF">
              <w:rPr>
                <w:b/>
                <w:bCs/>
              </w:rPr>
              <w:t>2 Minor</w:t>
            </w:r>
          </w:p>
        </w:tc>
        <w:tc>
          <w:tcPr>
            <w:tcW w:w="1677" w:type="dxa"/>
            <w:shd w:val="clear" w:color="auto" w:fill="FFFFFF" w:themeFill="background1"/>
            <w:tcMar>
              <w:top w:w="113" w:type="dxa"/>
              <w:left w:w="113" w:type="dxa"/>
              <w:bottom w:w="113" w:type="dxa"/>
              <w:right w:w="113" w:type="dxa"/>
            </w:tcMar>
          </w:tcPr>
          <w:p w14:paraId="1927AF29" w14:textId="77777777" w:rsidR="00400317" w:rsidRPr="000F5FEF" w:rsidRDefault="00400317" w:rsidP="009048C7">
            <w:pPr>
              <w:spacing w:after="0" w:line="240" w:lineRule="auto"/>
              <w:jc w:val="center"/>
              <w:rPr>
                <w:b/>
                <w:bCs/>
              </w:rPr>
            </w:pPr>
            <w:r w:rsidRPr="000F5FEF">
              <w:rPr>
                <w:b/>
                <w:bCs/>
              </w:rPr>
              <w:t>3 Substantial</w:t>
            </w:r>
          </w:p>
        </w:tc>
        <w:tc>
          <w:tcPr>
            <w:tcW w:w="1677" w:type="dxa"/>
            <w:shd w:val="clear" w:color="auto" w:fill="FFFFFF" w:themeFill="background1"/>
            <w:tcMar>
              <w:top w:w="113" w:type="dxa"/>
              <w:left w:w="113" w:type="dxa"/>
              <w:bottom w:w="113" w:type="dxa"/>
              <w:right w:w="113" w:type="dxa"/>
            </w:tcMar>
          </w:tcPr>
          <w:p w14:paraId="227773D7" w14:textId="77777777" w:rsidR="00400317" w:rsidRPr="000F5FEF" w:rsidRDefault="00400317" w:rsidP="009048C7">
            <w:pPr>
              <w:spacing w:after="0" w:line="240" w:lineRule="auto"/>
              <w:jc w:val="center"/>
              <w:rPr>
                <w:b/>
                <w:bCs/>
              </w:rPr>
            </w:pPr>
            <w:r w:rsidRPr="000F5FEF">
              <w:rPr>
                <w:b/>
                <w:bCs/>
              </w:rPr>
              <w:t>4 Serious</w:t>
            </w:r>
          </w:p>
        </w:tc>
        <w:tc>
          <w:tcPr>
            <w:tcW w:w="1677" w:type="dxa"/>
            <w:shd w:val="clear" w:color="auto" w:fill="FFFFFF" w:themeFill="background1"/>
            <w:tcMar>
              <w:top w:w="113" w:type="dxa"/>
              <w:left w:w="113" w:type="dxa"/>
              <w:bottom w:w="113" w:type="dxa"/>
              <w:right w:w="113" w:type="dxa"/>
            </w:tcMar>
          </w:tcPr>
          <w:p w14:paraId="5BA3BE92" w14:textId="77777777" w:rsidR="00400317" w:rsidRPr="000F5FEF" w:rsidRDefault="00400317" w:rsidP="009048C7">
            <w:pPr>
              <w:spacing w:after="0" w:line="240" w:lineRule="auto"/>
              <w:jc w:val="center"/>
              <w:rPr>
                <w:b/>
                <w:bCs/>
              </w:rPr>
            </w:pPr>
            <w:r w:rsidRPr="000F5FEF">
              <w:rPr>
                <w:b/>
                <w:bCs/>
              </w:rPr>
              <w:t>5 Catastrophic</w:t>
            </w:r>
          </w:p>
        </w:tc>
      </w:tr>
      <w:tr w:rsidR="00400317" w:rsidRPr="000F5FEF" w14:paraId="09886BCA" w14:textId="77777777" w:rsidTr="009048C7">
        <w:trPr>
          <w:trHeight w:val="20"/>
        </w:trPr>
        <w:tc>
          <w:tcPr>
            <w:tcW w:w="1843" w:type="dxa"/>
            <w:shd w:val="clear" w:color="auto" w:fill="FFFFFF" w:themeFill="background1"/>
            <w:tcMar>
              <w:top w:w="113" w:type="dxa"/>
              <w:left w:w="113" w:type="dxa"/>
              <w:bottom w:w="113" w:type="dxa"/>
              <w:right w:w="113" w:type="dxa"/>
            </w:tcMar>
          </w:tcPr>
          <w:p w14:paraId="3660F35E" w14:textId="77777777" w:rsidR="00400317" w:rsidRPr="000F5FEF" w:rsidRDefault="00400317" w:rsidP="009048C7">
            <w:pPr>
              <w:spacing w:after="0" w:line="240" w:lineRule="auto"/>
              <w:rPr>
                <w:b/>
                <w:bCs/>
              </w:rPr>
            </w:pPr>
            <w:r w:rsidRPr="000F5FEF">
              <w:rPr>
                <w:b/>
                <w:bCs/>
              </w:rPr>
              <w:t>1 Rare</w:t>
            </w:r>
          </w:p>
        </w:tc>
        <w:tc>
          <w:tcPr>
            <w:tcW w:w="1701" w:type="dxa"/>
            <w:shd w:val="clear" w:color="auto" w:fill="C6D9F1" w:themeFill="text2" w:themeFillTint="33"/>
            <w:tcMar>
              <w:top w:w="57" w:type="dxa"/>
              <w:left w:w="57" w:type="dxa"/>
              <w:bottom w:w="57" w:type="dxa"/>
              <w:right w:w="57" w:type="dxa"/>
            </w:tcMar>
          </w:tcPr>
          <w:p w14:paraId="406540F4" w14:textId="77777777" w:rsidR="00400317" w:rsidRPr="000F5FEF" w:rsidRDefault="00400317" w:rsidP="009048C7">
            <w:pPr>
              <w:spacing w:after="0" w:line="240" w:lineRule="auto"/>
              <w:jc w:val="center"/>
            </w:pPr>
            <w:r>
              <w:t>1</w:t>
            </w:r>
          </w:p>
        </w:tc>
        <w:tc>
          <w:tcPr>
            <w:tcW w:w="1490" w:type="dxa"/>
            <w:shd w:val="clear" w:color="auto" w:fill="C6D9F1" w:themeFill="text2" w:themeFillTint="33"/>
            <w:tcMar>
              <w:top w:w="57" w:type="dxa"/>
              <w:left w:w="57" w:type="dxa"/>
              <w:bottom w:w="57" w:type="dxa"/>
              <w:right w:w="57" w:type="dxa"/>
            </w:tcMar>
          </w:tcPr>
          <w:p w14:paraId="0779A863" w14:textId="77777777" w:rsidR="00400317" w:rsidRPr="000F5FEF" w:rsidRDefault="00400317" w:rsidP="009048C7">
            <w:pPr>
              <w:spacing w:after="0" w:line="240" w:lineRule="auto"/>
              <w:jc w:val="center"/>
            </w:pPr>
            <w:r>
              <w:t>2</w:t>
            </w:r>
          </w:p>
        </w:tc>
        <w:tc>
          <w:tcPr>
            <w:tcW w:w="1677" w:type="dxa"/>
            <w:shd w:val="clear" w:color="auto" w:fill="C6D9F1" w:themeFill="text2" w:themeFillTint="33"/>
            <w:tcMar>
              <w:top w:w="57" w:type="dxa"/>
              <w:left w:w="57" w:type="dxa"/>
              <w:bottom w:w="57" w:type="dxa"/>
              <w:right w:w="57" w:type="dxa"/>
            </w:tcMar>
          </w:tcPr>
          <w:p w14:paraId="613D85FA" w14:textId="77777777" w:rsidR="00400317" w:rsidRPr="000F5FEF" w:rsidRDefault="00400317" w:rsidP="009048C7">
            <w:pPr>
              <w:spacing w:after="0" w:line="240" w:lineRule="auto"/>
              <w:jc w:val="center"/>
            </w:pPr>
            <w:r>
              <w:t>3</w:t>
            </w:r>
          </w:p>
        </w:tc>
        <w:tc>
          <w:tcPr>
            <w:tcW w:w="1677" w:type="dxa"/>
            <w:shd w:val="clear" w:color="auto" w:fill="C6D9F1" w:themeFill="text2" w:themeFillTint="33"/>
            <w:tcMar>
              <w:top w:w="57" w:type="dxa"/>
              <w:left w:w="57" w:type="dxa"/>
              <w:bottom w:w="57" w:type="dxa"/>
              <w:right w:w="57" w:type="dxa"/>
            </w:tcMar>
          </w:tcPr>
          <w:p w14:paraId="1049A183" w14:textId="77777777" w:rsidR="00400317" w:rsidRPr="000F5FEF" w:rsidRDefault="00400317" w:rsidP="009048C7">
            <w:pPr>
              <w:spacing w:after="0" w:line="240" w:lineRule="auto"/>
              <w:jc w:val="center"/>
            </w:pPr>
            <w:r>
              <w:t>4</w:t>
            </w:r>
          </w:p>
        </w:tc>
        <w:tc>
          <w:tcPr>
            <w:tcW w:w="1677" w:type="dxa"/>
            <w:shd w:val="clear" w:color="auto" w:fill="8DB3E2" w:themeFill="text2" w:themeFillTint="66"/>
            <w:tcMar>
              <w:top w:w="57" w:type="dxa"/>
              <w:left w:w="57" w:type="dxa"/>
              <w:bottom w:w="57" w:type="dxa"/>
              <w:right w:w="57" w:type="dxa"/>
            </w:tcMar>
          </w:tcPr>
          <w:p w14:paraId="73C5E252" w14:textId="77777777" w:rsidR="00400317" w:rsidRPr="000F5FEF" w:rsidRDefault="00400317" w:rsidP="009048C7">
            <w:pPr>
              <w:spacing w:after="0" w:line="240" w:lineRule="auto"/>
              <w:jc w:val="center"/>
            </w:pPr>
            <w:r>
              <w:t>5</w:t>
            </w:r>
          </w:p>
        </w:tc>
      </w:tr>
      <w:tr w:rsidR="00400317" w:rsidRPr="000F5FEF" w14:paraId="5F6EC366" w14:textId="77777777" w:rsidTr="009048C7">
        <w:trPr>
          <w:trHeight w:val="20"/>
        </w:trPr>
        <w:tc>
          <w:tcPr>
            <w:tcW w:w="1843" w:type="dxa"/>
            <w:shd w:val="clear" w:color="auto" w:fill="FFFFFF" w:themeFill="background1"/>
            <w:tcMar>
              <w:top w:w="113" w:type="dxa"/>
              <w:left w:w="113" w:type="dxa"/>
              <w:bottom w:w="113" w:type="dxa"/>
              <w:right w:w="113" w:type="dxa"/>
            </w:tcMar>
          </w:tcPr>
          <w:p w14:paraId="519BCB92" w14:textId="77777777" w:rsidR="00400317" w:rsidRPr="000F5FEF" w:rsidRDefault="00400317" w:rsidP="009048C7">
            <w:pPr>
              <w:spacing w:after="0" w:line="240" w:lineRule="auto"/>
              <w:rPr>
                <w:b/>
                <w:bCs/>
              </w:rPr>
            </w:pPr>
            <w:r w:rsidRPr="000F5FEF">
              <w:rPr>
                <w:b/>
                <w:bCs/>
              </w:rPr>
              <w:t>2 Unlikely</w:t>
            </w:r>
          </w:p>
        </w:tc>
        <w:tc>
          <w:tcPr>
            <w:tcW w:w="1701" w:type="dxa"/>
            <w:shd w:val="clear" w:color="auto" w:fill="C6D9F1" w:themeFill="text2" w:themeFillTint="33"/>
            <w:tcMar>
              <w:top w:w="57" w:type="dxa"/>
              <w:left w:w="57" w:type="dxa"/>
              <w:bottom w:w="57" w:type="dxa"/>
              <w:right w:w="57" w:type="dxa"/>
            </w:tcMar>
          </w:tcPr>
          <w:p w14:paraId="60DD79CD" w14:textId="77777777" w:rsidR="00400317" w:rsidRPr="000F5FEF" w:rsidRDefault="00400317" w:rsidP="009048C7">
            <w:pPr>
              <w:spacing w:after="0" w:line="240" w:lineRule="auto"/>
              <w:jc w:val="center"/>
            </w:pPr>
            <w:r>
              <w:t>2</w:t>
            </w:r>
          </w:p>
        </w:tc>
        <w:tc>
          <w:tcPr>
            <w:tcW w:w="1490" w:type="dxa"/>
            <w:shd w:val="clear" w:color="auto" w:fill="C6D9F1" w:themeFill="text2" w:themeFillTint="33"/>
            <w:tcMar>
              <w:top w:w="57" w:type="dxa"/>
              <w:left w:w="57" w:type="dxa"/>
              <w:bottom w:w="57" w:type="dxa"/>
              <w:right w:w="57" w:type="dxa"/>
            </w:tcMar>
          </w:tcPr>
          <w:p w14:paraId="2B969E8B" w14:textId="77777777" w:rsidR="00400317" w:rsidRPr="000F5FEF" w:rsidRDefault="00400317" w:rsidP="009048C7">
            <w:pPr>
              <w:spacing w:after="0" w:line="240" w:lineRule="auto"/>
              <w:jc w:val="center"/>
            </w:pPr>
            <w:r>
              <w:t>4</w:t>
            </w:r>
          </w:p>
        </w:tc>
        <w:tc>
          <w:tcPr>
            <w:tcW w:w="1677" w:type="dxa"/>
            <w:shd w:val="clear" w:color="auto" w:fill="8DB3E2" w:themeFill="text2" w:themeFillTint="66"/>
            <w:tcMar>
              <w:top w:w="57" w:type="dxa"/>
              <w:left w:w="57" w:type="dxa"/>
              <w:bottom w:w="57" w:type="dxa"/>
              <w:right w:w="57" w:type="dxa"/>
            </w:tcMar>
          </w:tcPr>
          <w:p w14:paraId="4C4CF1A5" w14:textId="77777777" w:rsidR="00400317" w:rsidRPr="000F5FEF" w:rsidRDefault="00400317" w:rsidP="009048C7">
            <w:pPr>
              <w:spacing w:after="0" w:line="240" w:lineRule="auto"/>
              <w:jc w:val="center"/>
            </w:pPr>
            <w:r>
              <w:t>6</w:t>
            </w:r>
          </w:p>
        </w:tc>
        <w:tc>
          <w:tcPr>
            <w:tcW w:w="1677" w:type="dxa"/>
            <w:shd w:val="clear" w:color="auto" w:fill="8DB3E2" w:themeFill="text2" w:themeFillTint="66"/>
            <w:tcMar>
              <w:top w:w="57" w:type="dxa"/>
              <w:left w:w="57" w:type="dxa"/>
              <w:bottom w:w="57" w:type="dxa"/>
              <w:right w:w="57" w:type="dxa"/>
            </w:tcMar>
          </w:tcPr>
          <w:p w14:paraId="3EDF14CB" w14:textId="77777777" w:rsidR="00400317" w:rsidRPr="000F5FEF" w:rsidRDefault="00400317" w:rsidP="009048C7">
            <w:pPr>
              <w:spacing w:after="0" w:line="240" w:lineRule="auto"/>
              <w:jc w:val="center"/>
            </w:pPr>
            <w:r>
              <w:t>8</w:t>
            </w:r>
          </w:p>
        </w:tc>
        <w:tc>
          <w:tcPr>
            <w:tcW w:w="1677" w:type="dxa"/>
            <w:shd w:val="clear" w:color="auto" w:fill="548DD4" w:themeFill="text2" w:themeFillTint="99"/>
            <w:tcMar>
              <w:top w:w="57" w:type="dxa"/>
              <w:left w:w="57" w:type="dxa"/>
              <w:bottom w:w="57" w:type="dxa"/>
              <w:right w:w="57" w:type="dxa"/>
            </w:tcMar>
          </w:tcPr>
          <w:p w14:paraId="0F2D7F06" w14:textId="77777777" w:rsidR="00400317" w:rsidRPr="000F5FEF" w:rsidRDefault="00400317" w:rsidP="009048C7">
            <w:pPr>
              <w:spacing w:after="0" w:line="240" w:lineRule="auto"/>
              <w:jc w:val="center"/>
            </w:pPr>
            <w:r>
              <w:t>10</w:t>
            </w:r>
          </w:p>
        </w:tc>
      </w:tr>
      <w:tr w:rsidR="00400317" w:rsidRPr="000F5FEF" w14:paraId="79C04A43" w14:textId="77777777" w:rsidTr="009048C7">
        <w:trPr>
          <w:trHeight w:val="20"/>
        </w:trPr>
        <w:tc>
          <w:tcPr>
            <w:tcW w:w="1843" w:type="dxa"/>
            <w:shd w:val="clear" w:color="auto" w:fill="FFFFFF" w:themeFill="background1"/>
            <w:tcMar>
              <w:top w:w="113" w:type="dxa"/>
              <w:left w:w="113" w:type="dxa"/>
              <w:bottom w:w="113" w:type="dxa"/>
              <w:right w:w="113" w:type="dxa"/>
            </w:tcMar>
          </w:tcPr>
          <w:p w14:paraId="374AFF11" w14:textId="77777777" w:rsidR="00400317" w:rsidRPr="000F5FEF" w:rsidRDefault="00400317" w:rsidP="009048C7">
            <w:pPr>
              <w:spacing w:after="0" w:line="240" w:lineRule="auto"/>
              <w:rPr>
                <w:b/>
                <w:bCs/>
              </w:rPr>
            </w:pPr>
            <w:r w:rsidRPr="000F5FEF">
              <w:rPr>
                <w:b/>
                <w:bCs/>
              </w:rPr>
              <w:t>3 Possible</w:t>
            </w:r>
          </w:p>
        </w:tc>
        <w:tc>
          <w:tcPr>
            <w:tcW w:w="1701" w:type="dxa"/>
            <w:shd w:val="clear" w:color="auto" w:fill="C6D9F1" w:themeFill="text2" w:themeFillTint="33"/>
            <w:tcMar>
              <w:top w:w="57" w:type="dxa"/>
              <w:left w:w="57" w:type="dxa"/>
              <w:bottom w:w="57" w:type="dxa"/>
              <w:right w:w="57" w:type="dxa"/>
            </w:tcMar>
          </w:tcPr>
          <w:p w14:paraId="5327EEF0" w14:textId="77777777" w:rsidR="00400317" w:rsidRPr="000F5FEF" w:rsidRDefault="00400317" w:rsidP="009048C7">
            <w:pPr>
              <w:spacing w:after="0" w:line="240" w:lineRule="auto"/>
              <w:jc w:val="center"/>
            </w:pPr>
            <w:r>
              <w:t>3</w:t>
            </w:r>
          </w:p>
        </w:tc>
        <w:tc>
          <w:tcPr>
            <w:tcW w:w="1490" w:type="dxa"/>
            <w:shd w:val="clear" w:color="auto" w:fill="8DB3E2" w:themeFill="text2" w:themeFillTint="66"/>
            <w:tcMar>
              <w:top w:w="57" w:type="dxa"/>
              <w:left w:w="57" w:type="dxa"/>
              <w:bottom w:w="57" w:type="dxa"/>
              <w:right w:w="57" w:type="dxa"/>
            </w:tcMar>
          </w:tcPr>
          <w:p w14:paraId="3E065D21" w14:textId="77777777" w:rsidR="00400317" w:rsidRPr="000F5FEF" w:rsidRDefault="00400317" w:rsidP="009048C7">
            <w:pPr>
              <w:spacing w:after="0" w:line="240" w:lineRule="auto"/>
              <w:jc w:val="center"/>
            </w:pPr>
            <w:r>
              <w:t>6</w:t>
            </w:r>
          </w:p>
        </w:tc>
        <w:tc>
          <w:tcPr>
            <w:tcW w:w="1677" w:type="dxa"/>
            <w:shd w:val="clear" w:color="auto" w:fill="8DB3E2" w:themeFill="text2" w:themeFillTint="66"/>
            <w:tcMar>
              <w:top w:w="57" w:type="dxa"/>
              <w:left w:w="57" w:type="dxa"/>
              <w:bottom w:w="57" w:type="dxa"/>
              <w:right w:w="57" w:type="dxa"/>
            </w:tcMar>
          </w:tcPr>
          <w:p w14:paraId="152FA311" w14:textId="77777777" w:rsidR="00400317" w:rsidRPr="000F5FEF" w:rsidRDefault="00400317" w:rsidP="009048C7">
            <w:pPr>
              <w:spacing w:after="0" w:line="240" w:lineRule="auto"/>
              <w:jc w:val="center"/>
            </w:pPr>
            <w:r>
              <w:t>9</w:t>
            </w:r>
          </w:p>
        </w:tc>
        <w:tc>
          <w:tcPr>
            <w:tcW w:w="1677" w:type="dxa"/>
            <w:shd w:val="clear" w:color="auto" w:fill="548DD4" w:themeFill="text2" w:themeFillTint="99"/>
            <w:tcMar>
              <w:top w:w="57" w:type="dxa"/>
              <w:left w:w="57" w:type="dxa"/>
              <w:bottom w:w="57" w:type="dxa"/>
              <w:right w:w="57" w:type="dxa"/>
            </w:tcMar>
          </w:tcPr>
          <w:p w14:paraId="5F8F821D" w14:textId="77777777" w:rsidR="00400317" w:rsidRPr="000F5FEF" w:rsidRDefault="00400317" w:rsidP="009048C7">
            <w:pPr>
              <w:spacing w:after="0" w:line="240" w:lineRule="auto"/>
              <w:jc w:val="center"/>
            </w:pPr>
            <w:r>
              <w:t>12</w:t>
            </w:r>
          </w:p>
        </w:tc>
        <w:tc>
          <w:tcPr>
            <w:tcW w:w="1677" w:type="dxa"/>
            <w:shd w:val="clear" w:color="auto" w:fill="548DD4" w:themeFill="text2" w:themeFillTint="99"/>
            <w:tcMar>
              <w:top w:w="57" w:type="dxa"/>
              <w:left w:w="57" w:type="dxa"/>
              <w:bottom w:w="57" w:type="dxa"/>
              <w:right w:w="57" w:type="dxa"/>
            </w:tcMar>
          </w:tcPr>
          <w:p w14:paraId="1F7F828E" w14:textId="77777777" w:rsidR="00400317" w:rsidRPr="000F5FEF" w:rsidRDefault="00400317" w:rsidP="009048C7">
            <w:pPr>
              <w:spacing w:after="0" w:line="240" w:lineRule="auto"/>
              <w:jc w:val="center"/>
            </w:pPr>
            <w:r>
              <w:t>15</w:t>
            </w:r>
          </w:p>
        </w:tc>
      </w:tr>
      <w:tr w:rsidR="00400317" w:rsidRPr="000F5FEF" w14:paraId="05415C2A" w14:textId="77777777" w:rsidTr="009048C7">
        <w:trPr>
          <w:trHeight w:val="20"/>
        </w:trPr>
        <w:tc>
          <w:tcPr>
            <w:tcW w:w="1843" w:type="dxa"/>
            <w:shd w:val="clear" w:color="auto" w:fill="FFFFFF" w:themeFill="background1"/>
            <w:tcMar>
              <w:top w:w="113" w:type="dxa"/>
              <w:left w:w="113" w:type="dxa"/>
              <w:bottom w:w="113" w:type="dxa"/>
              <w:right w:w="113" w:type="dxa"/>
            </w:tcMar>
          </w:tcPr>
          <w:p w14:paraId="60EDF3E2" w14:textId="77777777" w:rsidR="00400317" w:rsidRPr="000F5FEF" w:rsidRDefault="00400317" w:rsidP="009048C7">
            <w:pPr>
              <w:spacing w:after="0" w:line="240" w:lineRule="auto"/>
              <w:rPr>
                <w:b/>
                <w:bCs/>
              </w:rPr>
            </w:pPr>
            <w:r w:rsidRPr="000F5FEF">
              <w:rPr>
                <w:b/>
                <w:bCs/>
              </w:rPr>
              <w:t>4 Likely</w:t>
            </w:r>
          </w:p>
        </w:tc>
        <w:tc>
          <w:tcPr>
            <w:tcW w:w="1701" w:type="dxa"/>
            <w:shd w:val="clear" w:color="auto" w:fill="C6D9F1" w:themeFill="text2" w:themeFillTint="33"/>
            <w:tcMar>
              <w:top w:w="57" w:type="dxa"/>
              <w:left w:w="57" w:type="dxa"/>
              <w:bottom w:w="57" w:type="dxa"/>
              <w:right w:w="57" w:type="dxa"/>
            </w:tcMar>
          </w:tcPr>
          <w:p w14:paraId="23B21592" w14:textId="77777777" w:rsidR="00400317" w:rsidRPr="000F5FEF" w:rsidRDefault="00400317" w:rsidP="009048C7">
            <w:pPr>
              <w:spacing w:after="0" w:line="240" w:lineRule="auto"/>
              <w:jc w:val="center"/>
            </w:pPr>
            <w:r>
              <w:t>4</w:t>
            </w:r>
          </w:p>
        </w:tc>
        <w:tc>
          <w:tcPr>
            <w:tcW w:w="1490" w:type="dxa"/>
            <w:shd w:val="clear" w:color="auto" w:fill="8DB3E2" w:themeFill="text2" w:themeFillTint="66"/>
            <w:tcMar>
              <w:top w:w="57" w:type="dxa"/>
              <w:left w:w="57" w:type="dxa"/>
              <w:bottom w:w="57" w:type="dxa"/>
              <w:right w:w="57" w:type="dxa"/>
            </w:tcMar>
          </w:tcPr>
          <w:p w14:paraId="01F24E2C" w14:textId="77777777" w:rsidR="00400317" w:rsidRPr="000F5FEF" w:rsidRDefault="00400317" w:rsidP="009048C7">
            <w:pPr>
              <w:spacing w:after="0" w:line="240" w:lineRule="auto"/>
              <w:jc w:val="center"/>
            </w:pPr>
            <w:r>
              <w:t>8</w:t>
            </w:r>
          </w:p>
        </w:tc>
        <w:tc>
          <w:tcPr>
            <w:tcW w:w="1677" w:type="dxa"/>
            <w:shd w:val="clear" w:color="auto" w:fill="548DD4" w:themeFill="text2" w:themeFillTint="99"/>
            <w:tcMar>
              <w:top w:w="57" w:type="dxa"/>
              <w:left w:w="57" w:type="dxa"/>
              <w:bottom w:w="57" w:type="dxa"/>
              <w:right w:w="57" w:type="dxa"/>
            </w:tcMar>
          </w:tcPr>
          <w:p w14:paraId="47AD9014" w14:textId="77777777" w:rsidR="00400317" w:rsidRPr="000F5FEF" w:rsidRDefault="00400317" w:rsidP="009048C7">
            <w:pPr>
              <w:spacing w:after="0" w:line="240" w:lineRule="auto"/>
              <w:jc w:val="center"/>
            </w:pPr>
            <w:r>
              <w:t>12</w:t>
            </w:r>
          </w:p>
        </w:tc>
        <w:tc>
          <w:tcPr>
            <w:tcW w:w="1677" w:type="dxa"/>
            <w:shd w:val="clear" w:color="auto" w:fill="548DD4" w:themeFill="text2" w:themeFillTint="99"/>
            <w:tcMar>
              <w:top w:w="57" w:type="dxa"/>
              <w:left w:w="57" w:type="dxa"/>
              <w:bottom w:w="57" w:type="dxa"/>
              <w:right w:w="57" w:type="dxa"/>
            </w:tcMar>
          </w:tcPr>
          <w:p w14:paraId="687D1B8B" w14:textId="77777777" w:rsidR="00400317" w:rsidRPr="000F5FEF" w:rsidRDefault="00400317" w:rsidP="009048C7">
            <w:pPr>
              <w:spacing w:after="0" w:line="240" w:lineRule="auto"/>
              <w:jc w:val="center"/>
            </w:pPr>
            <w:r>
              <w:t>16</w:t>
            </w:r>
          </w:p>
        </w:tc>
        <w:tc>
          <w:tcPr>
            <w:tcW w:w="1677" w:type="dxa"/>
            <w:shd w:val="clear" w:color="auto" w:fill="17365D" w:themeFill="text2" w:themeFillShade="BF"/>
            <w:tcMar>
              <w:top w:w="57" w:type="dxa"/>
              <w:left w:w="57" w:type="dxa"/>
              <w:bottom w:w="57" w:type="dxa"/>
              <w:right w:w="57" w:type="dxa"/>
            </w:tcMar>
          </w:tcPr>
          <w:p w14:paraId="229690E5" w14:textId="77777777" w:rsidR="00400317" w:rsidRPr="000F5FEF" w:rsidRDefault="00400317" w:rsidP="009048C7">
            <w:pPr>
              <w:spacing w:after="0" w:line="240" w:lineRule="auto"/>
              <w:jc w:val="center"/>
            </w:pPr>
            <w:r>
              <w:t>20</w:t>
            </w:r>
          </w:p>
        </w:tc>
      </w:tr>
      <w:tr w:rsidR="00400317" w:rsidRPr="000F5FEF" w14:paraId="7C0C70D1" w14:textId="77777777" w:rsidTr="009048C7">
        <w:trPr>
          <w:trHeight w:val="20"/>
        </w:trPr>
        <w:tc>
          <w:tcPr>
            <w:tcW w:w="1843" w:type="dxa"/>
            <w:shd w:val="clear" w:color="auto" w:fill="FFFFFF" w:themeFill="background1"/>
            <w:tcMar>
              <w:top w:w="113" w:type="dxa"/>
              <w:left w:w="113" w:type="dxa"/>
              <w:bottom w:w="113" w:type="dxa"/>
              <w:right w:w="113" w:type="dxa"/>
            </w:tcMar>
          </w:tcPr>
          <w:p w14:paraId="377968DC" w14:textId="77777777" w:rsidR="00400317" w:rsidRPr="000F5FEF" w:rsidRDefault="00400317" w:rsidP="009048C7">
            <w:pPr>
              <w:spacing w:after="0" w:line="240" w:lineRule="auto"/>
              <w:rPr>
                <w:b/>
                <w:bCs/>
              </w:rPr>
            </w:pPr>
            <w:r w:rsidRPr="000F5FEF">
              <w:rPr>
                <w:b/>
                <w:bCs/>
              </w:rPr>
              <w:t>5 Almost certain</w:t>
            </w:r>
          </w:p>
        </w:tc>
        <w:tc>
          <w:tcPr>
            <w:tcW w:w="1701" w:type="dxa"/>
            <w:shd w:val="clear" w:color="auto" w:fill="8DB3E2" w:themeFill="text2" w:themeFillTint="66"/>
            <w:tcMar>
              <w:top w:w="57" w:type="dxa"/>
              <w:left w:w="57" w:type="dxa"/>
              <w:bottom w:w="57" w:type="dxa"/>
              <w:right w:w="57" w:type="dxa"/>
            </w:tcMar>
          </w:tcPr>
          <w:p w14:paraId="47B8A334" w14:textId="77777777" w:rsidR="00400317" w:rsidRPr="000F5FEF" w:rsidRDefault="00400317" w:rsidP="009048C7">
            <w:pPr>
              <w:spacing w:after="0" w:line="240" w:lineRule="auto"/>
              <w:jc w:val="center"/>
            </w:pPr>
            <w:r>
              <w:t>5</w:t>
            </w:r>
          </w:p>
        </w:tc>
        <w:tc>
          <w:tcPr>
            <w:tcW w:w="1490" w:type="dxa"/>
            <w:shd w:val="clear" w:color="auto" w:fill="548DD4" w:themeFill="text2" w:themeFillTint="99"/>
            <w:tcMar>
              <w:top w:w="57" w:type="dxa"/>
              <w:left w:w="57" w:type="dxa"/>
              <w:bottom w:w="57" w:type="dxa"/>
              <w:right w:w="57" w:type="dxa"/>
            </w:tcMar>
          </w:tcPr>
          <w:p w14:paraId="1159CF38" w14:textId="77777777" w:rsidR="00400317" w:rsidRPr="000F5FEF" w:rsidRDefault="00400317" w:rsidP="009048C7">
            <w:pPr>
              <w:spacing w:after="0" w:line="240" w:lineRule="auto"/>
              <w:jc w:val="center"/>
            </w:pPr>
            <w:r>
              <w:t>10</w:t>
            </w:r>
          </w:p>
        </w:tc>
        <w:tc>
          <w:tcPr>
            <w:tcW w:w="1677" w:type="dxa"/>
            <w:shd w:val="clear" w:color="auto" w:fill="548DD4" w:themeFill="text2" w:themeFillTint="99"/>
            <w:tcMar>
              <w:top w:w="57" w:type="dxa"/>
              <w:left w:w="57" w:type="dxa"/>
              <w:bottom w:w="57" w:type="dxa"/>
              <w:right w:w="57" w:type="dxa"/>
            </w:tcMar>
          </w:tcPr>
          <w:p w14:paraId="3D6F5C34" w14:textId="77777777" w:rsidR="00400317" w:rsidRPr="000F5FEF" w:rsidRDefault="00400317" w:rsidP="009048C7">
            <w:pPr>
              <w:spacing w:after="0" w:line="240" w:lineRule="auto"/>
              <w:jc w:val="center"/>
            </w:pPr>
            <w:r>
              <w:t>15</w:t>
            </w:r>
          </w:p>
        </w:tc>
        <w:tc>
          <w:tcPr>
            <w:tcW w:w="1677" w:type="dxa"/>
            <w:shd w:val="clear" w:color="auto" w:fill="17365D" w:themeFill="text2" w:themeFillShade="BF"/>
            <w:tcMar>
              <w:top w:w="57" w:type="dxa"/>
              <w:left w:w="57" w:type="dxa"/>
              <w:bottom w:w="57" w:type="dxa"/>
              <w:right w:w="57" w:type="dxa"/>
            </w:tcMar>
          </w:tcPr>
          <w:p w14:paraId="74310DF4" w14:textId="77777777" w:rsidR="00400317" w:rsidRPr="000F5FEF" w:rsidRDefault="00400317" w:rsidP="009048C7">
            <w:pPr>
              <w:spacing w:after="0" w:line="240" w:lineRule="auto"/>
              <w:jc w:val="center"/>
            </w:pPr>
            <w:r>
              <w:t>20</w:t>
            </w:r>
          </w:p>
        </w:tc>
        <w:tc>
          <w:tcPr>
            <w:tcW w:w="1677" w:type="dxa"/>
            <w:shd w:val="clear" w:color="auto" w:fill="17365D" w:themeFill="text2" w:themeFillShade="BF"/>
            <w:tcMar>
              <w:top w:w="57" w:type="dxa"/>
              <w:left w:w="57" w:type="dxa"/>
              <w:bottom w:w="57" w:type="dxa"/>
              <w:right w:w="57" w:type="dxa"/>
            </w:tcMar>
          </w:tcPr>
          <w:p w14:paraId="18F14C65" w14:textId="77777777" w:rsidR="00400317" w:rsidRPr="000F5FEF" w:rsidRDefault="00400317" w:rsidP="009048C7">
            <w:pPr>
              <w:spacing w:after="0" w:line="240" w:lineRule="auto"/>
              <w:jc w:val="center"/>
            </w:pPr>
            <w:r>
              <w:t>25</w:t>
            </w:r>
          </w:p>
        </w:tc>
      </w:tr>
    </w:tbl>
    <w:p w14:paraId="458360B8" w14:textId="77777777" w:rsidR="00400317" w:rsidRPr="00400317" w:rsidRDefault="00400317" w:rsidP="00400317"/>
    <w:p w14:paraId="0C0D695C" w14:textId="77777777" w:rsidR="008A2AED" w:rsidRDefault="008A2AED" w:rsidP="00C413AF"/>
    <w:p w14:paraId="360AEE0B" w14:textId="77777777" w:rsidR="00C2373A" w:rsidRDefault="00C2373A" w:rsidP="008A2AED">
      <w:pPr>
        <w:pStyle w:val="LayoutSpacer2"/>
      </w:pPr>
    </w:p>
    <w:p w14:paraId="65976059" w14:textId="397E1C28" w:rsidR="008A2AED" w:rsidRDefault="008A2AED" w:rsidP="008A2AED">
      <w:pPr>
        <w:pStyle w:val="Heading2"/>
      </w:pPr>
      <w:r>
        <w:t>Key</w:t>
      </w:r>
    </w:p>
    <w:p w14:paraId="19E6948B" w14:textId="0A56A7AE" w:rsidR="008A2AED" w:rsidRDefault="008A2AED" w:rsidP="008A2AED">
      <w:pPr>
        <w:ind w:firstLine="720"/>
      </w:pPr>
      <w:r>
        <w:rPr>
          <w:noProof/>
        </w:rPr>
        <mc:AlternateContent>
          <mc:Choice Requires="wps">
            <w:drawing>
              <wp:anchor distT="0" distB="0" distL="114300" distR="114300" simplePos="0" relativeHeight="251658240" behindDoc="0" locked="0" layoutInCell="1" allowOverlap="1" wp14:anchorId="396B83E5" wp14:editId="6CAFBF2E">
                <wp:simplePos x="0" y="0"/>
                <wp:positionH relativeFrom="column">
                  <wp:posOffset>0</wp:posOffset>
                </wp:positionH>
                <wp:positionV relativeFrom="paragraph">
                  <wp:posOffset>-635</wp:posOffset>
                </wp:positionV>
                <wp:extent cx="253497" cy="253497"/>
                <wp:effectExtent l="0" t="0" r="13335" b="13335"/>
                <wp:wrapNone/>
                <wp:docPr id="1605856392" name="Rectangle 1" descr="Key symbol: no further action is required immediately." title="Risk action key symbol"/>
                <wp:cNvGraphicFramePr/>
                <a:graphic xmlns:a="http://schemas.openxmlformats.org/drawingml/2006/main">
                  <a:graphicData uri="http://schemas.microsoft.com/office/word/2010/wordprocessingShape">
                    <wps:wsp>
                      <wps:cNvSpPr/>
                      <wps:spPr>
                        <a:xfrm>
                          <a:off x="0" y="0"/>
                          <a:ext cx="253497" cy="253497"/>
                        </a:xfrm>
                        <a:prstGeom prst="rect">
                          <a:avLst/>
                        </a:prstGeom>
                        <a:solidFill>
                          <a:schemeClr val="tx2">
                            <a:lumMod val="20000"/>
                            <a:lumOff val="8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xmlns:w16cei="http://schemas.microsoft.com/office/word/2026/wordml/cei">
            <w:pict>
              <v:rect w14:anchorId="60B6A2CB" id="Rectangle 1" o:spid="_x0000_s1026" style="position:absolute;margin-left:0;margin-top:-.05pt;width:19.95pt;height:19.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" fillcolor="#c6d9f1 [671]" strokecolor="black [3213]"/>
            </w:pict>
          </mc:Fallback>
        </mc:AlternateContent>
      </w:r>
      <w:r>
        <w:t>No further action is required immediately</w:t>
      </w:r>
    </w:p>
    <w:p w14:paraId="21486F25" w14:textId="77777777" w:rsidR="008A2AED" w:rsidRDefault="008A2AED" w:rsidP="008A2AED">
      <w:pPr>
        <w:ind w:firstLine="720"/>
      </w:pPr>
    </w:p>
    <w:p w14:paraId="06D37BB0" w14:textId="04E0F652" w:rsidR="008A2AED" w:rsidRDefault="008A2AED" w:rsidP="008A2AED">
      <w:pPr>
        <w:ind w:firstLine="720"/>
      </w:pPr>
      <w:r>
        <w:rPr>
          <w:noProof/>
        </w:rPr>
        <mc:AlternateContent>
          <mc:Choice Requires="wps">
            <w:drawing>
              <wp:anchor distT="0" distB="0" distL="114300" distR="114300" simplePos="0" relativeHeight="251658241" behindDoc="0" locked="0" layoutInCell="1" allowOverlap="1" wp14:anchorId="516961B1" wp14:editId="1B2D221D">
                <wp:simplePos x="0" y="0"/>
                <wp:positionH relativeFrom="column">
                  <wp:posOffset>0</wp:posOffset>
                </wp:positionH>
                <wp:positionV relativeFrom="paragraph">
                  <wp:posOffset>-635</wp:posOffset>
                </wp:positionV>
                <wp:extent cx="253497" cy="253497"/>
                <wp:effectExtent l="0" t="0" r="13335" b="13335"/>
                <wp:wrapNone/>
                <wp:docPr id="2053165352" name="Rectangle 1" descr="Key symbol: action should be identified to reduce the risk." title="Risk action key symbol"/>
                <wp:cNvGraphicFramePr/>
                <a:graphic xmlns:a="http://schemas.openxmlformats.org/drawingml/2006/main">
                  <a:graphicData uri="http://schemas.microsoft.com/office/word/2010/wordprocessingShape">
                    <wps:wsp>
                      <wps:cNvSpPr/>
                      <wps:spPr>
                        <a:xfrm>
                          <a:off x="0" y="0"/>
                          <a:ext cx="253497" cy="253497"/>
                        </a:xfrm>
                        <a:prstGeom prst="rect">
                          <a:avLst/>
                        </a:prstGeom>
                        <a:solidFill>
                          <a:schemeClr val="tx2">
                            <a:lumMod val="40000"/>
                            <a:lumOff val="6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xmlns:w16cei="http://schemas.microsoft.com/office/word/2026/wordml/cei">
            <w:pict>
              <v:rect w14:anchorId="0022B283" id="Rectangle 1" o:spid="_x0000_s1026" style="position:absolute;margin-left:0;margin-top:-.05pt;width:19.95pt;height:19.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" fillcolor="#8db3e2 [1311]" strokecolor="black [3213]"/>
            </w:pict>
          </mc:Fallback>
        </mc:AlternateContent>
      </w:r>
      <w:r>
        <w:t>Action should be identified to reduce the risk</w:t>
      </w:r>
    </w:p>
    <w:p w14:paraId="1507F0D4" w14:textId="04A7EE42" w:rsidR="008A2AED" w:rsidRDefault="008A2AED" w:rsidP="008A2AED"/>
    <w:p w14:paraId="794B07FE" w14:textId="6BE59ECB" w:rsidR="008A2AED" w:rsidRDefault="008A2AED" w:rsidP="008A2AED">
      <w:pPr>
        <w:ind w:firstLine="720"/>
      </w:pPr>
      <w:r>
        <w:rPr>
          <w:noProof/>
        </w:rPr>
        <mc:AlternateContent>
          <mc:Choice Requires="wps">
            <w:drawing>
              <wp:anchor distT="0" distB="0" distL="114300" distR="114300" simplePos="0" relativeHeight="251658243" behindDoc="0" locked="0" layoutInCell="1" allowOverlap="1" wp14:anchorId="6309C116" wp14:editId="636DC6CB">
                <wp:simplePos x="0" y="0"/>
                <wp:positionH relativeFrom="column">
                  <wp:posOffset>0</wp:posOffset>
                </wp:positionH>
                <wp:positionV relativeFrom="paragraph">
                  <wp:posOffset>-635</wp:posOffset>
                </wp:positionV>
                <wp:extent cx="253497" cy="253497"/>
                <wp:effectExtent l="0" t="0" r="13335" b="13335"/>
                <wp:wrapNone/>
                <wp:docPr id="1808319021" name="Rectangle 1" descr="Key symbol: urgent action is required to reduce the risk." title="Risk action key symbol"/>
                <wp:cNvGraphicFramePr/>
                <a:graphic xmlns:a="http://schemas.openxmlformats.org/drawingml/2006/main">
                  <a:graphicData uri="http://schemas.microsoft.com/office/word/2010/wordprocessingShape">
                    <wps:wsp>
                      <wps:cNvSpPr/>
                      <wps:spPr>
                        <a:xfrm>
                          <a:off x="0" y="0"/>
                          <a:ext cx="253497" cy="253497"/>
                        </a:xfrm>
                        <a:prstGeom prst="rect">
                          <a:avLst/>
                        </a:prstGeom>
                        <a:solidFill>
                          <a:schemeClr val="tx2">
                            <a:lumMod val="60000"/>
                            <a:lumOff val="4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xmlns:w16cei="http://schemas.microsoft.com/office/word/2026/wordml/cei">
            <w:pict>
              <v:rect w14:anchorId="3678E1C7" id="Rectangle 1" o:spid="_x0000_s1026" style="position:absolute;margin-left:0;margin-top:-.05pt;width:19.95pt;height:19.9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" fillcolor="#548dd4 [1951]" strokecolor="black [3213]"/>
            </w:pict>
          </mc:Fallback>
        </mc:AlternateContent>
      </w:r>
      <w:r>
        <w:t>Urgent action required to reduce the risk</w:t>
      </w:r>
    </w:p>
    <w:p w14:paraId="017AEABF" w14:textId="77777777" w:rsidR="008A2AED" w:rsidRDefault="008A2AED" w:rsidP="008A2AED">
      <w:pPr>
        <w:ind w:firstLine="720"/>
      </w:pPr>
    </w:p>
    <w:p w14:paraId="1E9D5D98" w14:textId="0028A974" w:rsidR="008A2AED" w:rsidRDefault="008A2AED" w:rsidP="008A2AED">
      <w:pPr>
        <w:ind w:left="720"/>
      </w:pPr>
      <w:r>
        <w:rPr>
          <w:noProof/>
        </w:rPr>
        <mc:AlternateContent>
          <mc:Choice Requires="wps">
            <w:drawing>
              <wp:anchor distT="0" distB="0" distL="114300" distR="114300" simplePos="0" relativeHeight="251658242" behindDoc="0" locked="0" layoutInCell="1" allowOverlap="1" wp14:anchorId="32F985B5" wp14:editId="5F8AD1B7">
                <wp:simplePos x="0" y="0"/>
                <wp:positionH relativeFrom="column">
                  <wp:posOffset>0</wp:posOffset>
                </wp:positionH>
                <wp:positionV relativeFrom="paragraph">
                  <wp:posOffset>-635</wp:posOffset>
                </wp:positionV>
                <wp:extent cx="253497" cy="253497"/>
                <wp:effectExtent l="0" t="0" r="13335" b="13335"/>
                <wp:wrapNone/>
                <wp:docPr id="120222090" name="Rectangle 1" descr="Key symbol: immediate action is required in consultation with Historic England and an accredited adviser." title="Risk action key symbol"/>
                <wp:cNvGraphicFramePr/>
                <a:graphic xmlns:a="http://schemas.openxmlformats.org/drawingml/2006/main">
                  <a:graphicData uri="http://schemas.microsoft.com/office/word/2010/wordprocessingShape">
                    <wps:wsp>
                      <wps:cNvSpPr/>
                      <wps:spPr>
                        <a:xfrm>
                          <a:off x="0" y="0"/>
                          <a:ext cx="253497" cy="253497"/>
                        </a:xfrm>
                        <a:prstGeom prst="rect">
                          <a:avLst/>
                        </a:prstGeom>
                        <a:solidFill>
                          <a:schemeClr val="tx2">
                            <a:lumMod val="75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xmlns:w16cei="http://schemas.microsoft.com/office/word/2026/wordml/cei">
            <w:pict>
              <v:rect w14:anchorId="5F348BBE" id="Rectangle 1" o:spid="_x0000_s1026" style="position:absolute;margin-left:0;margin-top:-.05pt;width:19.95pt;height:19.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" fillcolor="#17365d [2415]" strokecolor="black [3213]"/>
            </w:pict>
          </mc:Fallback>
        </mc:AlternateContent>
      </w:r>
      <w:r>
        <w:t>Immediate action required in consultation with Historic England, Head of Heritage Crime Strategy and accredited police or specialist independent crime prevention adviser</w:t>
      </w:r>
    </w:p>
    <w:p w14:paraId="2B0B8555" w14:textId="43BBD3A4" w:rsidR="008A2AED" w:rsidRDefault="008A2AED" w:rsidP="008A2AED">
      <w:pPr>
        <w:spacing w:after="200"/>
      </w:pPr>
      <w:r>
        <w:br w:type="page"/>
      </w:r>
    </w:p>
    <w:p w14:paraId="3E4ACB83" w14:textId="09A6CA43" w:rsidR="00792F08" w:rsidRDefault="008A2AED" w:rsidP="008A2AED">
      <w:pPr>
        <w:pStyle w:val="Heading1"/>
      </w:pPr>
      <w:r>
        <w:lastRenderedPageBreak/>
        <w:br/>
        <w:t xml:space="preserve">Analysis/response 1 </w:t>
      </w:r>
      <w:r w:rsidR="00B421C0">
        <w:t>–</w:t>
      </w:r>
      <w:r>
        <w:t xml:space="preserve"> Summary</w:t>
      </w:r>
    </w:p>
    <w:p w14:paraId="566E2C6B" w14:textId="4DCC8B67" w:rsidR="00792F08" w:rsidRDefault="00792F08" w:rsidP="00C413AF"/>
    <w:tbl>
      <w:tblPr>
        <w:tblStyle w:val="TableGrid"/>
        <w:tblW w:w="0" w:type="auto"/>
        <w:tblInd w:w="-5" w:type="dxa"/>
        <w:tblLook w:val="04A0" w:firstRow="1" w:lastRow="0" w:firstColumn="1" w:lastColumn="0" w:noHBand="0" w:noVBand="1"/>
        <w:tblCaption w:val="Analysis summary details"/>
        <w:tblDescription w:val="Form fields for the assessment date and threat type."/>
      </w:tblPr>
      <w:tblGrid>
        <w:gridCol w:w="2553"/>
        <w:gridCol w:w="7642"/>
      </w:tblGrid>
      <w:tr w:rsidR="00792F08" w14:paraId="0BE5B9D6" w14:textId="77777777" w:rsidTr="00C2373A">
        <w:trPr>
          <w:trHeight w:val="485"/>
        </w:trPr>
        <w:tc>
          <w:tcPr>
            <w:tcW w:w="2553" w:type="dxa"/>
            <w:vAlign w:val="center"/>
          </w:tcPr>
          <w:p w14:paraId="5BAAD7D1" w14:textId="77777777" w:rsidR="00792F08" w:rsidRPr="008A2AED" w:rsidRDefault="00B0351E" w:rsidP="00C413AF">
            <w:pPr>
              <w:rPr>
                <w:b/>
                <w:bCs/>
              </w:rPr>
            </w:pPr>
            <w:r w:rsidRPr="008A2AED">
              <w:rPr>
                <w:b/>
                <w:bCs/>
              </w:rPr>
              <w:t>Date</w:t>
            </w:r>
          </w:p>
        </w:tc>
        <w:tc>
          <w:tcPr>
            <w:tcW w:w="7642" w:type="dxa"/>
            <w:vAlign w:val="center"/>
          </w:tcPr>
          <w:p w14:paraId="442649B0" w14:textId="77777777" w:rsidR="00792F08" w:rsidRDefault="00000000" w:rsidP="00C413AF">
            <w:sdt>
              <w:sdtPr>
                <w:alias w:val="Date"/>
                <w:tag w:val="Date"/>
                <w:id w:val="-553699763"/>
                <w:showingPlcHdr/>
                <w:text/>
              </w:sdtPr>
              <w:sdtContent>
                <w:r w:rsidR="00B0351E">
                  <w:rPr>
                    <w:color w:val="767676"/>
                  </w:rPr>
                  <w:t>Day Month Year</w:t>
                </w:r>
              </w:sdtContent>
            </w:sdt>
          </w:p>
        </w:tc>
      </w:tr>
      <w:tr w:rsidR="00792F08" w14:paraId="470DC01B" w14:textId="77777777" w:rsidTr="00C2373A">
        <w:trPr>
          <w:trHeight w:val="691"/>
        </w:trPr>
        <w:tc>
          <w:tcPr>
            <w:tcW w:w="2553" w:type="dxa"/>
            <w:vAlign w:val="center"/>
          </w:tcPr>
          <w:p w14:paraId="0716F281" w14:textId="784FAA35" w:rsidR="00792F08" w:rsidRPr="008A2AED" w:rsidRDefault="00B0351E" w:rsidP="00C413AF">
            <w:pPr>
              <w:rPr>
                <w:b/>
                <w:bCs/>
              </w:rPr>
            </w:pPr>
            <w:r w:rsidRPr="008A2AED">
              <w:rPr>
                <w:b/>
                <w:bCs/>
              </w:rPr>
              <w:t>Threat type</w:t>
            </w:r>
            <w:r w:rsidR="00195F5B">
              <w:rPr>
                <w:b/>
                <w:bCs/>
              </w:rPr>
              <w:t xml:space="preserve"> </w:t>
            </w:r>
            <w:r w:rsidR="00195F5B">
              <w:rPr>
                <w:b/>
                <w:bCs/>
              </w:rPr>
              <w:br/>
            </w:r>
            <w:r w:rsidR="00195F5B" w:rsidRPr="00195F5B">
              <w:t xml:space="preserve">(from the list </w:t>
            </w:r>
            <w:r w:rsidR="00195F5B">
              <w:t xml:space="preserve">on </w:t>
            </w:r>
            <w:hyperlink w:anchor="_Scanning_-_Heritage" w:history="1">
              <w:r w:rsidR="000D3BA3">
                <w:rPr>
                  <w:rStyle w:val="Hyperlink"/>
                </w:rPr>
                <w:t>page 3</w:t>
              </w:r>
            </w:hyperlink>
            <w:r w:rsidR="000D3BA3">
              <w:t>)</w:t>
            </w:r>
          </w:p>
        </w:tc>
        <w:tc>
          <w:tcPr>
            <w:tcW w:w="7642" w:type="dxa"/>
            <w:vAlign w:val="center"/>
          </w:tcPr>
          <w:p w14:paraId="1661F557" w14:textId="77777777" w:rsidR="00792F08" w:rsidRDefault="00000000" w:rsidP="00C413AF">
            <w:sdt>
              <w:sdtPr>
                <w:alias w:val="Threat type"/>
                <w:tag w:val="Threat type"/>
                <w:id w:val="1860395217"/>
                <w:showingPlcHdr/>
                <w:text/>
              </w:sdtPr>
              <w:sdtContent>
                <w:r w:rsidR="00B0351E">
                  <w:rPr>
                    <w:color w:val="767676"/>
                  </w:rPr>
                  <w:t>Enter threat type</w:t>
                </w:r>
              </w:sdtContent>
            </w:sdt>
          </w:p>
        </w:tc>
      </w:tr>
    </w:tbl>
    <w:p w14:paraId="758F99CE" w14:textId="4EE3D8B6" w:rsidR="00792F08" w:rsidRDefault="00B0351E" w:rsidP="008A2AED">
      <w:pPr>
        <w:pStyle w:val="Heading2"/>
      </w:pPr>
      <w:r>
        <w:t>What is the crime threat? What might be harmed and how?</w:t>
      </w:r>
    </w:p>
    <w:tbl>
      <w:tblPr>
        <w:tblStyle w:val="TableGrid"/>
        <w:tblW w:w="0" w:type="auto"/>
        <w:tblInd w:w="-5" w:type="dxa"/>
        <w:tblLook w:val="04A0" w:firstRow="1" w:lastRow="0" w:firstColumn="1" w:lastColumn="0" w:noHBand="0" w:noVBand="1"/>
        <w:tblCaption w:val="Crime threat description"/>
        <w:tblDescription w:val="Form field describing the crime threat and what might be harmed."/>
      </w:tblPr>
      <w:tblGrid>
        <w:gridCol w:w="10195"/>
      </w:tblGrid>
      <w:tr w:rsidR="00792F08" w14:paraId="682A442C" w14:textId="77777777" w:rsidTr="00C2373A">
        <w:trPr>
          <w:trHeight w:val="2112"/>
        </w:trPr>
        <w:tc>
          <w:tcPr>
            <w:tcW w:w="10195" w:type="dxa"/>
          </w:tcPr>
          <w:p w14:paraId="3DE07D0D" w14:textId="006D26DE" w:rsidR="00792F08" w:rsidRDefault="00000000" w:rsidP="00DB7B0D">
            <w:sdt>
              <w:sdtPr>
                <w:alias w:val="What is the crime threat? What might be harmed and how?"/>
                <w:tag w:val="What is the crime threat What might be harmed and how"/>
                <w:id w:val="-1989088943"/>
                <w:showingPlcHdr/>
                <w:text w:multiLine="1"/>
              </w:sdtPr>
              <w:sdtContent>
                <w:r w:rsidR="00B0351E">
                  <w:rPr>
                    <w:color w:val="767676"/>
                  </w:rPr>
                  <w:t>Click or tap here to enter text.</w:t>
                </w:r>
              </w:sdtContent>
            </w:sdt>
          </w:p>
        </w:tc>
      </w:tr>
    </w:tbl>
    <w:p w14:paraId="38862DC4" w14:textId="77777777" w:rsidR="00792F08" w:rsidRDefault="00B0351E" w:rsidP="00195F5B">
      <w:pPr>
        <w:pStyle w:val="Heading2"/>
      </w:pPr>
      <w:r>
        <w:t>Existing controls</w:t>
      </w:r>
    </w:p>
    <w:tbl>
      <w:tblPr>
        <w:tblStyle w:val="TableGrid"/>
        <w:tblW w:w="0" w:type="auto"/>
        <w:tblInd w:w="-5" w:type="dxa"/>
        <w:tblLook w:val="04A0" w:firstRow="1" w:lastRow="0" w:firstColumn="1" w:lastColumn="0" w:noHBand="0" w:noVBand="1"/>
        <w:tblCaption w:val="Existing controls"/>
        <w:tblDescription w:val="Form field describing existing risk controls."/>
      </w:tblPr>
      <w:tblGrid>
        <w:gridCol w:w="10195"/>
      </w:tblGrid>
      <w:tr w:rsidR="00792F08" w14:paraId="70DEBA39" w14:textId="77777777" w:rsidTr="00C2373A">
        <w:trPr>
          <w:trHeight w:val="1853"/>
        </w:trPr>
        <w:tc>
          <w:tcPr>
            <w:tcW w:w="10195" w:type="dxa"/>
          </w:tcPr>
          <w:p w14:paraId="7815A16D" w14:textId="7678BE07" w:rsidR="00792F08" w:rsidRDefault="00000000" w:rsidP="00DB7B0D">
            <w:sdt>
              <w:sdtPr>
                <w:alias w:val="Existing controls"/>
                <w:tag w:val="Existing controls"/>
                <w:id w:val="682790625"/>
                <w:showingPlcHdr/>
                <w:text w:multiLine="1"/>
              </w:sdtPr>
              <w:sdtContent>
                <w:r w:rsidR="00B0351E">
                  <w:rPr>
                    <w:color w:val="767676"/>
                  </w:rPr>
                  <w:t>Click or tap here to enter text.</w:t>
                </w:r>
              </w:sdtContent>
            </w:sdt>
          </w:p>
        </w:tc>
      </w:tr>
    </w:tbl>
    <w:p w14:paraId="2B9AFEA4" w14:textId="77777777" w:rsidR="00792F08" w:rsidRDefault="00B0351E" w:rsidP="00195F5B">
      <w:pPr>
        <w:pStyle w:val="Heading2"/>
      </w:pPr>
      <w:r>
        <w:t>Current risk rating</w:t>
      </w:r>
    </w:p>
    <w:tbl>
      <w:tblPr>
        <w:tblStyle w:val="TableGrid"/>
        <w:tblW w:w="0" w:type="auto"/>
        <w:tblInd w:w="-5" w:type="dxa"/>
        <w:tblLook w:val="04A0" w:firstRow="1" w:lastRow="0" w:firstColumn="1" w:lastColumn="0" w:noHBand="0" w:noVBand="1"/>
        <w:tblCaption w:val="Current risk rating"/>
        <w:tblDescription w:val="Form fields for current impact, likelihood and combined risk scores."/>
      </w:tblPr>
      <w:tblGrid>
        <w:gridCol w:w="3401"/>
        <w:gridCol w:w="3397"/>
        <w:gridCol w:w="3397"/>
      </w:tblGrid>
      <w:tr w:rsidR="00792F08" w14:paraId="176D4EBE" w14:textId="77777777" w:rsidTr="00C2373A">
        <w:trPr>
          <w:trHeight w:val="958"/>
        </w:trPr>
        <w:tc>
          <w:tcPr>
            <w:tcW w:w="3401" w:type="dxa"/>
            <w:vAlign w:val="center"/>
          </w:tcPr>
          <w:p w14:paraId="74279CA3" w14:textId="77777777" w:rsidR="00792F08" w:rsidRDefault="00B0351E" w:rsidP="00C413AF">
            <w:r>
              <w:rPr>
                <w:b/>
                <w:sz w:val="18"/>
              </w:rPr>
              <w:t>I (Impact)</w:t>
            </w:r>
          </w:p>
          <w:p w14:paraId="2EB108DC" w14:textId="77777777" w:rsidR="00792F08" w:rsidRDefault="00000000" w:rsidP="00C413AF">
            <w:sdt>
              <w:sdtPr>
                <w:alias w:val="Current risk rating - I (Impact)"/>
                <w:tag w:val="Current risk rating - I Impact"/>
                <w:id w:val="-1451080571"/>
                <w:showingPlcHdr/>
                <w:text/>
              </w:sdtPr>
              <w:sdtContent>
                <w:r w:rsidR="00B0351E">
                  <w:rPr>
                    <w:color w:val="767676"/>
                  </w:rPr>
                  <w:t>Enter score</w:t>
                </w:r>
              </w:sdtContent>
            </w:sdt>
          </w:p>
        </w:tc>
        <w:tc>
          <w:tcPr>
            <w:tcW w:w="3397" w:type="dxa"/>
            <w:vAlign w:val="center"/>
          </w:tcPr>
          <w:p w14:paraId="58ADAC1F" w14:textId="77777777" w:rsidR="00792F08" w:rsidRDefault="00B0351E" w:rsidP="00C413AF">
            <w:r>
              <w:rPr>
                <w:b/>
                <w:sz w:val="18"/>
              </w:rPr>
              <w:t>L (Likelihood)</w:t>
            </w:r>
          </w:p>
          <w:p w14:paraId="19B1170D" w14:textId="77777777" w:rsidR="00792F08" w:rsidRDefault="00000000" w:rsidP="00C413AF">
            <w:sdt>
              <w:sdtPr>
                <w:alias w:val="Current risk rating - L (Likelihood)"/>
                <w:tag w:val="Current risk rating - L Likelihood"/>
                <w:id w:val="59755012"/>
                <w:showingPlcHdr/>
                <w:text/>
              </w:sdtPr>
              <w:sdtContent>
                <w:r w:rsidR="00B0351E">
                  <w:rPr>
                    <w:color w:val="767676"/>
                  </w:rPr>
                  <w:t>Enter score</w:t>
                </w:r>
              </w:sdtContent>
            </w:sdt>
          </w:p>
        </w:tc>
        <w:tc>
          <w:tcPr>
            <w:tcW w:w="3397" w:type="dxa"/>
            <w:vAlign w:val="center"/>
          </w:tcPr>
          <w:p w14:paraId="39CE15E1" w14:textId="77777777" w:rsidR="00792F08" w:rsidRDefault="00B0351E" w:rsidP="00C413AF">
            <w:r>
              <w:rPr>
                <w:b/>
                <w:sz w:val="18"/>
              </w:rPr>
              <w:t>I x L (Impact x Likelihood)</w:t>
            </w:r>
          </w:p>
          <w:p w14:paraId="322A2F82" w14:textId="77777777" w:rsidR="00792F08" w:rsidRDefault="00000000" w:rsidP="00C413AF">
            <w:sdt>
              <w:sdtPr>
                <w:alias w:val="Current risk rating - I x L (Impact x Likelihood)"/>
                <w:tag w:val="Current risk rating - I x L Impact x Likelihood"/>
                <w:id w:val="1417130134"/>
                <w:showingPlcHdr/>
                <w:text/>
              </w:sdtPr>
              <w:sdtContent>
                <w:r w:rsidR="00B0351E">
                  <w:rPr>
                    <w:color w:val="767676"/>
                  </w:rPr>
                  <w:t>Enter score</w:t>
                </w:r>
              </w:sdtContent>
            </w:sdt>
          </w:p>
        </w:tc>
      </w:tr>
    </w:tbl>
    <w:p w14:paraId="5772918F" w14:textId="75C23B44" w:rsidR="00792F08" w:rsidRDefault="00B0351E" w:rsidP="00195F5B">
      <w:pPr>
        <w:pStyle w:val="Heading2"/>
      </w:pPr>
      <w:r>
        <w:t>Additional controls</w:t>
      </w:r>
      <w:r w:rsidR="00BD0DE2">
        <w:t xml:space="preserve"> </w:t>
      </w:r>
      <w:r w:rsidR="00D47DEC">
        <w:t>for</w:t>
      </w:r>
      <w:r w:rsidR="00BD0DE2">
        <w:t xml:space="preserve"> consideration</w:t>
      </w:r>
      <w:r>
        <w:t xml:space="preserve"> (</w:t>
      </w:r>
      <w:proofErr w:type="gramStart"/>
      <w:r>
        <w:t>brief summary</w:t>
      </w:r>
      <w:proofErr w:type="gramEnd"/>
      <w:r>
        <w:t>)</w:t>
      </w:r>
    </w:p>
    <w:tbl>
      <w:tblPr>
        <w:tblStyle w:val="TableGrid"/>
        <w:tblW w:w="0" w:type="auto"/>
        <w:tblInd w:w="-5" w:type="dxa"/>
        <w:tblLook w:val="04A0" w:firstRow="1" w:lastRow="0" w:firstColumn="1" w:lastColumn="0" w:noHBand="0" w:noVBand="1"/>
        <w:tblCaption w:val="Additional controls"/>
        <w:tblDescription w:val="Form field describing additional controls for consideration."/>
      </w:tblPr>
      <w:tblGrid>
        <w:gridCol w:w="10195"/>
      </w:tblGrid>
      <w:tr w:rsidR="00792F08" w14:paraId="1E1B0FAF" w14:textId="77777777" w:rsidTr="00C2373A">
        <w:trPr>
          <w:trHeight w:val="1853"/>
        </w:trPr>
        <w:tc>
          <w:tcPr>
            <w:tcW w:w="10195" w:type="dxa"/>
          </w:tcPr>
          <w:p w14:paraId="75822D91" w14:textId="2AA9954E" w:rsidR="00792F08" w:rsidRDefault="00000000" w:rsidP="007151F1">
            <w:sdt>
              <w:sdtPr>
                <w:alias w:val="Additional controls (brief summary)"/>
                <w:tag w:val="Additional controls brief summary"/>
                <w:id w:val="-674498051"/>
                <w:showingPlcHdr/>
                <w:text w:multiLine="1"/>
              </w:sdtPr>
              <w:sdtContent>
                <w:r w:rsidR="00B0351E">
                  <w:rPr>
                    <w:color w:val="767676"/>
                  </w:rPr>
                  <w:t>Click or tap here to enter text.</w:t>
                </w:r>
              </w:sdtContent>
            </w:sdt>
          </w:p>
        </w:tc>
      </w:tr>
    </w:tbl>
    <w:p w14:paraId="0F3577BB" w14:textId="77777777" w:rsidR="00792F08" w:rsidRDefault="00B0351E" w:rsidP="00195F5B">
      <w:pPr>
        <w:pStyle w:val="Heading2"/>
      </w:pPr>
      <w:r>
        <w:t>Revised risk rating</w:t>
      </w:r>
    </w:p>
    <w:tbl>
      <w:tblPr>
        <w:tblStyle w:val="TableGrid"/>
        <w:tblW w:w="0" w:type="auto"/>
        <w:tblInd w:w="-5" w:type="dxa"/>
        <w:tblLook w:val="04A0" w:firstRow="1" w:lastRow="0" w:firstColumn="1" w:lastColumn="0" w:noHBand="0" w:noVBand="1"/>
        <w:tblCaption w:val="Revised risk rating"/>
        <w:tblDescription w:val="Form fields for revised impact, likelihood and combined risk scores."/>
      </w:tblPr>
      <w:tblGrid>
        <w:gridCol w:w="3401"/>
        <w:gridCol w:w="3397"/>
        <w:gridCol w:w="3397"/>
      </w:tblGrid>
      <w:tr w:rsidR="00792F08" w14:paraId="54CE852C" w14:textId="77777777" w:rsidTr="00C2373A">
        <w:trPr>
          <w:trHeight w:val="983"/>
        </w:trPr>
        <w:tc>
          <w:tcPr>
            <w:tcW w:w="3401" w:type="dxa"/>
            <w:vAlign w:val="center"/>
          </w:tcPr>
          <w:p w14:paraId="113EFB88" w14:textId="77777777" w:rsidR="00792F08" w:rsidRDefault="00B0351E" w:rsidP="00C413AF">
            <w:r>
              <w:rPr>
                <w:b/>
                <w:sz w:val="18"/>
              </w:rPr>
              <w:t>I (Impact)</w:t>
            </w:r>
          </w:p>
          <w:p w14:paraId="38444588" w14:textId="77777777" w:rsidR="00792F08" w:rsidRDefault="00000000" w:rsidP="00C413AF">
            <w:sdt>
              <w:sdtPr>
                <w:alias w:val="Revised risk rating - I (Impact)"/>
                <w:tag w:val="Revised risk rating - I Impact"/>
                <w:id w:val="-549688583"/>
                <w:showingPlcHdr/>
                <w:text/>
              </w:sdtPr>
              <w:sdtContent>
                <w:r w:rsidR="00B0351E">
                  <w:rPr>
                    <w:color w:val="767676"/>
                  </w:rPr>
                  <w:t>Enter score</w:t>
                </w:r>
              </w:sdtContent>
            </w:sdt>
          </w:p>
        </w:tc>
        <w:tc>
          <w:tcPr>
            <w:tcW w:w="3397" w:type="dxa"/>
            <w:vAlign w:val="center"/>
          </w:tcPr>
          <w:p w14:paraId="2E2C43EE" w14:textId="77777777" w:rsidR="00792F08" w:rsidRDefault="00B0351E" w:rsidP="00C413AF">
            <w:r>
              <w:rPr>
                <w:b/>
                <w:sz w:val="18"/>
              </w:rPr>
              <w:t>L (Likelihood)</w:t>
            </w:r>
          </w:p>
          <w:p w14:paraId="7336CCE9" w14:textId="77777777" w:rsidR="00792F08" w:rsidRDefault="00000000" w:rsidP="00C413AF">
            <w:sdt>
              <w:sdtPr>
                <w:alias w:val="Revised risk rating - L (Likelihood)"/>
                <w:tag w:val="Revised risk rating - L Likelihood"/>
                <w:id w:val="945734695"/>
                <w:showingPlcHdr/>
                <w:text/>
              </w:sdtPr>
              <w:sdtContent>
                <w:r w:rsidR="00B0351E">
                  <w:rPr>
                    <w:color w:val="767676"/>
                  </w:rPr>
                  <w:t>Enter score</w:t>
                </w:r>
              </w:sdtContent>
            </w:sdt>
          </w:p>
        </w:tc>
        <w:tc>
          <w:tcPr>
            <w:tcW w:w="3397" w:type="dxa"/>
            <w:vAlign w:val="center"/>
          </w:tcPr>
          <w:p w14:paraId="1860037A" w14:textId="77777777" w:rsidR="00792F08" w:rsidRDefault="00B0351E" w:rsidP="00C413AF">
            <w:r>
              <w:rPr>
                <w:b/>
                <w:sz w:val="18"/>
              </w:rPr>
              <w:t>I x L (Impact x Likelihood)</w:t>
            </w:r>
          </w:p>
          <w:p w14:paraId="36722A53" w14:textId="77777777" w:rsidR="00792F08" w:rsidRDefault="00000000" w:rsidP="00C413AF">
            <w:sdt>
              <w:sdtPr>
                <w:alias w:val="Revised risk rating - I x L (Impact x Likelihood)"/>
                <w:tag w:val="Revised risk rating - I x L Impact x Likelihood"/>
                <w:id w:val="1970090476"/>
                <w:showingPlcHdr/>
                <w:text/>
              </w:sdtPr>
              <w:sdtContent>
                <w:r w:rsidR="00B0351E">
                  <w:rPr>
                    <w:color w:val="767676"/>
                  </w:rPr>
                  <w:t>Enter score</w:t>
                </w:r>
              </w:sdtContent>
            </w:sdt>
          </w:p>
        </w:tc>
      </w:tr>
    </w:tbl>
    <w:p w14:paraId="599F45B4" w14:textId="77777777" w:rsidR="00195F5B" w:rsidRDefault="00195F5B" w:rsidP="00C413AF">
      <w:pPr>
        <w:pStyle w:val="LayoutSpacer2"/>
        <w:rPr>
          <w:rFonts w:eastAsia="Arial"/>
          <w:sz w:val="28"/>
        </w:rPr>
      </w:pPr>
    </w:p>
    <w:p w14:paraId="11D7CCB8" w14:textId="786BC631" w:rsidR="00792F08" w:rsidRDefault="00B0351E" w:rsidP="00C413AF">
      <w:pPr>
        <w:pStyle w:val="Heading2"/>
      </w:pPr>
      <w:r>
        <w:rPr>
          <w:rFonts w:eastAsia="Arial"/>
          <w:sz w:val="28"/>
        </w:rPr>
        <w:t>Key actions agreed</w:t>
      </w:r>
      <w:r w:rsidR="00195F5B">
        <w:rPr>
          <w:rFonts w:eastAsia="Arial"/>
          <w:sz w:val="28"/>
        </w:rPr>
        <w:t xml:space="preserve"> (with target date and date completed)</w:t>
      </w:r>
    </w:p>
    <w:tbl>
      <w:tblPr>
        <w:tblStyle w:val="TableGrid"/>
        <w:tblW w:w="10206" w:type="dxa"/>
        <w:tblInd w:w="-5" w:type="dxa"/>
        <w:tblLook w:val="04A0" w:firstRow="1" w:lastRow="0" w:firstColumn="1" w:lastColumn="0" w:noHBand="0" w:noVBand="1"/>
        <w:tblCaption w:val="Key actions"/>
        <w:tblDescription w:val="Action description, responsible person, due date and notes for seven actions."/>
      </w:tblPr>
      <w:tblGrid>
        <w:gridCol w:w="3374"/>
        <w:gridCol w:w="1701"/>
        <w:gridCol w:w="1559"/>
        <w:gridCol w:w="3572"/>
      </w:tblGrid>
      <w:tr w:rsidR="00792F08" w14:paraId="2852C612" w14:textId="77777777" w:rsidTr="00C2373A">
        <w:trPr>
          <w:trHeight w:val="510"/>
          <w:tblHeader/>
        </w:trPr>
        <w:tc>
          <w:tcPr>
            <w:tcW w:w="3374" w:type="dxa"/>
            <w:shd w:val="clear" w:color="auto" w:fill="000000" w:themeFill="text1"/>
            <w:vAlign w:val="center"/>
          </w:tcPr>
          <w:p w14:paraId="1ED55941" w14:textId="77777777" w:rsidR="00792F08" w:rsidRDefault="00B0351E" w:rsidP="00C413AF">
            <w:r>
              <w:rPr>
                <w:b/>
                <w:color w:val="FFFFFF"/>
              </w:rPr>
              <w:t>Description</w:t>
            </w:r>
          </w:p>
        </w:tc>
        <w:tc>
          <w:tcPr>
            <w:tcW w:w="1701" w:type="dxa"/>
            <w:shd w:val="clear" w:color="auto" w:fill="000000" w:themeFill="text1"/>
            <w:vAlign w:val="center"/>
          </w:tcPr>
          <w:p w14:paraId="79CDE51B" w14:textId="77777777" w:rsidR="00792F08" w:rsidRDefault="00B0351E" w:rsidP="00C413AF">
            <w:r>
              <w:rPr>
                <w:b/>
                <w:color w:val="FFFFFF"/>
              </w:rPr>
              <w:t>Responsible person</w:t>
            </w:r>
          </w:p>
        </w:tc>
        <w:tc>
          <w:tcPr>
            <w:tcW w:w="1559" w:type="dxa"/>
            <w:shd w:val="clear" w:color="auto" w:fill="000000" w:themeFill="text1"/>
            <w:vAlign w:val="center"/>
          </w:tcPr>
          <w:p w14:paraId="6ADB3C7C" w14:textId="77777777" w:rsidR="00792F08" w:rsidRDefault="00B0351E" w:rsidP="00C413AF">
            <w:r>
              <w:rPr>
                <w:b/>
                <w:color w:val="FFFFFF"/>
              </w:rPr>
              <w:t>Due date</w:t>
            </w:r>
          </w:p>
        </w:tc>
        <w:tc>
          <w:tcPr>
            <w:tcW w:w="3572" w:type="dxa"/>
            <w:shd w:val="clear" w:color="auto" w:fill="000000" w:themeFill="text1"/>
            <w:vAlign w:val="center"/>
          </w:tcPr>
          <w:p w14:paraId="77AC4EAA" w14:textId="77777777" w:rsidR="00792F08" w:rsidRDefault="00B0351E" w:rsidP="00C413AF">
            <w:r>
              <w:rPr>
                <w:b/>
                <w:color w:val="FFFFFF"/>
              </w:rPr>
              <w:t>Notes/comments</w:t>
            </w:r>
          </w:p>
        </w:tc>
      </w:tr>
      <w:tr w:rsidR="00792F08" w14:paraId="5EEA9CC2" w14:textId="77777777" w:rsidTr="00C2373A">
        <w:trPr>
          <w:trHeight w:val="1418"/>
        </w:trPr>
        <w:tc>
          <w:tcPr>
            <w:tcW w:w="3374" w:type="dxa"/>
          </w:tcPr>
          <w:p w14:paraId="0A857330" w14:textId="6F974646" w:rsidR="00792F08" w:rsidRDefault="00000000" w:rsidP="00884DE4">
            <w:pPr>
              <w:pStyle w:val="ListParagraph"/>
              <w:numPr>
                <w:ilvl w:val="0"/>
                <w:numId w:val="11"/>
              </w:numPr>
            </w:pPr>
            <w:sdt>
              <w:sdtPr>
                <w:alias w:val="Action 1 - Description"/>
                <w:tag w:val="Action 1 - Description"/>
                <w:id w:val="1892611277"/>
                <w:showingPlcHdr/>
                <w:text w:multiLine="1"/>
              </w:sdtPr>
              <w:sdtContent>
                <w:r w:rsidR="00884DE4">
                  <w:t xml:space="preserve">     </w:t>
                </w:r>
              </w:sdtContent>
            </w:sdt>
          </w:p>
          <w:p w14:paraId="3CA0B953" w14:textId="77777777" w:rsidR="00792F08" w:rsidRDefault="00792F08" w:rsidP="00C413AF"/>
        </w:tc>
        <w:tc>
          <w:tcPr>
            <w:tcW w:w="1701" w:type="dxa"/>
          </w:tcPr>
          <w:p w14:paraId="7CF28A87" w14:textId="77777777" w:rsidR="00792F08" w:rsidRDefault="00000000" w:rsidP="00C413AF">
            <w:sdt>
              <w:sdtPr>
                <w:alias w:val="Action 1 - Responsible person"/>
                <w:tag w:val="Action 1 - Responsible person"/>
                <w:id w:val="-1061404607"/>
                <w:showingPlcHdr/>
                <w:text/>
              </w:sdtPr>
              <w:sdtContent>
                <w:r w:rsidR="00B0351E">
                  <w:rPr>
                    <w:color w:val="767676"/>
                  </w:rPr>
                  <w:t>Enter responsible person</w:t>
                </w:r>
              </w:sdtContent>
            </w:sdt>
          </w:p>
        </w:tc>
        <w:tc>
          <w:tcPr>
            <w:tcW w:w="1559" w:type="dxa"/>
          </w:tcPr>
          <w:p w14:paraId="7FB95407" w14:textId="77777777" w:rsidR="00792F08" w:rsidRDefault="00000000" w:rsidP="00C413AF">
            <w:sdt>
              <w:sdtPr>
                <w:alias w:val="Action 1 - Due date"/>
                <w:tag w:val="Action 1 - Due date"/>
                <w:id w:val="1058436521"/>
                <w:showingPlcHdr/>
                <w:text/>
              </w:sdtPr>
              <w:sdtContent>
                <w:r w:rsidR="00B0351E">
                  <w:rPr>
                    <w:color w:val="767676"/>
                  </w:rPr>
                  <w:t>Enter due date</w:t>
                </w:r>
              </w:sdtContent>
            </w:sdt>
          </w:p>
        </w:tc>
        <w:tc>
          <w:tcPr>
            <w:tcW w:w="3572" w:type="dxa"/>
          </w:tcPr>
          <w:p w14:paraId="03D97B78" w14:textId="77777777" w:rsidR="00792F08" w:rsidRDefault="00000000" w:rsidP="00C413AF">
            <w:sdt>
              <w:sdtPr>
                <w:alias w:val="Action 1 - Notes or comments"/>
                <w:tag w:val="Action 1 - Notes or comments"/>
                <w:id w:val="728271239"/>
                <w:showingPlcHdr/>
                <w:text w:multiLine="1"/>
              </w:sdtPr>
              <w:sdtContent>
                <w:r w:rsidR="00B0351E">
                  <w:rPr>
                    <w:color w:val="767676"/>
                  </w:rPr>
                  <w:t>Enter notes/comments</w:t>
                </w:r>
              </w:sdtContent>
            </w:sdt>
          </w:p>
          <w:p w14:paraId="496265DD" w14:textId="77777777" w:rsidR="00792F08" w:rsidRDefault="00792F08" w:rsidP="00C413AF"/>
        </w:tc>
      </w:tr>
      <w:tr w:rsidR="00792F08" w14:paraId="5C4958AA" w14:textId="77777777" w:rsidTr="00C2373A">
        <w:trPr>
          <w:trHeight w:val="1418"/>
        </w:trPr>
        <w:tc>
          <w:tcPr>
            <w:tcW w:w="3374" w:type="dxa"/>
          </w:tcPr>
          <w:p w14:paraId="698CB7A2" w14:textId="56F16599" w:rsidR="00792F08" w:rsidRDefault="00000000" w:rsidP="00884DE4">
            <w:pPr>
              <w:pStyle w:val="ListParagraph"/>
              <w:numPr>
                <w:ilvl w:val="0"/>
                <w:numId w:val="11"/>
              </w:numPr>
            </w:pPr>
            <w:sdt>
              <w:sdtPr>
                <w:alias w:val="Action 2 - Description"/>
                <w:tag w:val="Action 2 - Description"/>
                <w:id w:val="1285779567"/>
                <w:showingPlcHdr/>
                <w:text w:multiLine="1"/>
              </w:sdtPr>
              <w:sdtContent>
                <w:r w:rsidR="00884DE4">
                  <w:t xml:space="preserve">     </w:t>
                </w:r>
              </w:sdtContent>
            </w:sdt>
          </w:p>
          <w:p w14:paraId="566DB70A" w14:textId="77777777" w:rsidR="00792F08" w:rsidRDefault="00792F08" w:rsidP="00C413AF"/>
        </w:tc>
        <w:tc>
          <w:tcPr>
            <w:tcW w:w="1701" w:type="dxa"/>
          </w:tcPr>
          <w:p w14:paraId="4A13D7C5" w14:textId="77777777" w:rsidR="00792F08" w:rsidRDefault="00000000" w:rsidP="00C413AF">
            <w:sdt>
              <w:sdtPr>
                <w:alias w:val="Action 2 - Responsible person"/>
                <w:tag w:val="Action 2 - Responsible person"/>
                <w:id w:val="-1694071028"/>
                <w:showingPlcHdr/>
                <w:text/>
              </w:sdtPr>
              <w:sdtContent>
                <w:r w:rsidR="00B0351E">
                  <w:rPr>
                    <w:color w:val="767676"/>
                  </w:rPr>
                  <w:t>Enter responsible person</w:t>
                </w:r>
              </w:sdtContent>
            </w:sdt>
          </w:p>
        </w:tc>
        <w:tc>
          <w:tcPr>
            <w:tcW w:w="1559" w:type="dxa"/>
          </w:tcPr>
          <w:p w14:paraId="764971EF" w14:textId="77777777" w:rsidR="00792F08" w:rsidRDefault="00000000" w:rsidP="00C413AF">
            <w:sdt>
              <w:sdtPr>
                <w:alias w:val="Action 2 - Due date"/>
                <w:tag w:val="Action 2 - Due date"/>
                <w:id w:val="716714658"/>
                <w:showingPlcHdr/>
                <w:text/>
              </w:sdtPr>
              <w:sdtContent>
                <w:r w:rsidR="00B0351E">
                  <w:rPr>
                    <w:color w:val="767676"/>
                  </w:rPr>
                  <w:t>Enter due date</w:t>
                </w:r>
              </w:sdtContent>
            </w:sdt>
          </w:p>
        </w:tc>
        <w:tc>
          <w:tcPr>
            <w:tcW w:w="3572" w:type="dxa"/>
          </w:tcPr>
          <w:p w14:paraId="7AA4E810" w14:textId="77777777" w:rsidR="00792F08" w:rsidRDefault="00000000" w:rsidP="00C413AF">
            <w:sdt>
              <w:sdtPr>
                <w:alias w:val="Action 2 - Notes or comments"/>
                <w:tag w:val="Action 2 - Notes or comments"/>
                <w:id w:val="-1181732772"/>
                <w:showingPlcHdr/>
                <w:text w:multiLine="1"/>
              </w:sdtPr>
              <w:sdtContent>
                <w:r w:rsidR="00B0351E">
                  <w:rPr>
                    <w:color w:val="767676"/>
                  </w:rPr>
                  <w:t>Enter notes/comments</w:t>
                </w:r>
              </w:sdtContent>
            </w:sdt>
          </w:p>
          <w:p w14:paraId="2367B2F6" w14:textId="77777777" w:rsidR="00792F08" w:rsidRDefault="00792F08" w:rsidP="00C413AF"/>
        </w:tc>
      </w:tr>
      <w:tr w:rsidR="00792F08" w14:paraId="3B798098" w14:textId="77777777" w:rsidTr="00C2373A">
        <w:trPr>
          <w:trHeight w:val="1418"/>
        </w:trPr>
        <w:tc>
          <w:tcPr>
            <w:tcW w:w="3374" w:type="dxa"/>
          </w:tcPr>
          <w:p w14:paraId="04DB4EAC" w14:textId="1E6E9407" w:rsidR="00792F08" w:rsidRDefault="00000000" w:rsidP="00884DE4">
            <w:pPr>
              <w:pStyle w:val="ListParagraph"/>
              <w:numPr>
                <w:ilvl w:val="0"/>
                <w:numId w:val="11"/>
              </w:numPr>
            </w:pPr>
            <w:sdt>
              <w:sdtPr>
                <w:alias w:val="Action 3 - Description"/>
                <w:tag w:val="Action 3 - Description"/>
                <w:id w:val="-2017223426"/>
                <w:showingPlcHdr/>
                <w:text w:multiLine="1"/>
              </w:sdtPr>
              <w:sdtContent>
                <w:r w:rsidR="00884DE4">
                  <w:t xml:space="preserve">     </w:t>
                </w:r>
              </w:sdtContent>
            </w:sdt>
          </w:p>
          <w:p w14:paraId="6C65D8F3" w14:textId="77777777" w:rsidR="00792F08" w:rsidRDefault="00792F08" w:rsidP="00C413AF"/>
        </w:tc>
        <w:tc>
          <w:tcPr>
            <w:tcW w:w="1701" w:type="dxa"/>
          </w:tcPr>
          <w:p w14:paraId="1A40D286" w14:textId="77777777" w:rsidR="00792F08" w:rsidRDefault="00000000" w:rsidP="00C413AF">
            <w:sdt>
              <w:sdtPr>
                <w:alias w:val="Action 3 - Responsible person"/>
                <w:tag w:val="Action 3 - Responsible person"/>
                <w:id w:val="799655722"/>
                <w:showingPlcHdr/>
                <w:text/>
              </w:sdtPr>
              <w:sdtContent>
                <w:r w:rsidR="00B0351E">
                  <w:rPr>
                    <w:color w:val="767676"/>
                  </w:rPr>
                  <w:t>Enter responsible person</w:t>
                </w:r>
              </w:sdtContent>
            </w:sdt>
          </w:p>
        </w:tc>
        <w:tc>
          <w:tcPr>
            <w:tcW w:w="1559" w:type="dxa"/>
          </w:tcPr>
          <w:p w14:paraId="43D915E7" w14:textId="77777777" w:rsidR="00792F08" w:rsidRDefault="00000000" w:rsidP="00C413AF">
            <w:sdt>
              <w:sdtPr>
                <w:alias w:val="Action 3 - Due date"/>
                <w:tag w:val="Action 3 - Due date"/>
                <w:id w:val="44574256"/>
                <w:showingPlcHdr/>
                <w:text/>
              </w:sdtPr>
              <w:sdtContent>
                <w:r w:rsidR="00B0351E">
                  <w:rPr>
                    <w:color w:val="767676"/>
                  </w:rPr>
                  <w:t>Enter due date</w:t>
                </w:r>
              </w:sdtContent>
            </w:sdt>
          </w:p>
        </w:tc>
        <w:tc>
          <w:tcPr>
            <w:tcW w:w="3572" w:type="dxa"/>
          </w:tcPr>
          <w:p w14:paraId="7A2A13BC" w14:textId="77777777" w:rsidR="00792F08" w:rsidRDefault="00000000" w:rsidP="00C413AF">
            <w:sdt>
              <w:sdtPr>
                <w:alias w:val="Action 3 - Notes or comments"/>
                <w:tag w:val="Action 3 - Notes or comments"/>
                <w:id w:val="1048494827"/>
                <w:showingPlcHdr/>
                <w:text w:multiLine="1"/>
              </w:sdtPr>
              <w:sdtContent>
                <w:r w:rsidR="00B0351E">
                  <w:rPr>
                    <w:color w:val="767676"/>
                  </w:rPr>
                  <w:t>Enter notes/comments</w:t>
                </w:r>
              </w:sdtContent>
            </w:sdt>
          </w:p>
          <w:p w14:paraId="3B4404D0" w14:textId="77777777" w:rsidR="00792F08" w:rsidRDefault="00792F08" w:rsidP="00C413AF"/>
        </w:tc>
      </w:tr>
      <w:tr w:rsidR="0069641C" w14:paraId="55119720" w14:textId="77777777" w:rsidTr="00C2373A">
        <w:trPr>
          <w:trHeight w:val="1418"/>
        </w:trPr>
        <w:tc>
          <w:tcPr>
            <w:tcW w:w="3374" w:type="dxa"/>
          </w:tcPr>
          <w:p w14:paraId="53EE7C91" w14:textId="02B8B8FA" w:rsidR="0069641C" w:rsidRDefault="00000000" w:rsidP="00884DE4">
            <w:pPr>
              <w:pStyle w:val="ListParagraph"/>
              <w:numPr>
                <w:ilvl w:val="0"/>
                <w:numId w:val="11"/>
              </w:numPr>
            </w:pPr>
            <w:sdt>
              <w:sdtPr>
                <w:alias w:val="Action 4 - Description"/>
                <w:tag w:val="Action 4 - Description"/>
                <w:id w:val="642311838"/>
                <w:showingPlcHdr/>
                <w:text w:multiLine="1"/>
              </w:sdtPr>
              <w:sdtContent>
                <w:r w:rsidR="00884DE4">
                  <w:t xml:space="preserve">     </w:t>
                </w:r>
              </w:sdtContent>
            </w:sdt>
          </w:p>
          <w:p w14:paraId="0533C3BA" w14:textId="77777777" w:rsidR="0069641C" w:rsidRDefault="0069641C" w:rsidP="0069641C"/>
        </w:tc>
        <w:tc>
          <w:tcPr>
            <w:tcW w:w="1701" w:type="dxa"/>
          </w:tcPr>
          <w:p w14:paraId="2DE861A8" w14:textId="698D8F75" w:rsidR="0069641C" w:rsidRDefault="00000000" w:rsidP="0069641C">
            <w:sdt>
              <w:sdtPr>
                <w:alias w:val="Action 4 - Responsible person"/>
                <w:tag w:val="Action 4 - Responsible person"/>
                <w:id w:val="-27644824"/>
                <w:showingPlcHdr/>
                <w:text/>
              </w:sdtPr>
              <w:sdtContent>
                <w:r w:rsidR="0069641C">
                  <w:rPr>
                    <w:color w:val="767676"/>
                  </w:rPr>
                  <w:t>Enter responsible person</w:t>
                </w:r>
              </w:sdtContent>
            </w:sdt>
          </w:p>
        </w:tc>
        <w:tc>
          <w:tcPr>
            <w:tcW w:w="1559" w:type="dxa"/>
          </w:tcPr>
          <w:p w14:paraId="46F72E84" w14:textId="588344B0" w:rsidR="0069641C" w:rsidRDefault="00000000" w:rsidP="0069641C">
            <w:sdt>
              <w:sdtPr>
                <w:alias w:val="Action 4 - Due date"/>
                <w:tag w:val="Action 4 - Due date"/>
                <w:id w:val="-309782183"/>
                <w:showingPlcHdr/>
                <w:text/>
              </w:sdtPr>
              <w:sdtContent>
                <w:r w:rsidR="0069641C">
                  <w:rPr>
                    <w:color w:val="767676"/>
                  </w:rPr>
                  <w:t>Enter due date</w:t>
                </w:r>
              </w:sdtContent>
            </w:sdt>
          </w:p>
        </w:tc>
        <w:tc>
          <w:tcPr>
            <w:tcW w:w="3572" w:type="dxa"/>
          </w:tcPr>
          <w:p w14:paraId="0EF8701B" w14:textId="77777777" w:rsidR="0069641C" w:rsidRDefault="00000000" w:rsidP="0069641C">
            <w:sdt>
              <w:sdtPr>
                <w:alias w:val="Action 4 - Notes or comments"/>
                <w:tag w:val="Action 4 - Notes or comments"/>
                <w:id w:val="2111692308"/>
                <w:showingPlcHdr/>
                <w:text w:multiLine="1"/>
              </w:sdtPr>
              <w:sdtContent>
                <w:r w:rsidR="0069641C">
                  <w:rPr>
                    <w:color w:val="767676"/>
                  </w:rPr>
                  <w:t>Enter notes/comments</w:t>
                </w:r>
              </w:sdtContent>
            </w:sdt>
          </w:p>
          <w:p w14:paraId="13C0588B" w14:textId="77777777" w:rsidR="0069641C" w:rsidRDefault="0069641C" w:rsidP="0069641C"/>
        </w:tc>
      </w:tr>
      <w:tr w:rsidR="0069641C" w14:paraId="4F6B8CBB" w14:textId="77777777" w:rsidTr="00C2373A">
        <w:trPr>
          <w:trHeight w:val="1418"/>
        </w:trPr>
        <w:tc>
          <w:tcPr>
            <w:tcW w:w="3374" w:type="dxa"/>
          </w:tcPr>
          <w:p w14:paraId="0F1A26BC" w14:textId="57BF4715" w:rsidR="0069641C" w:rsidRDefault="00000000" w:rsidP="00884DE4">
            <w:pPr>
              <w:pStyle w:val="ListParagraph"/>
              <w:numPr>
                <w:ilvl w:val="0"/>
                <w:numId w:val="11"/>
              </w:numPr>
            </w:pPr>
            <w:sdt>
              <w:sdtPr>
                <w:alias w:val="Action 5 - Description"/>
                <w:tag w:val="Action 5 - Description"/>
                <w:id w:val="-1967647994"/>
                <w:showingPlcHdr/>
                <w:text w:multiLine="1"/>
              </w:sdtPr>
              <w:sdtContent>
                <w:r w:rsidR="00884DE4">
                  <w:t xml:space="preserve">     </w:t>
                </w:r>
              </w:sdtContent>
            </w:sdt>
          </w:p>
          <w:p w14:paraId="1D3DC6DD" w14:textId="77777777" w:rsidR="0069641C" w:rsidRDefault="0069641C" w:rsidP="0069641C"/>
        </w:tc>
        <w:tc>
          <w:tcPr>
            <w:tcW w:w="1701" w:type="dxa"/>
          </w:tcPr>
          <w:p w14:paraId="6602BDA9" w14:textId="691BD08E" w:rsidR="0069641C" w:rsidRDefault="00000000" w:rsidP="0069641C">
            <w:sdt>
              <w:sdtPr>
                <w:alias w:val="Action 5 - Responsible person"/>
                <w:tag w:val="Action 5 - Responsible person"/>
                <w:id w:val="-224912181"/>
                <w:showingPlcHdr/>
                <w:text/>
              </w:sdtPr>
              <w:sdtContent>
                <w:r w:rsidR="0069641C">
                  <w:rPr>
                    <w:color w:val="767676"/>
                  </w:rPr>
                  <w:t>Enter responsible person</w:t>
                </w:r>
              </w:sdtContent>
            </w:sdt>
          </w:p>
        </w:tc>
        <w:tc>
          <w:tcPr>
            <w:tcW w:w="1559" w:type="dxa"/>
          </w:tcPr>
          <w:p w14:paraId="1232F123" w14:textId="644E7195" w:rsidR="0069641C" w:rsidRDefault="00000000" w:rsidP="0069641C">
            <w:sdt>
              <w:sdtPr>
                <w:alias w:val="Action 5 - Due date"/>
                <w:tag w:val="Action 5 - Due date"/>
                <w:id w:val="-700935911"/>
                <w:showingPlcHdr/>
                <w:text/>
              </w:sdtPr>
              <w:sdtContent>
                <w:r w:rsidR="0069641C">
                  <w:rPr>
                    <w:color w:val="767676"/>
                  </w:rPr>
                  <w:t>Enter due date</w:t>
                </w:r>
              </w:sdtContent>
            </w:sdt>
          </w:p>
        </w:tc>
        <w:tc>
          <w:tcPr>
            <w:tcW w:w="3572" w:type="dxa"/>
          </w:tcPr>
          <w:p w14:paraId="3785159E" w14:textId="77777777" w:rsidR="0069641C" w:rsidRDefault="00000000" w:rsidP="0069641C">
            <w:sdt>
              <w:sdtPr>
                <w:alias w:val="Action 5 - Notes or comments"/>
                <w:tag w:val="Action 5 - Notes or comments"/>
                <w:id w:val="1624266713"/>
                <w:showingPlcHdr/>
                <w:text w:multiLine="1"/>
              </w:sdtPr>
              <w:sdtContent>
                <w:r w:rsidR="0069641C">
                  <w:rPr>
                    <w:color w:val="767676"/>
                  </w:rPr>
                  <w:t>Enter notes/comments</w:t>
                </w:r>
              </w:sdtContent>
            </w:sdt>
          </w:p>
          <w:p w14:paraId="47597F0A" w14:textId="77777777" w:rsidR="0069641C" w:rsidRDefault="0069641C" w:rsidP="0069641C"/>
        </w:tc>
      </w:tr>
      <w:tr w:rsidR="0069641C" w14:paraId="0F3D9BE3" w14:textId="77777777" w:rsidTr="00C2373A">
        <w:trPr>
          <w:trHeight w:val="1418"/>
        </w:trPr>
        <w:tc>
          <w:tcPr>
            <w:tcW w:w="3374" w:type="dxa"/>
          </w:tcPr>
          <w:p w14:paraId="1B13DF33" w14:textId="361395C9" w:rsidR="0069641C" w:rsidRDefault="00000000" w:rsidP="00884DE4">
            <w:pPr>
              <w:pStyle w:val="ListParagraph"/>
              <w:numPr>
                <w:ilvl w:val="0"/>
                <w:numId w:val="11"/>
              </w:numPr>
            </w:pPr>
            <w:sdt>
              <w:sdtPr>
                <w:alias w:val="Action 6 - Description"/>
                <w:tag w:val="Action 6 - Description"/>
                <w:id w:val="-1225526705"/>
                <w:showingPlcHdr/>
                <w:text w:multiLine="1"/>
              </w:sdtPr>
              <w:sdtContent>
                <w:r w:rsidR="00884DE4">
                  <w:t xml:space="preserve">     </w:t>
                </w:r>
              </w:sdtContent>
            </w:sdt>
          </w:p>
          <w:p w14:paraId="7DCE68A6" w14:textId="77777777" w:rsidR="0069641C" w:rsidRDefault="0069641C" w:rsidP="0069641C"/>
        </w:tc>
        <w:tc>
          <w:tcPr>
            <w:tcW w:w="1701" w:type="dxa"/>
          </w:tcPr>
          <w:p w14:paraId="7291B2D8" w14:textId="70D4DE39" w:rsidR="0069641C" w:rsidRDefault="00000000" w:rsidP="0069641C">
            <w:sdt>
              <w:sdtPr>
                <w:alias w:val="Action 6 - Responsible person"/>
                <w:tag w:val="Action 6 - Responsible person"/>
                <w:id w:val="-926184190"/>
                <w:showingPlcHdr/>
                <w:text/>
              </w:sdtPr>
              <w:sdtContent>
                <w:r w:rsidR="0069641C">
                  <w:rPr>
                    <w:color w:val="767676"/>
                  </w:rPr>
                  <w:t>Enter responsible person</w:t>
                </w:r>
              </w:sdtContent>
            </w:sdt>
          </w:p>
        </w:tc>
        <w:tc>
          <w:tcPr>
            <w:tcW w:w="1559" w:type="dxa"/>
          </w:tcPr>
          <w:p w14:paraId="5A870320" w14:textId="51CAB691" w:rsidR="0069641C" w:rsidRDefault="00000000" w:rsidP="0069641C">
            <w:sdt>
              <w:sdtPr>
                <w:alias w:val="Action 6 - Due date"/>
                <w:tag w:val="Action 6 - Due date"/>
                <w:id w:val="1656423350"/>
                <w:showingPlcHdr/>
                <w:text/>
              </w:sdtPr>
              <w:sdtContent>
                <w:r w:rsidR="0069641C">
                  <w:rPr>
                    <w:color w:val="767676"/>
                  </w:rPr>
                  <w:t>Enter due date</w:t>
                </w:r>
              </w:sdtContent>
            </w:sdt>
          </w:p>
        </w:tc>
        <w:tc>
          <w:tcPr>
            <w:tcW w:w="3572" w:type="dxa"/>
          </w:tcPr>
          <w:p w14:paraId="2DAB5A9B" w14:textId="77777777" w:rsidR="0069641C" w:rsidRDefault="00000000" w:rsidP="0069641C">
            <w:sdt>
              <w:sdtPr>
                <w:alias w:val="Action 6 - Notes or comments"/>
                <w:tag w:val="Action 6 - Notes or comments"/>
                <w:id w:val="-778793943"/>
                <w:showingPlcHdr/>
                <w:text w:multiLine="1"/>
              </w:sdtPr>
              <w:sdtContent>
                <w:r w:rsidR="0069641C">
                  <w:rPr>
                    <w:color w:val="767676"/>
                  </w:rPr>
                  <w:t>Enter notes/comments</w:t>
                </w:r>
              </w:sdtContent>
            </w:sdt>
          </w:p>
          <w:p w14:paraId="088FC9CE" w14:textId="77777777" w:rsidR="0069641C" w:rsidRDefault="0069641C" w:rsidP="0069641C"/>
        </w:tc>
      </w:tr>
      <w:tr w:rsidR="0069641C" w14:paraId="0FBEC48D" w14:textId="77777777" w:rsidTr="00C2373A">
        <w:trPr>
          <w:trHeight w:val="1418"/>
        </w:trPr>
        <w:tc>
          <w:tcPr>
            <w:tcW w:w="3374" w:type="dxa"/>
          </w:tcPr>
          <w:p w14:paraId="3F4729AD" w14:textId="5BAD88EC" w:rsidR="0069641C" w:rsidRDefault="00000000" w:rsidP="00884DE4">
            <w:pPr>
              <w:pStyle w:val="ListParagraph"/>
              <w:numPr>
                <w:ilvl w:val="0"/>
                <w:numId w:val="11"/>
              </w:numPr>
            </w:pPr>
            <w:sdt>
              <w:sdtPr>
                <w:alias w:val="Action 7 - Description"/>
                <w:tag w:val="Action 7 - Description"/>
                <w:id w:val="179161812"/>
                <w:showingPlcHdr/>
                <w:text w:multiLine="1"/>
              </w:sdtPr>
              <w:sdtContent>
                <w:r w:rsidR="00884DE4">
                  <w:t xml:space="preserve">     </w:t>
                </w:r>
              </w:sdtContent>
            </w:sdt>
          </w:p>
          <w:p w14:paraId="28169F40" w14:textId="77777777" w:rsidR="00115D5E" w:rsidRDefault="00115D5E" w:rsidP="0069641C"/>
        </w:tc>
        <w:tc>
          <w:tcPr>
            <w:tcW w:w="1701" w:type="dxa"/>
          </w:tcPr>
          <w:p w14:paraId="06E82615" w14:textId="77777777" w:rsidR="0069641C" w:rsidRDefault="00000000" w:rsidP="0069641C">
            <w:sdt>
              <w:sdtPr>
                <w:alias w:val="Action 7 - Responsible person"/>
                <w:tag w:val="Action 7 - Responsible person"/>
                <w:id w:val="-1981912695"/>
                <w:showingPlcHdr/>
                <w:text/>
              </w:sdtPr>
              <w:sdtContent>
                <w:r w:rsidR="0069641C">
                  <w:rPr>
                    <w:color w:val="767676"/>
                  </w:rPr>
                  <w:t>Enter responsible person</w:t>
                </w:r>
              </w:sdtContent>
            </w:sdt>
          </w:p>
        </w:tc>
        <w:tc>
          <w:tcPr>
            <w:tcW w:w="1559" w:type="dxa"/>
          </w:tcPr>
          <w:p w14:paraId="1309A037" w14:textId="77777777" w:rsidR="0069641C" w:rsidRDefault="00000000" w:rsidP="0069641C">
            <w:sdt>
              <w:sdtPr>
                <w:alias w:val="Action 7 - Due date"/>
                <w:tag w:val="Action 7 - Due date"/>
                <w:id w:val="215010236"/>
                <w:showingPlcHdr/>
                <w:text/>
              </w:sdtPr>
              <w:sdtContent>
                <w:r w:rsidR="0069641C">
                  <w:rPr>
                    <w:color w:val="767676"/>
                  </w:rPr>
                  <w:t>Enter due date</w:t>
                </w:r>
              </w:sdtContent>
            </w:sdt>
          </w:p>
        </w:tc>
        <w:tc>
          <w:tcPr>
            <w:tcW w:w="3572" w:type="dxa"/>
          </w:tcPr>
          <w:p w14:paraId="73541460" w14:textId="77777777" w:rsidR="0069641C" w:rsidRDefault="00000000" w:rsidP="0069641C">
            <w:sdt>
              <w:sdtPr>
                <w:alias w:val="Action 7 - Notes or comments"/>
                <w:tag w:val="Action 7 - Notes or comments"/>
                <w:id w:val="1095129695"/>
                <w:showingPlcHdr/>
                <w:text w:multiLine="1"/>
              </w:sdtPr>
              <w:sdtContent>
                <w:r w:rsidR="0069641C">
                  <w:rPr>
                    <w:color w:val="767676"/>
                  </w:rPr>
                  <w:t>Enter notes/comments</w:t>
                </w:r>
              </w:sdtContent>
            </w:sdt>
          </w:p>
          <w:p w14:paraId="7B9EA221" w14:textId="77777777" w:rsidR="0069641C" w:rsidRDefault="0069641C" w:rsidP="0069641C"/>
        </w:tc>
      </w:tr>
    </w:tbl>
    <w:p w14:paraId="0B12185A" w14:textId="7298666D" w:rsidR="007151F1" w:rsidRDefault="007151F1" w:rsidP="007151F1">
      <w:pPr>
        <w:pStyle w:val="Heading1"/>
      </w:pPr>
      <w:r>
        <w:lastRenderedPageBreak/>
        <w:br/>
        <w:t>Analysis/response 2 – Summary</w:t>
      </w:r>
    </w:p>
    <w:p w14:paraId="503CD8BC" w14:textId="77777777" w:rsidR="007151F1" w:rsidRDefault="007151F1" w:rsidP="007151F1"/>
    <w:tbl>
      <w:tblPr>
        <w:tblStyle w:val="TableGrid"/>
        <w:tblW w:w="0" w:type="auto"/>
        <w:tblInd w:w="-5" w:type="dxa"/>
        <w:tblLook w:val="04A0" w:firstRow="1" w:lastRow="0" w:firstColumn="1" w:lastColumn="0" w:noHBand="0" w:noVBand="1"/>
        <w:tblCaption w:val="Analysis summary details"/>
        <w:tblDescription w:val="Form fields for the assessment date and threat type."/>
      </w:tblPr>
      <w:tblGrid>
        <w:gridCol w:w="2553"/>
        <w:gridCol w:w="7642"/>
      </w:tblGrid>
      <w:tr w:rsidR="007151F1" w14:paraId="419B9AB1" w14:textId="77777777" w:rsidTr="00A71060">
        <w:trPr>
          <w:trHeight w:val="485"/>
        </w:trPr>
        <w:tc>
          <w:tcPr>
            <w:tcW w:w="2553" w:type="dxa"/>
            <w:vAlign w:val="center"/>
          </w:tcPr>
          <w:p w14:paraId="49538C4C" w14:textId="77777777" w:rsidR="007151F1" w:rsidRPr="008A2AED" w:rsidRDefault="007151F1" w:rsidP="00A71060">
            <w:pPr>
              <w:rPr>
                <w:b/>
                <w:bCs/>
              </w:rPr>
            </w:pPr>
            <w:r w:rsidRPr="008A2AED">
              <w:rPr>
                <w:b/>
                <w:bCs/>
              </w:rPr>
              <w:t>Date</w:t>
            </w:r>
          </w:p>
        </w:tc>
        <w:tc>
          <w:tcPr>
            <w:tcW w:w="7642" w:type="dxa"/>
            <w:vAlign w:val="center"/>
          </w:tcPr>
          <w:p w14:paraId="253A1DF2" w14:textId="77777777" w:rsidR="007151F1" w:rsidRDefault="00000000" w:rsidP="00A71060">
            <w:sdt>
              <w:sdtPr>
                <w:alias w:val="Date"/>
                <w:tag w:val="Date"/>
                <w:id w:val="1043786858"/>
                <w:showingPlcHdr/>
                <w:text/>
              </w:sdtPr>
              <w:sdtContent>
                <w:r w:rsidR="007151F1">
                  <w:rPr>
                    <w:color w:val="767676"/>
                  </w:rPr>
                  <w:t>Day Month Year</w:t>
                </w:r>
              </w:sdtContent>
            </w:sdt>
          </w:p>
        </w:tc>
      </w:tr>
      <w:tr w:rsidR="007151F1" w14:paraId="2292D4BA" w14:textId="77777777" w:rsidTr="00A71060">
        <w:trPr>
          <w:trHeight w:val="691"/>
        </w:trPr>
        <w:tc>
          <w:tcPr>
            <w:tcW w:w="2553" w:type="dxa"/>
            <w:vAlign w:val="center"/>
          </w:tcPr>
          <w:p w14:paraId="098A409C" w14:textId="1813CDEE" w:rsidR="007151F1" w:rsidRPr="008A2AED" w:rsidRDefault="007151F1" w:rsidP="00A71060">
            <w:pPr>
              <w:rPr>
                <w:b/>
                <w:bCs/>
              </w:rPr>
            </w:pPr>
            <w:r w:rsidRPr="008A2AED">
              <w:rPr>
                <w:b/>
                <w:bCs/>
              </w:rPr>
              <w:t>Threat type</w:t>
            </w:r>
            <w:r>
              <w:rPr>
                <w:b/>
                <w:bCs/>
              </w:rPr>
              <w:t xml:space="preserve"> </w:t>
            </w:r>
            <w:r>
              <w:rPr>
                <w:b/>
                <w:bCs/>
              </w:rPr>
              <w:br/>
            </w:r>
            <w:r w:rsidR="000D3BA3" w:rsidRPr="00195F5B">
              <w:t xml:space="preserve">(from the list </w:t>
            </w:r>
            <w:r w:rsidR="000D3BA3">
              <w:t xml:space="preserve">on </w:t>
            </w:r>
            <w:hyperlink w:anchor="_Scanning_-_Heritage" w:history="1">
              <w:r w:rsidR="000D3BA3">
                <w:rPr>
                  <w:rStyle w:val="Hyperlink"/>
                </w:rPr>
                <w:t>page 3</w:t>
              </w:r>
            </w:hyperlink>
            <w:r w:rsidR="000D3BA3">
              <w:t>)</w:t>
            </w:r>
          </w:p>
        </w:tc>
        <w:tc>
          <w:tcPr>
            <w:tcW w:w="7642" w:type="dxa"/>
            <w:vAlign w:val="center"/>
          </w:tcPr>
          <w:p w14:paraId="17DD5F04" w14:textId="77777777" w:rsidR="007151F1" w:rsidRDefault="00000000" w:rsidP="00A71060">
            <w:sdt>
              <w:sdtPr>
                <w:alias w:val="Threat type"/>
                <w:tag w:val="Threat type"/>
                <w:id w:val="207918850"/>
                <w:showingPlcHdr/>
                <w:text/>
              </w:sdtPr>
              <w:sdtContent>
                <w:r w:rsidR="007151F1">
                  <w:rPr>
                    <w:color w:val="767676"/>
                  </w:rPr>
                  <w:t>Enter threat type</w:t>
                </w:r>
              </w:sdtContent>
            </w:sdt>
          </w:p>
        </w:tc>
      </w:tr>
    </w:tbl>
    <w:p w14:paraId="75F7A6DA" w14:textId="77777777" w:rsidR="007151F1" w:rsidRDefault="007151F1" w:rsidP="007151F1">
      <w:pPr>
        <w:pStyle w:val="Heading2"/>
      </w:pPr>
      <w:r>
        <w:t>What is the crime threat? What might be harmed and how?</w:t>
      </w:r>
    </w:p>
    <w:tbl>
      <w:tblPr>
        <w:tblStyle w:val="TableGrid"/>
        <w:tblW w:w="0" w:type="auto"/>
        <w:tblInd w:w="-5" w:type="dxa"/>
        <w:tblLook w:val="04A0" w:firstRow="1" w:lastRow="0" w:firstColumn="1" w:lastColumn="0" w:noHBand="0" w:noVBand="1"/>
        <w:tblCaption w:val="Crime threat description"/>
        <w:tblDescription w:val="Form field describing the crime threat and what might be harmed."/>
      </w:tblPr>
      <w:tblGrid>
        <w:gridCol w:w="10195"/>
      </w:tblGrid>
      <w:tr w:rsidR="007151F1" w14:paraId="11BB484E" w14:textId="77777777" w:rsidTr="00A71060">
        <w:trPr>
          <w:trHeight w:val="2112"/>
        </w:trPr>
        <w:tc>
          <w:tcPr>
            <w:tcW w:w="10195" w:type="dxa"/>
          </w:tcPr>
          <w:p w14:paraId="38C8FDBF" w14:textId="77777777" w:rsidR="007151F1" w:rsidRDefault="00000000" w:rsidP="00A71060">
            <w:sdt>
              <w:sdtPr>
                <w:alias w:val="What is the crime threat? What might be harmed and how?"/>
                <w:tag w:val="What is the crime threat What might be harmed and how"/>
                <w:id w:val="-1995400640"/>
                <w:showingPlcHdr/>
                <w:text w:multiLine="1"/>
              </w:sdtPr>
              <w:sdtContent>
                <w:r w:rsidR="007151F1">
                  <w:rPr>
                    <w:color w:val="767676"/>
                  </w:rPr>
                  <w:t>Click or tap here to enter text.</w:t>
                </w:r>
              </w:sdtContent>
            </w:sdt>
          </w:p>
        </w:tc>
      </w:tr>
    </w:tbl>
    <w:p w14:paraId="58D1897D" w14:textId="77777777" w:rsidR="007151F1" w:rsidRDefault="007151F1" w:rsidP="007151F1">
      <w:pPr>
        <w:pStyle w:val="Heading2"/>
      </w:pPr>
      <w:r>
        <w:t>Existing controls</w:t>
      </w:r>
    </w:p>
    <w:tbl>
      <w:tblPr>
        <w:tblStyle w:val="TableGrid"/>
        <w:tblW w:w="0" w:type="auto"/>
        <w:tblInd w:w="-5" w:type="dxa"/>
        <w:tblLook w:val="04A0" w:firstRow="1" w:lastRow="0" w:firstColumn="1" w:lastColumn="0" w:noHBand="0" w:noVBand="1"/>
        <w:tblCaption w:val="Existing controls"/>
        <w:tblDescription w:val="Form field describing existing risk controls."/>
      </w:tblPr>
      <w:tblGrid>
        <w:gridCol w:w="10195"/>
      </w:tblGrid>
      <w:tr w:rsidR="007151F1" w14:paraId="4C3D1093" w14:textId="77777777" w:rsidTr="00A71060">
        <w:trPr>
          <w:trHeight w:val="1853"/>
        </w:trPr>
        <w:tc>
          <w:tcPr>
            <w:tcW w:w="10195" w:type="dxa"/>
          </w:tcPr>
          <w:p w14:paraId="7994603E" w14:textId="77777777" w:rsidR="007151F1" w:rsidRDefault="00000000" w:rsidP="00A71060">
            <w:sdt>
              <w:sdtPr>
                <w:alias w:val="Existing controls"/>
                <w:tag w:val="Existing controls"/>
                <w:id w:val="-389654485"/>
                <w:showingPlcHdr/>
                <w:text w:multiLine="1"/>
              </w:sdtPr>
              <w:sdtContent>
                <w:r w:rsidR="007151F1">
                  <w:rPr>
                    <w:color w:val="767676"/>
                  </w:rPr>
                  <w:t>Click or tap here to enter text.</w:t>
                </w:r>
              </w:sdtContent>
            </w:sdt>
          </w:p>
        </w:tc>
      </w:tr>
    </w:tbl>
    <w:p w14:paraId="5DB1C060" w14:textId="77777777" w:rsidR="007151F1" w:rsidRDefault="007151F1" w:rsidP="007151F1">
      <w:pPr>
        <w:pStyle w:val="Heading2"/>
      </w:pPr>
      <w:r>
        <w:t>Current risk rating</w:t>
      </w:r>
    </w:p>
    <w:tbl>
      <w:tblPr>
        <w:tblStyle w:val="TableGrid"/>
        <w:tblW w:w="0" w:type="auto"/>
        <w:tblInd w:w="-5" w:type="dxa"/>
        <w:tblLook w:val="04A0" w:firstRow="1" w:lastRow="0" w:firstColumn="1" w:lastColumn="0" w:noHBand="0" w:noVBand="1"/>
        <w:tblCaption w:val="Current risk rating"/>
        <w:tblDescription w:val="Form fields for current impact, likelihood and combined risk scores."/>
      </w:tblPr>
      <w:tblGrid>
        <w:gridCol w:w="3401"/>
        <w:gridCol w:w="3397"/>
        <w:gridCol w:w="3397"/>
      </w:tblGrid>
      <w:tr w:rsidR="007151F1" w14:paraId="26944C09" w14:textId="77777777" w:rsidTr="00A71060">
        <w:trPr>
          <w:trHeight w:val="958"/>
        </w:trPr>
        <w:tc>
          <w:tcPr>
            <w:tcW w:w="3401" w:type="dxa"/>
            <w:vAlign w:val="center"/>
          </w:tcPr>
          <w:p w14:paraId="072E0F13" w14:textId="77777777" w:rsidR="007151F1" w:rsidRDefault="007151F1" w:rsidP="00A71060">
            <w:r>
              <w:rPr>
                <w:b/>
                <w:sz w:val="18"/>
              </w:rPr>
              <w:t>I (Impact)</w:t>
            </w:r>
          </w:p>
          <w:p w14:paraId="0D050A79" w14:textId="77777777" w:rsidR="007151F1" w:rsidRDefault="00000000" w:rsidP="00A71060">
            <w:sdt>
              <w:sdtPr>
                <w:alias w:val="Current risk rating - I (Impact)"/>
                <w:tag w:val="Current risk rating - I Impact"/>
                <w:id w:val="1296485283"/>
                <w:showingPlcHdr/>
                <w:text/>
              </w:sdtPr>
              <w:sdtContent>
                <w:r w:rsidR="007151F1">
                  <w:rPr>
                    <w:color w:val="767676"/>
                  </w:rPr>
                  <w:t>Enter score</w:t>
                </w:r>
              </w:sdtContent>
            </w:sdt>
          </w:p>
        </w:tc>
        <w:tc>
          <w:tcPr>
            <w:tcW w:w="3397" w:type="dxa"/>
            <w:vAlign w:val="center"/>
          </w:tcPr>
          <w:p w14:paraId="156F6AC6" w14:textId="77777777" w:rsidR="007151F1" w:rsidRDefault="007151F1" w:rsidP="00A71060">
            <w:r>
              <w:rPr>
                <w:b/>
                <w:sz w:val="18"/>
              </w:rPr>
              <w:t>L (Likelihood)</w:t>
            </w:r>
          </w:p>
          <w:p w14:paraId="6E5FE4DA" w14:textId="77777777" w:rsidR="007151F1" w:rsidRDefault="00000000" w:rsidP="00A71060">
            <w:sdt>
              <w:sdtPr>
                <w:alias w:val="Current risk rating - L (Likelihood)"/>
                <w:tag w:val="Current risk rating - L Likelihood"/>
                <w:id w:val="-1669170596"/>
                <w:showingPlcHdr/>
                <w:text/>
              </w:sdtPr>
              <w:sdtContent>
                <w:r w:rsidR="007151F1">
                  <w:rPr>
                    <w:color w:val="767676"/>
                  </w:rPr>
                  <w:t>Enter score</w:t>
                </w:r>
              </w:sdtContent>
            </w:sdt>
          </w:p>
        </w:tc>
        <w:tc>
          <w:tcPr>
            <w:tcW w:w="3397" w:type="dxa"/>
            <w:vAlign w:val="center"/>
          </w:tcPr>
          <w:p w14:paraId="6FDB5E80" w14:textId="77777777" w:rsidR="007151F1" w:rsidRDefault="007151F1" w:rsidP="00A71060">
            <w:r>
              <w:rPr>
                <w:b/>
                <w:sz w:val="18"/>
              </w:rPr>
              <w:t>I x L (Impact x Likelihood)</w:t>
            </w:r>
          </w:p>
          <w:p w14:paraId="4DC55680" w14:textId="77777777" w:rsidR="007151F1" w:rsidRDefault="00000000" w:rsidP="00A71060">
            <w:sdt>
              <w:sdtPr>
                <w:alias w:val="Current risk rating - I x L (Impact x Likelihood)"/>
                <w:tag w:val="Current risk rating - I x L Impact x Likelihood"/>
                <w:id w:val="-2111654360"/>
                <w:showingPlcHdr/>
                <w:text/>
              </w:sdtPr>
              <w:sdtContent>
                <w:r w:rsidR="007151F1">
                  <w:rPr>
                    <w:color w:val="767676"/>
                  </w:rPr>
                  <w:t>Enter score</w:t>
                </w:r>
              </w:sdtContent>
            </w:sdt>
          </w:p>
        </w:tc>
      </w:tr>
    </w:tbl>
    <w:p w14:paraId="2235BF73" w14:textId="77777777" w:rsidR="007151F1" w:rsidRDefault="007151F1" w:rsidP="007151F1">
      <w:pPr>
        <w:pStyle w:val="Heading2"/>
      </w:pPr>
      <w:r>
        <w:t>Additional controls for consideration (</w:t>
      </w:r>
      <w:proofErr w:type="gramStart"/>
      <w:r>
        <w:t>brief summary</w:t>
      </w:r>
      <w:proofErr w:type="gramEnd"/>
      <w:r>
        <w:t>)</w:t>
      </w:r>
    </w:p>
    <w:tbl>
      <w:tblPr>
        <w:tblStyle w:val="TableGrid"/>
        <w:tblW w:w="0" w:type="auto"/>
        <w:tblInd w:w="-5" w:type="dxa"/>
        <w:tblLook w:val="04A0" w:firstRow="1" w:lastRow="0" w:firstColumn="1" w:lastColumn="0" w:noHBand="0" w:noVBand="1"/>
        <w:tblCaption w:val="Additional controls"/>
        <w:tblDescription w:val="Form field describing additional controls for consideration."/>
      </w:tblPr>
      <w:tblGrid>
        <w:gridCol w:w="10195"/>
      </w:tblGrid>
      <w:tr w:rsidR="007151F1" w14:paraId="67671E21" w14:textId="77777777" w:rsidTr="00A71060">
        <w:trPr>
          <w:trHeight w:val="1853"/>
        </w:trPr>
        <w:tc>
          <w:tcPr>
            <w:tcW w:w="10195" w:type="dxa"/>
          </w:tcPr>
          <w:p w14:paraId="56431AC7" w14:textId="5B9E4DFF" w:rsidR="007151F1" w:rsidRDefault="00000000" w:rsidP="007151F1">
            <w:sdt>
              <w:sdtPr>
                <w:alias w:val="Additional controls (brief summary)"/>
                <w:tag w:val="Additional controls brief summary"/>
                <w:id w:val="1955125862"/>
                <w:showingPlcHdr/>
                <w:text w:multiLine="1"/>
              </w:sdtPr>
              <w:sdtContent>
                <w:r w:rsidR="007151F1">
                  <w:rPr>
                    <w:color w:val="767676"/>
                  </w:rPr>
                  <w:t>Click or tap here to enter text.</w:t>
                </w:r>
              </w:sdtContent>
            </w:sdt>
          </w:p>
        </w:tc>
      </w:tr>
    </w:tbl>
    <w:p w14:paraId="79FBD005" w14:textId="77777777" w:rsidR="007151F1" w:rsidRDefault="007151F1" w:rsidP="007151F1">
      <w:pPr>
        <w:pStyle w:val="Heading2"/>
      </w:pPr>
      <w:r>
        <w:t>Revised risk rating</w:t>
      </w:r>
    </w:p>
    <w:tbl>
      <w:tblPr>
        <w:tblStyle w:val="TableGrid"/>
        <w:tblW w:w="0" w:type="auto"/>
        <w:tblInd w:w="-5" w:type="dxa"/>
        <w:tblLook w:val="04A0" w:firstRow="1" w:lastRow="0" w:firstColumn="1" w:lastColumn="0" w:noHBand="0" w:noVBand="1"/>
        <w:tblCaption w:val="Revised risk rating"/>
        <w:tblDescription w:val="Form fields for revised impact, likelihood and combined risk scores."/>
      </w:tblPr>
      <w:tblGrid>
        <w:gridCol w:w="3401"/>
        <w:gridCol w:w="3397"/>
        <w:gridCol w:w="3397"/>
      </w:tblGrid>
      <w:tr w:rsidR="007151F1" w14:paraId="5789AAB6" w14:textId="77777777" w:rsidTr="00A71060">
        <w:trPr>
          <w:trHeight w:val="983"/>
        </w:trPr>
        <w:tc>
          <w:tcPr>
            <w:tcW w:w="3401" w:type="dxa"/>
            <w:vAlign w:val="center"/>
          </w:tcPr>
          <w:p w14:paraId="4C684F92" w14:textId="77777777" w:rsidR="007151F1" w:rsidRDefault="007151F1" w:rsidP="00A71060">
            <w:r>
              <w:rPr>
                <w:b/>
                <w:sz w:val="18"/>
              </w:rPr>
              <w:t>I (Impact)</w:t>
            </w:r>
          </w:p>
          <w:p w14:paraId="58C16257" w14:textId="77777777" w:rsidR="007151F1" w:rsidRDefault="00000000" w:rsidP="00A71060">
            <w:sdt>
              <w:sdtPr>
                <w:alias w:val="Revised risk rating - I (Impact)"/>
                <w:tag w:val="Revised risk rating - I Impact"/>
                <w:id w:val="-583682490"/>
                <w:showingPlcHdr/>
                <w:text/>
              </w:sdtPr>
              <w:sdtContent>
                <w:r w:rsidR="007151F1">
                  <w:rPr>
                    <w:color w:val="767676"/>
                  </w:rPr>
                  <w:t>Enter score</w:t>
                </w:r>
              </w:sdtContent>
            </w:sdt>
          </w:p>
        </w:tc>
        <w:tc>
          <w:tcPr>
            <w:tcW w:w="3397" w:type="dxa"/>
            <w:vAlign w:val="center"/>
          </w:tcPr>
          <w:p w14:paraId="0DE67654" w14:textId="77777777" w:rsidR="007151F1" w:rsidRDefault="007151F1" w:rsidP="00A71060">
            <w:r>
              <w:rPr>
                <w:b/>
                <w:sz w:val="18"/>
              </w:rPr>
              <w:t>L (Likelihood)</w:t>
            </w:r>
          </w:p>
          <w:p w14:paraId="5D563C5F" w14:textId="77777777" w:rsidR="007151F1" w:rsidRDefault="00000000" w:rsidP="00A71060">
            <w:sdt>
              <w:sdtPr>
                <w:alias w:val="Revised risk rating - L (Likelihood)"/>
                <w:tag w:val="Revised risk rating - L Likelihood"/>
                <w:id w:val="-115907415"/>
                <w:showingPlcHdr/>
                <w:text/>
              </w:sdtPr>
              <w:sdtContent>
                <w:r w:rsidR="007151F1">
                  <w:rPr>
                    <w:color w:val="767676"/>
                  </w:rPr>
                  <w:t>Enter score</w:t>
                </w:r>
              </w:sdtContent>
            </w:sdt>
          </w:p>
        </w:tc>
        <w:tc>
          <w:tcPr>
            <w:tcW w:w="3397" w:type="dxa"/>
            <w:vAlign w:val="center"/>
          </w:tcPr>
          <w:p w14:paraId="5056E9C5" w14:textId="77777777" w:rsidR="007151F1" w:rsidRDefault="007151F1" w:rsidP="00A71060">
            <w:r>
              <w:rPr>
                <w:b/>
                <w:sz w:val="18"/>
              </w:rPr>
              <w:t>I x L (Impact x Likelihood)</w:t>
            </w:r>
          </w:p>
          <w:p w14:paraId="3152FB91" w14:textId="77777777" w:rsidR="007151F1" w:rsidRDefault="00000000" w:rsidP="00A71060">
            <w:sdt>
              <w:sdtPr>
                <w:alias w:val="Revised risk rating - I x L (Impact x Likelihood)"/>
                <w:tag w:val="Revised risk rating - I x L Impact x Likelihood"/>
                <w:id w:val="-20552975"/>
                <w:showingPlcHdr/>
                <w:text/>
              </w:sdtPr>
              <w:sdtContent>
                <w:r w:rsidR="007151F1">
                  <w:rPr>
                    <w:color w:val="767676"/>
                  </w:rPr>
                  <w:t>Enter score</w:t>
                </w:r>
              </w:sdtContent>
            </w:sdt>
          </w:p>
        </w:tc>
      </w:tr>
    </w:tbl>
    <w:p w14:paraId="5766FB6E" w14:textId="77777777" w:rsidR="007151F1" w:rsidRDefault="007151F1" w:rsidP="007151F1">
      <w:pPr>
        <w:pStyle w:val="LayoutSpacer2"/>
        <w:rPr>
          <w:rFonts w:eastAsia="Arial"/>
          <w:sz w:val="28"/>
        </w:rPr>
      </w:pPr>
    </w:p>
    <w:p w14:paraId="24C899B5" w14:textId="77777777" w:rsidR="007151F1" w:rsidRDefault="007151F1" w:rsidP="007151F1">
      <w:pPr>
        <w:pStyle w:val="Heading2"/>
      </w:pPr>
      <w:r>
        <w:rPr>
          <w:rFonts w:eastAsia="Arial"/>
          <w:sz w:val="28"/>
        </w:rPr>
        <w:t>Key actions agreed (with target date and date completed)</w:t>
      </w:r>
    </w:p>
    <w:tbl>
      <w:tblPr>
        <w:tblStyle w:val="TableGrid"/>
        <w:tblW w:w="10206" w:type="dxa"/>
        <w:tblInd w:w="-5" w:type="dxa"/>
        <w:tblLook w:val="04A0" w:firstRow="1" w:lastRow="0" w:firstColumn="1" w:lastColumn="0" w:noHBand="0" w:noVBand="1"/>
        <w:tblCaption w:val="Key actions"/>
        <w:tblDescription w:val="Action description, responsible person, due date and notes for seven actions."/>
      </w:tblPr>
      <w:tblGrid>
        <w:gridCol w:w="3374"/>
        <w:gridCol w:w="1701"/>
        <w:gridCol w:w="1559"/>
        <w:gridCol w:w="3572"/>
      </w:tblGrid>
      <w:tr w:rsidR="007151F1" w14:paraId="644E5DAF" w14:textId="77777777" w:rsidTr="00A71060">
        <w:trPr>
          <w:trHeight w:val="510"/>
          <w:tblHeader/>
        </w:trPr>
        <w:tc>
          <w:tcPr>
            <w:tcW w:w="3374" w:type="dxa"/>
            <w:shd w:val="clear" w:color="auto" w:fill="000000" w:themeFill="text1"/>
            <w:vAlign w:val="center"/>
          </w:tcPr>
          <w:p w14:paraId="3EBD7A10" w14:textId="77777777" w:rsidR="007151F1" w:rsidRDefault="007151F1" w:rsidP="00A71060">
            <w:r>
              <w:rPr>
                <w:b/>
                <w:color w:val="FFFFFF"/>
              </w:rPr>
              <w:t>Description</w:t>
            </w:r>
          </w:p>
        </w:tc>
        <w:tc>
          <w:tcPr>
            <w:tcW w:w="1701" w:type="dxa"/>
            <w:shd w:val="clear" w:color="auto" w:fill="000000" w:themeFill="text1"/>
            <w:vAlign w:val="center"/>
          </w:tcPr>
          <w:p w14:paraId="06009254" w14:textId="77777777" w:rsidR="007151F1" w:rsidRDefault="007151F1" w:rsidP="00A71060">
            <w:r>
              <w:rPr>
                <w:b/>
                <w:color w:val="FFFFFF"/>
              </w:rPr>
              <w:t>Responsible person</w:t>
            </w:r>
          </w:p>
        </w:tc>
        <w:tc>
          <w:tcPr>
            <w:tcW w:w="1559" w:type="dxa"/>
            <w:shd w:val="clear" w:color="auto" w:fill="000000" w:themeFill="text1"/>
            <w:vAlign w:val="center"/>
          </w:tcPr>
          <w:p w14:paraId="5EFA642D" w14:textId="77777777" w:rsidR="007151F1" w:rsidRDefault="007151F1" w:rsidP="00A71060">
            <w:r>
              <w:rPr>
                <w:b/>
                <w:color w:val="FFFFFF"/>
              </w:rPr>
              <w:t>Due date</w:t>
            </w:r>
          </w:p>
        </w:tc>
        <w:tc>
          <w:tcPr>
            <w:tcW w:w="3572" w:type="dxa"/>
            <w:shd w:val="clear" w:color="auto" w:fill="000000" w:themeFill="text1"/>
            <w:vAlign w:val="center"/>
          </w:tcPr>
          <w:p w14:paraId="46E1ED03" w14:textId="77777777" w:rsidR="007151F1" w:rsidRDefault="007151F1" w:rsidP="00A71060">
            <w:r>
              <w:rPr>
                <w:b/>
                <w:color w:val="FFFFFF"/>
              </w:rPr>
              <w:t>Notes/comments</w:t>
            </w:r>
          </w:p>
        </w:tc>
      </w:tr>
      <w:tr w:rsidR="007151F1" w14:paraId="1A16AE64" w14:textId="77777777" w:rsidTr="00A71060">
        <w:trPr>
          <w:trHeight w:val="1418"/>
        </w:trPr>
        <w:tc>
          <w:tcPr>
            <w:tcW w:w="3374" w:type="dxa"/>
          </w:tcPr>
          <w:p w14:paraId="2D6CFB5C" w14:textId="3CB06859" w:rsidR="007151F1" w:rsidRDefault="00000000" w:rsidP="00FA5F56">
            <w:pPr>
              <w:pStyle w:val="ListParagraph"/>
              <w:numPr>
                <w:ilvl w:val="0"/>
                <w:numId w:val="12"/>
              </w:numPr>
            </w:pPr>
            <w:sdt>
              <w:sdtPr>
                <w:alias w:val="Action 1 - Description"/>
                <w:tag w:val="Action 1 - Description"/>
                <w:id w:val="542413172"/>
                <w:showingPlcHdr/>
                <w:text w:multiLine="1"/>
              </w:sdtPr>
              <w:sdtContent>
                <w:r w:rsidR="00FA5F56">
                  <w:t xml:space="preserve">     </w:t>
                </w:r>
              </w:sdtContent>
            </w:sdt>
          </w:p>
          <w:p w14:paraId="48F3CAC5" w14:textId="77777777" w:rsidR="007151F1" w:rsidRDefault="007151F1" w:rsidP="00A71060"/>
        </w:tc>
        <w:tc>
          <w:tcPr>
            <w:tcW w:w="1701" w:type="dxa"/>
          </w:tcPr>
          <w:p w14:paraId="4BB6B2F2" w14:textId="77777777" w:rsidR="007151F1" w:rsidRDefault="00000000" w:rsidP="00A71060">
            <w:sdt>
              <w:sdtPr>
                <w:alias w:val="Action 1 - Responsible person"/>
                <w:tag w:val="Action 1 - Responsible person"/>
                <w:id w:val="1953979890"/>
                <w:showingPlcHdr/>
                <w:text/>
              </w:sdtPr>
              <w:sdtContent>
                <w:r w:rsidR="007151F1">
                  <w:rPr>
                    <w:color w:val="767676"/>
                  </w:rPr>
                  <w:t>Enter responsible person</w:t>
                </w:r>
              </w:sdtContent>
            </w:sdt>
          </w:p>
        </w:tc>
        <w:tc>
          <w:tcPr>
            <w:tcW w:w="1559" w:type="dxa"/>
          </w:tcPr>
          <w:p w14:paraId="3AFBBD6A" w14:textId="77777777" w:rsidR="007151F1" w:rsidRDefault="00000000" w:rsidP="00A71060">
            <w:sdt>
              <w:sdtPr>
                <w:alias w:val="Action 1 - Due date"/>
                <w:tag w:val="Action 1 - Due date"/>
                <w:id w:val="1813673778"/>
                <w:showingPlcHdr/>
                <w:text/>
              </w:sdtPr>
              <w:sdtContent>
                <w:r w:rsidR="007151F1">
                  <w:rPr>
                    <w:color w:val="767676"/>
                  </w:rPr>
                  <w:t>Enter due date</w:t>
                </w:r>
              </w:sdtContent>
            </w:sdt>
          </w:p>
        </w:tc>
        <w:tc>
          <w:tcPr>
            <w:tcW w:w="3572" w:type="dxa"/>
          </w:tcPr>
          <w:p w14:paraId="669E5AA1" w14:textId="77777777" w:rsidR="007151F1" w:rsidRDefault="00000000" w:rsidP="00A71060">
            <w:sdt>
              <w:sdtPr>
                <w:alias w:val="Action 1 - Notes or comments"/>
                <w:tag w:val="Action 1 - Notes or comments"/>
                <w:id w:val="223257513"/>
                <w:showingPlcHdr/>
                <w:text w:multiLine="1"/>
              </w:sdtPr>
              <w:sdtContent>
                <w:r w:rsidR="007151F1">
                  <w:rPr>
                    <w:color w:val="767676"/>
                  </w:rPr>
                  <w:t>Enter notes/comments</w:t>
                </w:r>
              </w:sdtContent>
            </w:sdt>
          </w:p>
          <w:p w14:paraId="6407CB7F" w14:textId="77777777" w:rsidR="007151F1" w:rsidRDefault="007151F1" w:rsidP="00A71060"/>
        </w:tc>
      </w:tr>
      <w:tr w:rsidR="007151F1" w14:paraId="7C6E7125" w14:textId="77777777" w:rsidTr="00A71060">
        <w:trPr>
          <w:trHeight w:val="1418"/>
        </w:trPr>
        <w:tc>
          <w:tcPr>
            <w:tcW w:w="3374" w:type="dxa"/>
          </w:tcPr>
          <w:p w14:paraId="732CF157" w14:textId="0FE92288" w:rsidR="007151F1" w:rsidRDefault="00000000" w:rsidP="00FA5F56">
            <w:pPr>
              <w:pStyle w:val="ListParagraph"/>
              <w:numPr>
                <w:ilvl w:val="0"/>
                <w:numId w:val="12"/>
              </w:numPr>
            </w:pPr>
            <w:sdt>
              <w:sdtPr>
                <w:alias w:val="Action 2 - Description"/>
                <w:tag w:val="Action 2 - Description"/>
                <w:id w:val="-15387941"/>
                <w:showingPlcHdr/>
                <w:text w:multiLine="1"/>
              </w:sdtPr>
              <w:sdtContent>
                <w:r w:rsidR="00FA5F56">
                  <w:t xml:space="preserve">     </w:t>
                </w:r>
              </w:sdtContent>
            </w:sdt>
          </w:p>
          <w:p w14:paraId="1E338D98" w14:textId="77777777" w:rsidR="007151F1" w:rsidRDefault="007151F1" w:rsidP="00A71060"/>
        </w:tc>
        <w:tc>
          <w:tcPr>
            <w:tcW w:w="1701" w:type="dxa"/>
          </w:tcPr>
          <w:p w14:paraId="3ACBC4C7" w14:textId="77777777" w:rsidR="007151F1" w:rsidRDefault="00000000" w:rsidP="00A71060">
            <w:sdt>
              <w:sdtPr>
                <w:alias w:val="Action 2 - Responsible person"/>
                <w:tag w:val="Action 2 - Responsible person"/>
                <w:id w:val="1466159395"/>
                <w:showingPlcHdr/>
                <w:text/>
              </w:sdtPr>
              <w:sdtContent>
                <w:r w:rsidR="007151F1">
                  <w:rPr>
                    <w:color w:val="767676"/>
                  </w:rPr>
                  <w:t>Enter responsible person</w:t>
                </w:r>
              </w:sdtContent>
            </w:sdt>
          </w:p>
        </w:tc>
        <w:tc>
          <w:tcPr>
            <w:tcW w:w="1559" w:type="dxa"/>
          </w:tcPr>
          <w:p w14:paraId="3648E7DA" w14:textId="77777777" w:rsidR="007151F1" w:rsidRDefault="00000000" w:rsidP="00A71060">
            <w:sdt>
              <w:sdtPr>
                <w:alias w:val="Action 2 - Due date"/>
                <w:tag w:val="Action 2 - Due date"/>
                <w:id w:val="-1900821253"/>
                <w:showingPlcHdr/>
                <w:text/>
              </w:sdtPr>
              <w:sdtContent>
                <w:r w:rsidR="007151F1">
                  <w:rPr>
                    <w:color w:val="767676"/>
                  </w:rPr>
                  <w:t>Enter due date</w:t>
                </w:r>
              </w:sdtContent>
            </w:sdt>
          </w:p>
        </w:tc>
        <w:tc>
          <w:tcPr>
            <w:tcW w:w="3572" w:type="dxa"/>
          </w:tcPr>
          <w:p w14:paraId="25F35CB4" w14:textId="77777777" w:rsidR="007151F1" w:rsidRDefault="00000000" w:rsidP="00A71060">
            <w:sdt>
              <w:sdtPr>
                <w:alias w:val="Action 2 - Notes or comments"/>
                <w:tag w:val="Action 2 - Notes or comments"/>
                <w:id w:val="660588862"/>
                <w:showingPlcHdr/>
                <w:text w:multiLine="1"/>
              </w:sdtPr>
              <w:sdtContent>
                <w:r w:rsidR="007151F1">
                  <w:rPr>
                    <w:color w:val="767676"/>
                  </w:rPr>
                  <w:t>Enter notes/comments</w:t>
                </w:r>
              </w:sdtContent>
            </w:sdt>
          </w:p>
          <w:p w14:paraId="04383C50" w14:textId="77777777" w:rsidR="007151F1" w:rsidRDefault="007151F1" w:rsidP="00A71060"/>
        </w:tc>
      </w:tr>
      <w:tr w:rsidR="007151F1" w14:paraId="752059E0" w14:textId="77777777" w:rsidTr="00A71060">
        <w:trPr>
          <w:trHeight w:val="1418"/>
        </w:trPr>
        <w:tc>
          <w:tcPr>
            <w:tcW w:w="3374" w:type="dxa"/>
          </w:tcPr>
          <w:p w14:paraId="33F79F77" w14:textId="04D50928" w:rsidR="007151F1" w:rsidRDefault="00000000" w:rsidP="00FA5F56">
            <w:pPr>
              <w:pStyle w:val="ListParagraph"/>
              <w:numPr>
                <w:ilvl w:val="0"/>
                <w:numId w:val="12"/>
              </w:numPr>
            </w:pPr>
            <w:sdt>
              <w:sdtPr>
                <w:alias w:val="Action 3 - Description"/>
                <w:tag w:val="Action 3 - Description"/>
                <w:id w:val="-1128165642"/>
                <w:showingPlcHdr/>
                <w:text w:multiLine="1"/>
              </w:sdtPr>
              <w:sdtContent>
                <w:r w:rsidR="00FA5F56">
                  <w:t xml:space="preserve">     </w:t>
                </w:r>
              </w:sdtContent>
            </w:sdt>
          </w:p>
          <w:p w14:paraId="3DAD57D8" w14:textId="77777777" w:rsidR="007151F1" w:rsidRDefault="007151F1" w:rsidP="00A71060"/>
        </w:tc>
        <w:tc>
          <w:tcPr>
            <w:tcW w:w="1701" w:type="dxa"/>
          </w:tcPr>
          <w:p w14:paraId="3E0FDB7A" w14:textId="77777777" w:rsidR="007151F1" w:rsidRDefault="00000000" w:rsidP="00A71060">
            <w:sdt>
              <w:sdtPr>
                <w:alias w:val="Action 3 - Responsible person"/>
                <w:tag w:val="Action 3 - Responsible person"/>
                <w:id w:val="-949468810"/>
                <w:showingPlcHdr/>
                <w:text/>
              </w:sdtPr>
              <w:sdtContent>
                <w:r w:rsidR="007151F1">
                  <w:rPr>
                    <w:color w:val="767676"/>
                  </w:rPr>
                  <w:t>Enter responsible person</w:t>
                </w:r>
              </w:sdtContent>
            </w:sdt>
          </w:p>
        </w:tc>
        <w:tc>
          <w:tcPr>
            <w:tcW w:w="1559" w:type="dxa"/>
          </w:tcPr>
          <w:p w14:paraId="0163A147" w14:textId="77777777" w:rsidR="007151F1" w:rsidRDefault="00000000" w:rsidP="00A71060">
            <w:sdt>
              <w:sdtPr>
                <w:alias w:val="Action 3 - Due date"/>
                <w:tag w:val="Action 3 - Due date"/>
                <w:id w:val="-1611266185"/>
                <w:showingPlcHdr/>
                <w:text/>
              </w:sdtPr>
              <w:sdtContent>
                <w:r w:rsidR="007151F1">
                  <w:rPr>
                    <w:color w:val="767676"/>
                  </w:rPr>
                  <w:t>Enter due date</w:t>
                </w:r>
              </w:sdtContent>
            </w:sdt>
          </w:p>
        </w:tc>
        <w:tc>
          <w:tcPr>
            <w:tcW w:w="3572" w:type="dxa"/>
          </w:tcPr>
          <w:p w14:paraId="662EDEFB" w14:textId="77777777" w:rsidR="007151F1" w:rsidRDefault="00000000" w:rsidP="00A71060">
            <w:sdt>
              <w:sdtPr>
                <w:alias w:val="Action 3 - Notes or comments"/>
                <w:tag w:val="Action 3 - Notes or comments"/>
                <w:id w:val="-1239098589"/>
                <w:showingPlcHdr/>
                <w:text w:multiLine="1"/>
              </w:sdtPr>
              <w:sdtContent>
                <w:r w:rsidR="007151F1">
                  <w:rPr>
                    <w:color w:val="767676"/>
                  </w:rPr>
                  <w:t>Enter notes/comments</w:t>
                </w:r>
              </w:sdtContent>
            </w:sdt>
          </w:p>
          <w:p w14:paraId="2F2D3A3F" w14:textId="77777777" w:rsidR="007151F1" w:rsidRDefault="007151F1" w:rsidP="00A71060"/>
        </w:tc>
      </w:tr>
      <w:tr w:rsidR="007151F1" w14:paraId="7B825AF4" w14:textId="77777777" w:rsidTr="00A71060">
        <w:trPr>
          <w:trHeight w:val="1418"/>
        </w:trPr>
        <w:tc>
          <w:tcPr>
            <w:tcW w:w="3374" w:type="dxa"/>
          </w:tcPr>
          <w:p w14:paraId="7524E227" w14:textId="2B74A9E8" w:rsidR="007151F1" w:rsidRDefault="00000000" w:rsidP="00FA5F56">
            <w:pPr>
              <w:pStyle w:val="ListParagraph"/>
              <w:numPr>
                <w:ilvl w:val="0"/>
                <w:numId w:val="12"/>
              </w:numPr>
            </w:pPr>
            <w:sdt>
              <w:sdtPr>
                <w:alias w:val="Action 4 - Description"/>
                <w:tag w:val="Action 4 - Description"/>
                <w:id w:val="976646406"/>
                <w:showingPlcHdr/>
                <w:text w:multiLine="1"/>
              </w:sdtPr>
              <w:sdtContent>
                <w:r w:rsidR="00FA5F56">
                  <w:t xml:space="preserve">     </w:t>
                </w:r>
              </w:sdtContent>
            </w:sdt>
          </w:p>
          <w:p w14:paraId="2304F512" w14:textId="77777777" w:rsidR="007151F1" w:rsidRDefault="007151F1" w:rsidP="00A71060"/>
        </w:tc>
        <w:tc>
          <w:tcPr>
            <w:tcW w:w="1701" w:type="dxa"/>
          </w:tcPr>
          <w:p w14:paraId="103A739B" w14:textId="77777777" w:rsidR="007151F1" w:rsidRDefault="00000000" w:rsidP="00A71060">
            <w:sdt>
              <w:sdtPr>
                <w:alias w:val="Action 4 - Responsible person"/>
                <w:tag w:val="Action 4 - Responsible person"/>
                <w:id w:val="1312358390"/>
                <w:showingPlcHdr/>
                <w:text/>
              </w:sdtPr>
              <w:sdtContent>
                <w:r w:rsidR="007151F1">
                  <w:rPr>
                    <w:color w:val="767676"/>
                  </w:rPr>
                  <w:t>Enter responsible person</w:t>
                </w:r>
              </w:sdtContent>
            </w:sdt>
          </w:p>
        </w:tc>
        <w:tc>
          <w:tcPr>
            <w:tcW w:w="1559" w:type="dxa"/>
          </w:tcPr>
          <w:p w14:paraId="2D71C066" w14:textId="77777777" w:rsidR="007151F1" w:rsidRDefault="00000000" w:rsidP="00A71060">
            <w:sdt>
              <w:sdtPr>
                <w:alias w:val="Action 4 - Due date"/>
                <w:tag w:val="Action 4 - Due date"/>
                <w:id w:val="-97191347"/>
                <w:showingPlcHdr/>
                <w:text/>
              </w:sdtPr>
              <w:sdtContent>
                <w:r w:rsidR="007151F1">
                  <w:rPr>
                    <w:color w:val="767676"/>
                  </w:rPr>
                  <w:t>Enter due date</w:t>
                </w:r>
              </w:sdtContent>
            </w:sdt>
          </w:p>
        </w:tc>
        <w:tc>
          <w:tcPr>
            <w:tcW w:w="3572" w:type="dxa"/>
          </w:tcPr>
          <w:p w14:paraId="7FEEE0A4" w14:textId="77777777" w:rsidR="007151F1" w:rsidRDefault="00000000" w:rsidP="00A71060">
            <w:sdt>
              <w:sdtPr>
                <w:alias w:val="Action 4 - Notes or comments"/>
                <w:tag w:val="Action 4 - Notes or comments"/>
                <w:id w:val="-912161965"/>
                <w:showingPlcHdr/>
                <w:text w:multiLine="1"/>
              </w:sdtPr>
              <w:sdtContent>
                <w:r w:rsidR="007151F1">
                  <w:rPr>
                    <w:color w:val="767676"/>
                  </w:rPr>
                  <w:t>Enter notes/comments</w:t>
                </w:r>
              </w:sdtContent>
            </w:sdt>
          </w:p>
          <w:p w14:paraId="0A2D00BF" w14:textId="77777777" w:rsidR="007151F1" w:rsidRDefault="007151F1" w:rsidP="00A71060"/>
        </w:tc>
      </w:tr>
      <w:tr w:rsidR="007151F1" w14:paraId="3150203B" w14:textId="77777777" w:rsidTr="00A71060">
        <w:trPr>
          <w:trHeight w:val="1418"/>
        </w:trPr>
        <w:tc>
          <w:tcPr>
            <w:tcW w:w="3374" w:type="dxa"/>
          </w:tcPr>
          <w:p w14:paraId="52E82BFD" w14:textId="57E8DFBC" w:rsidR="007151F1" w:rsidRDefault="00000000" w:rsidP="00FA5F56">
            <w:pPr>
              <w:pStyle w:val="ListParagraph"/>
              <w:numPr>
                <w:ilvl w:val="0"/>
                <w:numId w:val="12"/>
              </w:numPr>
            </w:pPr>
            <w:sdt>
              <w:sdtPr>
                <w:alias w:val="Action 5 - Description"/>
                <w:tag w:val="Action 5 - Description"/>
                <w:id w:val="1885605030"/>
                <w:showingPlcHdr/>
                <w:text w:multiLine="1"/>
              </w:sdtPr>
              <w:sdtContent>
                <w:r w:rsidR="00FA5F56">
                  <w:t xml:space="preserve">     </w:t>
                </w:r>
              </w:sdtContent>
            </w:sdt>
          </w:p>
          <w:p w14:paraId="2FEC7196" w14:textId="77777777" w:rsidR="007151F1" w:rsidRDefault="007151F1" w:rsidP="00A71060"/>
        </w:tc>
        <w:tc>
          <w:tcPr>
            <w:tcW w:w="1701" w:type="dxa"/>
          </w:tcPr>
          <w:p w14:paraId="1CCE57D1" w14:textId="77777777" w:rsidR="007151F1" w:rsidRDefault="00000000" w:rsidP="00A71060">
            <w:sdt>
              <w:sdtPr>
                <w:alias w:val="Action 5 - Responsible person"/>
                <w:tag w:val="Action 5 - Responsible person"/>
                <w:id w:val="-2007735819"/>
                <w:showingPlcHdr/>
                <w:text/>
              </w:sdtPr>
              <w:sdtContent>
                <w:r w:rsidR="007151F1">
                  <w:rPr>
                    <w:color w:val="767676"/>
                  </w:rPr>
                  <w:t>Enter responsible person</w:t>
                </w:r>
              </w:sdtContent>
            </w:sdt>
          </w:p>
        </w:tc>
        <w:tc>
          <w:tcPr>
            <w:tcW w:w="1559" w:type="dxa"/>
          </w:tcPr>
          <w:p w14:paraId="330BBBFA" w14:textId="77777777" w:rsidR="007151F1" w:rsidRDefault="00000000" w:rsidP="00A71060">
            <w:sdt>
              <w:sdtPr>
                <w:alias w:val="Action 5 - Due date"/>
                <w:tag w:val="Action 5 - Due date"/>
                <w:id w:val="1124812124"/>
                <w:showingPlcHdr/>
                <w:text/>
              </w:sdtPr>
              <w:sdtContent>
                <w:r w:rsidR="007151F1">
                  <w:rPr>
                    <w:color w:val="767676"/>
                  </w:rPr>
                  <w:t>Enter due date</w:t>
                </w:r>
              </w:sdtContent>
            </w:sdt>
          </w:p>
        </w:tc>
        <w:tc>
          <w:tcPr>
            <w:tcW w:w="3572" w:type="dxa"/>
          </w:tcPr>
          <w:p w14:paraId="6437317F" w14:textId="77777777" w:rsidR="007151F1" w:rsidRDefault="00000000" w:rsidP="00A71060">
            <w:sdt>
              <w:sdtPr>
                <w:alias w:val="Action 5 - Notes or comments"/>
                <w:tag w:val="Action 5 - Notes or comments"/>
                <w:id w:val="856395519"/>
                <w:showingPlcHdr/>
                <w:text w:multiLine="1"/>
              </w:sdtPr>
              <w:sdtContent>
                <w:r w:rsidR="007151F1">
                  <w:rPr>
                    <w:color w:val="767676"/>
                  </w:rPr>
                  <w:t>Enter notes/comments</w:t>
                </w:r>
              </w:sdtContent>
            </w:sdt>
          </w:p>
          <w:p w14:paraId="3472C083" w14:textId="77777777" w:rsidR="007151F1" w:rsidRDefault="007151F1" w:rsidP="00A71060"/>
        </w:tc>
      </w:tr>
      <w:tr w:rsidR="007151F1" w14:paraId="0DA1CC59" w14:textId="77777777" w:rsidTr="00A71060">
        <w:trPr>
          <w:trHeight w:val="1418"/>
        </w:trPr>
        <w:tc>
          <w:tcPr>
            <w:tcW w:w="3374" w:type="dxa"/>
          </w:tcPr>
          <w:p w14:paraId="69F14B93" w14:textId="4661AD4A" w:rsidR="007151F1" w:rsidRDefault="00000000" w:rsidP="00FA5F56">
            <w:pPr>
              <w:pStyle w:val="ListParagraph"/>
              <w:numPr>
                <w:ilvl w:val="0"/>
                <w:numId w:val="12"/>
              </w:numPr>
            </w:pPr>
            <w:sdt>
              <w:sdtPr>
                <w:alias w:val="Action 6 - Description"/>
                <w:tag w:val="Action 6 - Description"/>
                <w:id w:val="934027806"/>
                <w:showingPlcHdr/>
                <w:text w:multiLine="1"/>
              </w:sdtPr>
              <w:sdtContent>
                <w:r w:rsidR="00FA5F56">
                  <w:t xml:space="preserve">     </w:t>
                </w:r>
              </w:sdtContent>
            </w:sdt>
          </w:p>
          <w:p w14:paraId="68ED45EE" w14:textId="77777777" w:rsidR="007151F1" w:rsidRDefault="007151F1" w:rsidP="00A71060"/>
        </w:tc>
        <w:tc>
          <w:tcPr>
            <w:tcW w:w="1701" w:type="dxa"/>
          </w:tcPr>
          <w:p w14:paraId="71A09B24" w14:textId="77777777" w:rsidR="007151F1" w:rsidRDefault="00000000" w:rsidP="00A71060">
            <w:sdt>
              <w:sdtPr>
                <w:alias w:val="Action 6 - Responsible person"/>
                <w:tag w:val="Action 6 - Responsible person"/>
                <w:id w:val="637545607"/>
                <w:showingPlcHdr/>
                <w:text/>
              </w:sdtPr>
              <w:sdtContent>
                <w:r w:rsidR="007151F1">
                  <w:rPr>
                    <w:color w:val="767676"/>
                  </w:rPr>
                  <w:t>Enter responsible person</w:t>
                </w:r>
              </w:sdtContent>
            </w:sdt>
          </w:p>
        </w:tc>
        <w:tc>
          <w:tcPr>
            <w:tcW w:w="1559" w:type="dxa"/>
          </w:tcPr>
          <w:p w14:paraId="396CB28F" w14:textId="77777777" w:rsidR="007151F1" w:rsidRDefault="00000000" w:rsidP="00A71060">
            <w:sdt>
              <w:sdtPr>
                <w:alias w:val="Action 6 - Due date"/>
                <w:tag w:val="Action 6 - Due date"/>
                <w:id w:val="-2144333936"/>
                <w:showingPlcHdr/>
                <w:text/>
              </w:sdtPr>
              <w:sdtContent>
                <w:r w:rsidR="007151F1">
                  <w:rPr>
                    <w:color w:val="767676"/>
                  </w:rPr>
                  <w:t>Enter due date</w:t>
                </w:r>
              </w:sdtContent>
            </w:sdt>
          </w:p>
        </w:tc>
        <w:tc>
          <w:tcPr>
            <w:tcW w:w="3572" w:type="dxa"/>
          </w:tcPr>
          <w:p w14:paraId="1A0AE2CE" w14:textId="77777777" w:rsidR="007151F1" w:rsidRDefault="00000000" w:rsidP="00A71060">
            <w:sdt>
              <w:sdtPr>
                <w:alias w:val="Action 6 - Notes or comments"/>
                <w:tag w:val="Action 6 - Notes or comments"/>
                <w:id w:val="1318609624"/>
                <w:showingPlcHdr/>
                <w:text w:multiLine="1"/>
              </w:sdtPr>
              <w:sdtContent>
                <w:r w:rsidR="007151F1">
                  <w:rPr>
                    <w:color w:val="767676"/>
                  </w:rPr>
                  <w:t>Enter notes/comments</w:t>
                </w:r>
              </w:sdtContent>
            </w:sdt>
          </w:p>
          <w:p w14:paraId="2EABBDEC" w14:textId="77777777" w:rsidR="007151F1" w:rsidRDefault="007151F1" w:rsidP="00A71060"/>
        </w:tc>
      </w:tr>
      <w:tr w:rsidR="007151F1" w14:paraId="167C954E" w14:textId="77777777" w:rsidTr="00A71060">
        <w:trPr>
          <w:trHeight w:val="1418"/>
        </w:trPr>
        <w:tc>
          <w:tcPr>
            <w:tcW w:w="3374" w:type="dxa"/>
          </w:tcPr>
          <w:p w14:paraId="13291BFF" w14:textId="179DE182" w:rsidR="007151F1" w:rsidRDefault="00000000" w:rsidP="00FA5F56">
            <w:pPr>
              <w:pStyle w:val="ListParagraph"/>
              <w:numPr>
                <w:ilvl w:val="0"/>
                <w:numId w:val="12"/>
              </w:numPr>
            </w:pPr>
            <w:sdt>
              <w:sdtPr>
                <w:alias w:val="Action 7 - Description"/>
                <w:tag w:val="Action 7 - Description"/>
                <w:id w:val="1650017476"/>
                <w:showingPlcHdr/>
                <w:text w:multiLine="1"/>
              </w:sdtPr>
              <w:sdtContent>
                <w:r w:rsidR="003F789E">
                  <w:t xml:space="preserve">     </w:t>
                </w:r>
              </w:sdtContent>
            </w:sdt>
          </w:p>
          <w:p w14:paraId="2B23B8D0" w14:textId="77777777" w:rsidR="007151F1" w:rsidRDefault="007151F1" w:rsidP="00A71060"/>
        </w:tc>
        <w:tc>
          <w:tcPr>
            <w:tcW w:w="1701" w:type="dxa"/>
          </w:tcPr>
          <w:p w14:paraId="1475DFBA" w14:textId="77777777" w:rsidR="007151F1" w:rsidRDefault="00000000" w:rsidP="00A71060">
            <w:sdt>
              <w:sdtPr>
                <w:alias w:val="Action 7 - Responsible person"/>
                <w:tag w:val="Action 7 - Responsible person"/>
                <w:id w:val="1901165687"/>
                <w:showingPlcHdr/>
                <w:text/>
              </w:sdtPr>
              <w:sdtContent>
                <w:r w:rsidR="007151F1">
                  <w:rPr>
                    <w:color w:val="767676"/>
                  </w:rPr>
                  <w:t>Enter responsible person</w:t>
                </w:r>
              </w:sdtContent>
            </w:sdt>
          </w:p>
        </w:tc>
        <w:tc>
          <w:tcPr>
            <w:tcW w:w="1559" w:type="dxa"/>
          </w:tcPr>
          <w:p w14:paraId="0914A616" w14:textId="77777777" w:rsidR="007151F1" w:rsidRDefault="00000000" w:rsidP="00A71060">
            <w:sdt>
              <w:sdtPr>
                <w:alias w:val="Action 7 - Due date"/>
                <w:tag w:val="Action 7 - Due date"/>
                <w:id w:val="789632014"/>
                <w:showingPlcHdr/>
                <w:text/>
              </w:sdtPr>
              <w:sdtContent>
                <w:r w:rsidR="007151F1">
                  <w:rPr>
                    <w:color w:val="767676"/>
                  </w:rPr>
                  <w:t>Enter due date</w:t>
                </w:r>
              </w:sdtContent>
            </w:sdt>
          </w:p>
        </w:tc>
        <w:tc>
          <w:tcPr>
            <w:tcW w:w="3572" w:type="dxa"/>
          </w:tcPr>
          <w:p w14:paraId="7834405A" w14:textId="77777777" w:rsidR="007151F1" w:rsidRDefault="00000000" w:rsidP="00A71060">
            <w:sdt>
              <w:sdtPr>
                <w:alias w:val="Action 7 - Notes or comments"/>
                <w:tag w:val="Action 7 - Notes or comments"/>
                <w:id w:val="-2009137488"/>
                <w:showingPlcHdr/>
                <w:text w:multiLine="1"/>
              </w:sdtPr>
              <w:sdtContent>
                <w:r w:rsidR="007151F1">
                  <w:rPr>
                    <w:color w:val="767676"/>
                  </w:rPr>
                  <w:t>Enter notes/comments</w:t>
                </w:r>
              </w:sdtContent>
            </w:sdt>
          </w:p>
          <w:p w14:paraId="0795BCE7" w14:textId="77777777" w:rsidR="007151F1" w:rsidRDefault="007151F1" w:rsidP="00A71060"/>
        </w:tc>
      </w:tr>
    </w:tbl>
    <w:p w14:paraId="44788B55" w14:textId="77777777" w:rsidR="007151F1" w:rsidRDefault="007151F1" w:rsidP="007151F1">
      <w:pPr>
        <w:pStyle w:val="LayoutSpacer1"/>
      </w:pPr>
    </w:p>
    <w:p w14:paraId="5F8605FB" w14:textId="77777777" w:rsidR="007151F1" w:rsidRDefault="007151F1" w:rsidP="007151F1">
      <w:pPr>
        <w:spacing w:after="200"/>
        <w:rPr>
          <w:rFonts w:eastAsiaTheme="majorEastAsia" w:cstheme="majorBidi"/>
          <w:b/>
          <w:bCs/>
          <w:color w:val="000000" w:themeColor="text1"/>
          <w:sz w:val="36"/>
          <w:szCs w:val="28"/>
        </w:rPr>
      </w:pPr>
      <w:r>
        <w:br w:type="page"/>
      </w:r>
    </w:p>
    <w:p w14:paraId="472D021E" w14:textId="0D866BC3" w:rsidR="007151F1" w:rsidRDefault="00115D5E" w:rsidP="007151F1">
      <w:pPr>
        <w:pStyle w:val="Heading1"/>
      </w:pPr>
      <w:r>
        <w:lastRenderedPageBreak/>
        <w:br/>
      </w:r>
      <w:r w:rsidR="007151F1">
        <w:t>Analysis/response 3 – Summary</w:t>
      </w:r>
    </w:p>
    <w:p w14:paraId="24B71895" w14:textId="77777777" w:rsidR="007151F1" w:rsidRDefault="007151F1" w:rsidP="007151F1"/>
    <w:tbl>
      <w:tblPr>
        <w:tblStyle w:val="TableGrid"/>
        <w:tblW w:w="0" w:type="auto"/>
        <w:tblInd w:w="-5" w:type="dxa"/>
        <w:tblLook w:val="04A0" w:firstRow="1" w:lastRow="0" w:firstColumn="1" w:lastColumn="0" w:noHBand="0" w:noVBand="1"/>
        <w:tblCaption w:val="Analysis summary details"/>
        <w:tblDescription w:val="Form fields for the assessment date and threat type."/>
      </w:tblPr>
      <w:tblGrid>
        <w:gridCol w:w="2553"/>
        <w:gridCol w:w="7642"/>
      </w:tblGrid>
      <w:tr w:rsidR="007151F1" w14:paraId="636BB11B" w14:textId="77777777" w:rsidTr="00A71060">
        <w:trPr>
          <w:trHeight w:val="485"/>
        </w:trPr>
        <w:tc>
          <w:tcPr>
            <w:tcW w:w="2553" w:type="dxa"/>
            <w:vAlign w:val="center"/>
          </w:tcPr>
          <w:p w14:paraId="1F36E43F" w14:textId="77777777" w:rsidR="007151F1" w:rsidRPr="008A2AED" w:rsidRDefault="007151F1" w:rsidP="00A71060">
            <w:pPr>
              <w:rPr>
                <w:b/>
                <w:bCs/>
              </w:rPr>
            </w:pPr>
            <w:r w:rsidRPr="008A2AED">
              <w:rPr>
                <w:b/>
                <w:bCs/>
              </w:rPr>
              <w:t>Date</w:t>
            </w:r>
          </w:p>
        </w:tc>
        <w:tc>
          <w:tcPr>
            <w:tcW w:w="7642" w:type="dxa"/>
            <w:vAlign w:val="center"/>
          </w:tcPr>
          <w:p w14:paraId="17DF0FBE" w14:textId="77777777" w:rsidR="007151F1" w:rsidRDefault="00000000" w:rsidP="00A71060">
            <w:sdt>
              <w:sdtPr>
                <w:alias w:val="Date"/>
                <w:tag w:val="Date"/>
                <w:id w:val="1887765467"/>
                <w:showingPlcHdr/>
                <w:text/>
              </w:sdtPr>
              <w:sdtContent>
                <w:r w:rsidR="007151F1">
                  <w:rPr>
                    <w:color w:val="767676"/>
                  </w:rPr>
                  <w:t>Day Month Year</w:t>
                </w:r>
              </w:sdtContent>
            </w:sdt>
          </w:p>
        </w:tc>
      </w:tr>
      <w:tr w:rsidR="007151F1" w14:paraId="5970F8C0" w14:textId="77777777" w:rsidTr="00A71060">
        <w:trPr>
          <w:trHeight w:val="691"/>
        </w:trPr>
        <w:tc>
          <w:tcPr>
            <w:tcW w:w="2553" w:type="dxa"/>
            <w:vAlign w:val="center"/>
          </w:tcPr>
          <w:p w14:paraId="357644C8" w14:textId="256984D9" w:rsidR="007151F1" w:rsidRPr="008A2AED" w:rsidRDefault="007151F1" w:rsidP="00A71060">
            <w:pPr>
              <w:rPr>
                <w:b/>
                <w:bCs/>
              </w:rPr>
            </w:pPr>
            <w:r w:rsidRPr="008A2AED">
              <w:rPr>
                <w:b/>
                <w:bCs/>
              </w:rPr>
              <w:t>Threat type</w:t>
            </w:r>
            <w:r>
              <w:rPr>
                <w:b/>
                <w:bCs/>
              </w:rPr>
              <w:t xml:space="preserve"> </w:t>
            </w:r>
            <w:r>
              <w:rPr>
                <w:b/>
                <w:bCs/>
              </w:rPr>
              <w:br/>
            </w:r>
            <w:r w:rsidR="000D3BA3" w:rsidRPr="00195F5B">
              <w:t xml:space="preserve">(from the list </w:t>
            </w:r>
            <w:r w:rsidR="000D3BA3">
              <w:t xml:space="preserve">on </w:t>
            </w:r>
            <w:hyperlink w:anchor="_Scanning_-_Heritage" w:history="1">
              <w:r w:rsidR="000D3BA3">
                <w:rPr>
                  <w:rStyle w:val="Hyperlink"/>
                </w:rPr>
                <w:t>page 3</w:t>
              </w:r>
            </w:hyperlink>
            <w:r w:rsidR="000D3BA3">
              <w:t>)</w:t>
            </w:r>
          </w:p>
        </w:tc>
        <w:tc>
          <w:tcPr>
            <w:tcW w:w="7642" w:type="dxa"/>
            <w:vAlign w:val="center"/>
          </w:tcPr>
          <w:p w14:paraId="15397CAF" w14:textId="77777777" w:rsidR="007151F1" w:rsidRDefault="00000000" w:rsidP="00A71060">
            <w:sdt>
              <w:sdtPr>
                <w:alias w:val="Threat type"/>
                <w:tag w:val="Threat type"/>
                <w:id w:val="780082073"/>
                <w:showingPlcHdr/>
                <w:text/>
              </w:sdtPr>
              <w:sdtContent>
                <w:r w:rsidR="007151F1">
                  <w:rPr>
                    <w:color w:val="767676"/>
                  </w:rPr>
                  <w:t>Enter threat type</w:t>
                </w:r>
              </w:sdtContent>
            </w:sdt>
          </w:p>
        </w:tc>
      </w:tr>
    </w:tbl>
    <w:p w14:paraId="5E03B9E9" w14:textId="77777777" w:rsidR="007151F1" w:rsidRDefault="007151F1" w:rsidP="007151F1">
      <w:pPr>
        <w:pStyle w:val="Heading2"/>
      </w:pPr>
      <w:r>
        <w:t>What is the crime threat? What might be harmed and how?</w:t>
      </w:r>
    </w:p>
    <w:tbl>
      <w:tblPr>
        <w:tblStyle w:val="TableGrid"/>
        <w:tblW w:w="0" w:type="auto"/>
        <w:tblInd w:w="-5" w:type="dxa"/>
        <w:tblLook w:val="04A0" w:firstRow="1" w:lastRow="0" w:firstColumn="1" w:lastColumn="0" w:noHBand="0" w:noVBand="1"/>
        <w:tblCaption w:val="Crime threat description"/>
        <w:tblDescription w:val="Form field describing the crime threat and what might be harmed."/>
      </w:tblPr>
      <w:tblGrid>
        <w:gridCol w:w="10195"/>
      </w:tblGrid>
      <w:tr w:rsidR="007151F1" w14:paraId="2C7A000B" w14:textId="77777777" w:rsidTr="00A71060">
        <w:trPr>
          <w:trHeight w:val="2112"/>
        </w:trPr>
        <w:tc>
          <w:tcPr>
            <w:tcW w:w="10195" w:type="dxa"/>
          </w:tcPr>
          <w:p w14:paraId="50000984" w14:textId="77777777" w:rsidR="007151F1" w:rsidRDefault="00000000" w:rsidP="00A71060">
            <w:sdt>
              <w:sdtPr>
                <w:alias w:val="What is the crime threat? What might be harmed and how?"/>
                <w:tag w:val="What is the crime threat What might be harmed and how"/>
                <w:id w:val="111181814"/>
                <w:showingPlcHdr/>
                <w:text w:multiLine="1"/>
              </w:sdtPr>
              <w:sdtContent>
                <w:r w:rsidR="007151F1">
                  <w:rPr>
                    <w:color w:val="767676"/>
                  </w:rPr>
                  <w:t>Click or tap here to enter text.</w:t>
                </w:r>
              </w:sdtContent>
            </w:sdt>
          </w:p>
        </w:tc>
      </w:tr>
    </w:tbl>
    <w:p w14:paraId="5F607FD5" w14:textId="77777777" w:rsidR="007151F1" w:rsidRDefault="007151F1" w:rsidP="007151F1">
      <w:pPr>
        <w:pStyle w:val="Heading2"/>
      </w:pPr>
      <w:r>
        <w:t>Existing controls</w:t>
      </w:r>
    </w:p>
    <w:tbl>
      <w:tblPr>
        <w:tblStyle w:val="TableGrid"/>
        <w:tblW w:w="0" w:type="auto"/>
        <w:tblInd w:w="-5" w:type="dxa"/>
        <w:tblLook w:val="04A0" w:firstRow="1" w:lastRow="0" w:firstColumn="1" w:lastColumn="0" w:noHBand="0" w:noVBand="1"/>
        <w:tblCaption w:val="Existing controls"/>
        <w:tblDescription w:val="Form field describing existing risk controls."/>
      </w:tblPr>
      <w:tblGrid>
        <w:gridCol w:w="10195"/>
      </w:tblGrid>
      <w:tr w:rsidR="007151F1" w14:paraId="05A3E9E7" w14:textId="77777777" w:rsidTr="00A71060">
        <w:trPr>
          <w:trHeight w:val="1853"/>
        </w:trPr>
        <w:tc>
          <w:tcPr>
            <w:tcW w:w="10195" w:type="dxa"/>
          </w:tcPr>
          <w:p w14:paraId="1415066B" w14:textId="77777777" w:rsidR="007151F1" w:rsidRDefault="00000000" w:rsidP="00A71060">
            <w:sdt>
              <w:sdtPr>
                <w:alias w:val="Existing controls"/>
                <w:tag w:val="Existing controls"/>
                <w:id w:val="1236824322"/>
                <w:showingPlcHdr/>
                <w:text w:multiLine="1"/>
              </w:sdtPr>
              <w:sdtContent>
                <w:r w:rsidR="007151F1">
                  <w:rPr>
                    <w:color w:val="767676"/>
                  </w:rPr>
                  <w:t>Click or tap here to enter text.</w:t>
                </w:r>
              </w:sdtContent>
            </w:sdt>
          </w:p>
        </w:tc>
      </w:tr>
    </w:tbl>
    <w:p w14:paraId="7C50EAC7" w14:textId="77777777" w:rsidR="007151F1" w:rsidRDefault="007151F1" w:rsidP="007151F1">
      <w:pPr>
        <w:pStyle w:val="Heading2"/>
      </w:pPr>
      <w:r>
        <w:t>Current risk rating</w:t>
      </w:r>
    </w:p>
    <w:tbl>
      <w:tblPr>
        <w:tblStyle w:val="TableGrid"/>
        <w:tblW w:w="0" w:type="auto"/>
        <w:tblInd w:w="-5" w:type="dxa"/>
        <w:tblLook w:val="04A0" w:firstRow="1" w:lastRow="0" w:firstColumn="1" w:lastColumn="0" w:noHBand="0" w:noVBand="1"/>
        <w:tblCaption w:val="Current risk rating"/>
        <w:tblDescription w:val="Form fields for current impact, likelihood and combined risk scores."/>
      </w:tblPr>
      <w:tblGrid>
        <w:gridCol w:w="3401"/>
        <w:gridCol w:w="3397"/>
        <w:gridCol w:w="3397"/>
      </w:tblGrid>
      <w:tr w:rsidR="007151F1" w14:paraId="3E061E84" w14:textId="77777777" w:rsidTr="00A71060">
        <w:trPr>
          <w:trHeight w:val="958"/>
        </w:trPr>
        <w:tc>
          <w:tcPr>
            <w:tcW w:w="3401" w:type="dxa"/>
            <w:vAlign w:val="center"/>
          </w:tcPr>
          <w:p w14:paraId="474BC669" w14:textId="77777777" w:rsidR="007151F1" w:rsidRDefault="007151F1" w:rsidP="00A71060">
            <w:r>
              <w:rPr>
                <w:b/>
                <w:sz w:val="18"/>
              </w:rPr>
              <w:t>I (Impact)</w:t>
            </w:r>
          </w:p>
          <w:p w14:paraId="41077632" w14:textId="77777777" w:rsidR="007151F1" w:rsidRDefault="00000000" w:rsidP="00A71060">
            <w:sdt>
              <w:sdtPr>
                <w:alias w:val="Current risk rating - I (Impact)"/>
                <w:tag w:val="Current risk rating - I Impact"/>
                <w:id w:val="-1480992687"/>
                <w:showingPlcHdr/>
                <w:text/>
              </w:sdtPr>
              <w:sdtContent>
                <w:r w:rsidR="007151F1">
                  <w:rPr>
                    <w:color w:val="767676"/>
                  </w:rPr>
                  <w:t>Enter score</w:t>
                </w:r>
              </w:sdtContent>
            </w:sdt>
          </w:p>
        </w:tc>
        <w:tc>
          <w:tcPr>
            <w:tcW w:w="3397" w:type="dxa"/>
            <w:vAlign w:val="center"/>
          </w:tcPr>
          <w:p w14:paraId="564E4403" w14:textId="77777777" w:rsidR="007151F1" w:rsidRDefault="007151F1" w:rsidP="00A71060">
            <w:r>
              <w:rPr>
                <w:b/>
                <w:sz w:val="18"/>
              </w:rPr>
              <w:t>L (Likelihood)</w:t>
            </w:r>
          </w:p>
          <w:p w14:paraId="13941DDB" w14:textId="77777777" w:rsidR="007151F1" w:rsidRDefault="00000000" w:rsidP="00A71060">
            <w:sdt>
              <w:sdtPr>
                <w:alias w:val="Current risk rating - L (Likelihood)"/>
                <w:tag w:val="Current risk rating - L Likelihood"/>
                <w:id w:val="361090494"/>
                <w:showingPlcHdr/>
                <w:text/>
              </w:sdtPr>
              <w:sdtContent>
                <w:r w:rsidR="007151F1">
                  <w:rPr>
                    <w:color w:val="767676"/>
                  </w:rPr>
                  <w:t>Enter score</w:t>
                </w:r>
              </w:sdtContent>
            </w:sdt>
          </w:p>
        </w:tc>
        <w:tc>
          <w:tcPr>
            <w:tcW w:w="3397" w:type="dxa"/>
            <w:vAlign w:val="center"/>
          </w:tcPr>
          <w:p w14:paraId="344A0A37" w14:textId="77777777" w:rsidR="007151F1" w:rsidRDefault="007151F1" w:rsidP="00A71060">
            <w:r>
              <w:rPr>
                <w:b/>
                <w:sz w:val="18"/>
              </w:rPr>
              <w:t>I x L (Impact x Likelihood)</w:t>
            </w:r>
          </w:p>
          <w:p w14:paraId="1776A78A" w14:textId="77777777" w:rsidR="007151F1" w:rsidRDefault="00000000" w:rsidP="00A71060">
            <w:sdt>
              <w:sdtPr>
                <w:alias w:val="Current risk rating - I x L (Impact x Likelihood)"/>
                <w:tag w:val="Current risk rating - I x L Impact x Likelihood"/>
                <w:id w:val="1269583854"/>
                <w:showingPlcHdr/>
                <w:text/>
              </w:sdtPr>
              <w:sdtContent>
                <w:r w:rsidR="007151F1">
                  <w:rPr>
                    <w:color w:val="767676"/>
                  </w:rPr>
                  <w:t>Enter score</w:t>
                </w:r>
              </w:sdtContent>
            </w:sdt>
          </w:p>
        </w:tc>
      </w:tr>
    </w:tbl>
    <w:p w14:paraId="0BCD8F70" w14:textId="77777777" w:rsidR="007151F1" w:rsidRDefault="007151F1" w:rsidP="007151F1">
      <w:pPr>
        <w:pStyle w:val="Heading2"/>
      </w:pPr>
      <w:r>
        <w:t>Additional controls for consideration (</w:t>
      </w:r>
      <w:proofErr w:type="gramStart"/>
      <w:r>
        <w:t>brief summary</w:t>
      </w:r>
      <w:proofErr w:type="gramEnd"/>
      <w:r>
        <w:t>)</w:t>
      </w:r>
    </w:p>
    <w:tbl>
      <w:tblPr>
        <w:tblStyle w:val="TableGrid"/>
        <w:tblW w:w="0" w:type="auto"/>
        <w:tblInd w:w="-5" w:type="dxa"/>
        <w:tblLook w:val="04A0" w:firstRow="1" w:lastRow="0" w:firstColumn="1" w:lastColumn="0" w:noHBand="0" w:noVBand="1"/>
        <w:tblCaption w:val="Additional controls"/>
        <w:tblDescription w:val="Form field describing additional controls for consideration."/>
      </w:tblPr>
      <w:tblGrid>
        <w:gridCol w:w="10195"/>
      </w:tblGrid>
      <w:tr w:rsidR="007151F1" w14:paraId="0EF83B1D" w14:textId="77777777" w:rsidTr="00A71060">
        <w:trPr>
          <w:trHeight w:val="1853"/>
        </w:trPr>
        <w:tc>
          <w:tcPr>
            <w:tcW w:w="10195" w:type="dxa"/>
          </w:tcPr>
          <w:p w14:paraId="68047B39" w14:textId="77777777" w:rsidR="007151F1" w:rsidRDefault="00000000" w:rsidP="00A71060">
            <w:sdt>
              <w:sdtPr>
                <w:alias w:val="Additional controls (brief summary)"/>
                <w:tag w:val="Additional controls brief summary"/>
                <w:id w:val="-1173796824"/>
                <w:showingPlcHdr/>
                <w:text w:multiLine="1"/>
              </w:sdtPr>
              <w:sdtContent>
                <w:r w:rsidR="007151F1">
                  <w:rPr>
                    <w:color w:val="767676"/>
                  </w:rPr>
                  <w:t>Click or tap here to enter text.</w:t>
                </w:r>
              </w:sdtContent>
            </w:sdt>
          </w:p>
        </w:tc>
      </w:tr>
    </w:tbl>
    <w:p w14:paraId="64006F3F" w14:textId="77777777" w:rsidR="007151F1" w:rsidRDefault="007151F1" w:rsidP="007151F1">
      <w:pPr>
        <w:pStyle w:val="Heading2"/>
      </w:pPr>
      <w:r>
        <w:t>Revised risk rating</w:t>
      </w:r>
    </w:p>
    <w:tbl>
      <w:tblPr>
        <w:tblStyle w:val="TableGrid"/>
        <w:tblW w:w="0" w:type="auto"/>
        <w:tblInd w:w="-5" w:type="dxa"/>
        <w:tblLook w:val="04A0" w:firstRow="1" w:lastRow="0" w:firstColumn="1" w:lastColumn="0" w:noHBand="0" w:noVBand="1"/>
        <w:tblCaption w:val="Revised risk rating"/>
        <w:tblDescription w:val="Form fields for revised impact, likelihood and combined risk scores."/>
      </w:tblPr>
      <w:tblGrid>
        <w:gridCol w:w="3401"/>
        <w:gridCol w:w="3397"/>
        <w:gridCol w:w="3397"/>
      </w:tblGrid>
      <w:tr w:rsidR="007151F1" w14:paraId="27D324BA" w14:textId="77777777" w:rsidTr="00A71060">
        <w:trPr>
          <w:trHeight w:val="983"/>
        </w:trPr>
        <w:tc>
          <w:tcPr>
            <w:tcW w:w="3401" w:type="dxa"/>
            <w:vAlign w:val="center"/>
          </w:tcPr>
          <w:p w14:paraId="7FB8A810" w14:textId="77777777" w:rsidR="007151F1" w:rsidRDefault="007151F1" w:rsidP="00A71060">
            <w:r>
              <w:rPr>
                <w:b/>
                <w:sz w:val="18"/>
              </w:rPr>
              <w:t>I (Impact)</w:t>
            </w:r>
          </w:p>
          <w:p w14:paraId="6A146865" w14:textId="77777777" w:rsidR="007151F1" w:rsidRDefault="00000000" w:rsidP="00A71060">
            <w:sdt>
              <w:sdtPr>
                <w:alias w:val="Revised risk rating - I (Impact)"/>
                <w:tag w:val="Revised risk rating - I Impact"/>
                <w:id w:val="2135135175"/>
                <w:showingPlcHdr/>
                <w:text/>
              </w:sdtPr>
              <w:sdtContent>
                <w:r w:rsidR="007151F1">
                  <w:rPr>
                    <w:color w:val="767676"/>
                  </w:rPr>
                  <w:t>Enter score</w:t>
                </w:r>
              </w:sdtContent>
            </w:sdt>
          </w:p>
        </w:tc>
        <w:tc>
          <w:tcPr>
            <w:tcW w:w="3397" w:type="dxa"/>
            <w:vAlign w:val="center"/>
          </w:tcPr>
          <w:p w14:paraId="2BF5CAD3" w14:textId="77777777" w:rsidR="007151F1" w:rsidRDefault="007151F1" w:rsidP="00A71060">
            <w:r>
              <w:rPr>
                <w:b/>
                <w:sz w:val="18"/>
              </w:rPr>
              <w:t>L (Likelihood)</w:t>
            </w:r>
          </w:p>
          <w:p w14:paraId="0F72DC38" w14:textId="77777777" w:rsidR="007151F1" w:rsidRDefault="00000000" w:rsidP="00A71060">
            <w:sdt>
              <w:sdtPr>
                <w:alias w:val="Revised risk rating - L (Likelihood)"/>
                <w:tag w:val="Revised risk rating - L Likelihood"/>
                <w:id w:val="-1555689975"/>
                <w:showingPlcHdr/>
                <w:text/>
              </w:sdtPr>
              <w:sdtContent>
                <w:r w:rsidR="007151F1">
                  <w:rPr>
                    <w:color w:val="767676"/>
                  </w:rPr>
                  <w:t>Enter score</w:t>
                </w:r>
              </w:sdtContent>
            </w:sdt>
          </w:p>
        </w:tc>
        <w:tc>
          <w:tcPr>
            <w:tcW w:w="3397" w:type="dxa"/>
            <w:vAlign w:val="center"/>
          </w:tcPr>
          <w:p w14:paraId="44770279" w14:textId="77777777" w:rsidR="007151F1" w:rsidRDefault="007151F1" w:rsidP="00A71060">
            <w:r>
              <w:rPr>
                <w:b/>
                <w:sz w:val="18"/>
              </w:rPr>
              <w:t>I x L (Impact x Likelihood)</w:t>
            </w:r>
          </w:p>
          <w:p w14:paraId="24A6A34A" w14:textId="77777777" w:rsidR="007151F1" w:rsidRDefault="00000000" w:rsidP="00A71060">
            <w:sdt>
              <w:sdtPr>
                <w:alias w:val="Revised risk rating - I x L (Impact x Likelihood)"/>
                <w:tag w:val="Revised risk rating - I x L Impact x Likelihood"/>
                <w:id w:val="-1240795540"/>
                <w:showingPlcHdr/>
                <w:text/>
              </w:sdtPr>
              <w:sdtContent>
                <w:r w:rsidR="007151F1">
                  <w:rPr>
                    <w:color w:val="767676"/>
                  </w:rPr>
                  <w:t>Enter score</w:t>
                </w:r>
              </w:sdtContent>
            </w:sdt>
          </w:p>
        </w:tc>
      </w:tr>
    </w:tbl>
    <w:p w14:paraId="6A34BB0D" w14:textId="77777777" w:rsidR="007151F1" w:rsidRDefault="007151F1" w:rsidP="007151F1">
      <w:pPr>
        <w:pStyle w:val="LayoutSpacer2"/>
        <w:rPr>
          <w:rFonts w:eastAsia="Arial"/>
          <w:sz w:val="28"/>
        </w:rPr>
      </w:pPr>
    </w:p>
    <w:p w14:paraId="03F8C681" w14:textId="77777777" w:rsidR="007151F1" w:rsidRDefault="007151F1" w:rsidP="007151F1">
      <w:pPr>
        <w:pStyle w:val="Heading2"/>
      </w:pPr>
      <w:r>
        <w:rPr>
          <w:rFonts w:eastAsia="Arial"/>
          <w:sz w:val="28"/>
        </w:rPr>
        <w:t>Key actions agreed (with target date and date completed)</w:t>
      </w:r>
    </w:p>
    <w:tbl>
      <w:tblPr>
        <w:tblStyle w:val="TableGrid"/>
        <w:tblW w:w="10206" w:type="dxa"/>
        <w:tblInd w:w="-5" w:type="dxa"/>
        <w:tblLook w:val="04A0" w:firstRow="1" w:lastRow="0" w:firstColumn="1" w:lastColumn="0" w:noHBand="0" w:noVBand="1"/>
        <w:tblCaption w:val="Key actions"/>
        <w:tblDescription w:val="Action description, responsible person, due date and notes for seven actions."/>
      </w:tblPr>
      <w:tblGrid>
        <w:gridCol w:w="3374"/>
        <w:gridCol w:w="1701"/>
        <w:gridCol w:w="1559"/>
        <w:gridCol w:w="3572"/>
      </w:tblGrid>
      <w:tr w:rsidR="007151F1" w14:paraId="78D7EB8C" w14:textId="77777777" w:rsidTr="00A71060">
        <w:trPr>
          <w:trHeight w:val="510"/>
          <w:tblHeader/>
        </w:trPr>
        <w:tc>
          <w:tcPr>
            <w:tcW w:w="3374" w:type="dxa"/>
            <w:shd w:val="clear" w:color="auto" w:fill="000000" w:themeFill="text1"/>
            <w:vAlign w:val="center"/>
          </w:tcPr>
          <w:p w14:paraId="79E40219" w14:textId="77777777" w:rsidR="007151F1" w:rsidRDefault="007151F1" w:rsidP="00A71060">
            <w:r>
              <w:rPr>
                <w:b/>
                <w:color w:val="FFFFFF"/>
              </w:rPr>
              <w:t>Description</w:t>
            </w:r>
          </w:p>
        </w:tc>
        <w:tc>
          <w:tcPr>
            <w:tcW w:w="1701" w:type="dxa"/>
            <w:shd w:val="clear" w:color="auto" w:fill="000000" w:themeFill="text1"/>
            <w:vAlign w:val="center"/>
          </w:tcPr>
          <w:p w14:paraId="3B3184F9" w14:textId="77777777" w:rsidR="007151F1" w:rsidRDefault="007151F1" w:rsidP="00A71060">
            <w:r>
              <w:rPr>
                <w:b/>
                <w:color w:val="FFFFFF"/>
              </w:rPr>
              <w:t>Responsible person</w:t>
            </w:r>
          </w:p>
        </w:tc>
        <w:tc>
          <w:tcPr>
            <w:tcW w:w="1559" w:type="dxa"/>
            <w:shd w:val="clear" w:color="auto" w:fill="000000" w:themeFill="text1"/>
            <w:vAlign w:val="center"/>
          </w:tcPr>
          <w:p w14:paraId="75C72317" w14:textId="77777777" w:rsidR="007151F1" w:rsidRDefault="007151F1" w:rsidP="00A71060">
            <w:r>
              <w:rPr>
                <w:b/>
                <w:color w:val="FFFFFF"/>
              </w:rPr>
              <w:t>Due date</w:t>
            </w:r>
          </w:p>
        </w:tc>
        <w:tc>
          <w:tcPr>
            <w:tcW w:w="3572" w:type="dxa"/>
            <w:shd w:val="clear" w:color="auto" w:fill="000000" w:themeFill="text1"/>
            <w:vAlign w:val="center"/>
          </w:tcPr>
          <w:p w14:paraId="739A1300" w14:textId="77777777" w:rsidR="007151F1" w:rsidRDefault="007151F1" w:rsidP="00A71060">
            <w:r>
              <w:rPr>
                <w:b/>
                <w:color w:val="FFFFFF"/>
              </w:rPr>
              <w:t>Notes/comments</w:t>
            </w:r>
          </w:p>
        </w:tc>
      </w:tr>
      <w:tr w:rsidR="007151F1" w14:paraId="17076146" w14:textId="77777777" w:rsidTr="00A71060">
        <w:trPr>
          <w:trHeight w:val="1418"/>
        </w:trPr>
        <w:tc>
          <w:tcPr>
            <w:tcW w:w="3374" w:type="dxa"/>
          </w:tcPr>
          <w:p w14:paraId="0E744024" w14:textId="15B70BC3" w:rsidR="007151F1" w:rsidRDefault="00000000" w:rsidP="003F789E">
            <w:pPr>
              <w:pStyle w:val="ListParagraph"/>
              <w:numPr>
                <w:ilvl w:val="0"/>
                <w:numId w:val="13"/>
              </w:numPr>
            </w:pPr>
            <w:sdt>
              <w:sdtPr>
                <w:alias w:val="Action 1 - Description"/>
                <w:tag w:val="Action 1 - Description"/>
                <w:id w:val="-314343466"/>
                <w:showingPlcHdr/>
                <w:text w:multiLine="1"/>
              </w:sdtPr>
              <w:sdtContent>
                <w:r w:rsidR="003F789E">
                  <w:t xml:space="preserve">     </w:t>
                </w:r>
              </w:sdtContent>
            </w:sdt>
          </w:p>
          <w:p w14:paraId="1CCD564F" w14:textId="77777777" w:rsidR="007151F1" w:rsidRDefault="007151F1" w:rsidP="00A71060"/>
        </w:tc>
        <w:tc>
          <w:tcPr>
            <w:tcW w:w="1701" w:type="dxa"/>
          </w:tcPr>
          <w:p w14:paraId="0C74D524" w14:textId="77777777" w:rsidR="007151F1" w:rsidRDefault="00000000" w:rsidP="00A71060">
            <w:sdt>
              <w:sdtPr>
                <w:alias w:val="Action 1 - Responsible person"/>
                <w:tag w:val="Action 1 - Responsible person"/>
                <w:id w:val="-1768452972"/>
                <w:showingPlcHdr/>
                <w:text/>
              </w:sdtPr>
              <w:sdtContent>
                <w:r w:rsidR="007151F1">
                  <w:rPr>
                    <w:color w:val="767676"/>
                  </w:rPr>
                  <w:t>Enter responsible person</w:t>
                </w:r>
              </w:sdtContent>
            </w:sdt>
          </w:p>
        </w:tc>
        <w:tc>
          <w:tcPr>
            <w:tcW w:w="1559" w:type="dxa"/>
          </w:tcPr>
          <w:p w14:paraId="792181A5" w14:textId="77777777" w:rsidR="007151F1" w:rsidRDefault="00000000" w:rsidP="00A71060">
            <w:sdt>
              <w:sdtPr>
                <w:alias w:val="Action 1 - Due date"/>
                <w:tag w:val="Action 1 - Due date"/>
                <w:id w:val="1909257012"/>
                <w:showingPlcHdr/>
                <w:text/>
              </w:sdtPr>
              <w:sdtContent>
                <w:r w:rsidR="007151F1">
                  <w:rPr>
                    <w:color w:val="767676"/>
                  </w:rPr>
                  <w:t>Enter due date</w:t>
                </w:r>
              </w:sdtContent>
            </w:sdt>
          </w:p>
        </w:tc>
        <w:tc>
          <w:tcPr>
            <w:tcW w:w="3572" w:type="dxa"/>
          </w:tcPr>
          <w:p w14:paraId="1577804B" w14:textId="77777777" w:rsidR="007151F1" w:rsidRDefault="00000000" w:rsidP="00A71060">
            <w:sdt>
              <w:sdtPr>
                <w:alias w:val="Action 1 - Notes or comments"/>
                <w:tag w:val="Action 1 - Notes or comments"/>
                <w:id w:val="-1990400807"/>
                <w:showingPlcHdr/>
                <w:text w:multiLine="1"/>
              </w:sdtPr>
              <w:sdtContent>
                <w:r w:rsidR="007151F1">
                  <w:rPr>
                    <w:color w:val="767676"/>
                  </w:rPr>
                  <w:t>Enter notes/comments</w:t>
                </w:r>
              </w:sdtContent>
            </w:sdt>
          </w:p>
          <w:p w14:paraId="24817F8F" w14:textId="77777777" w:rsidR="007151F1" w:rsidRDefault="007151F1" w:rsidP="00A71060"/>
        </w:tc>
      </w:tr>
      <w:tr w:rsidR="007151F1" w14:paraId="09B97CBF" w14:textId="77777777" w:rsidTr="00A71060">
        <w:trPr>
          <w:trHeight w:val="1418"/>
        </w:trPr>
        <w:tc>
          <w:tcPr>
            <w:tcW w:w="3374" w:type="dxa"/>
          </w:tcPr>
          <w:p w14:paraId="112B897B" w14:textId="530A69C4" w:rsidR="007151F1" w:rsidRDefault="00000000" w:rsidP="003F789E">
            <w:pPr>
              <w:pStyle w:val="ListParagraph"/>
              <w:numPr>
                <w:ilvl w:val="0"/>
                <w:numId w:val="13"/>
              </w:numPr>
            </w:pPr>
            <w:sdt>
              <w:sdtPr>
                <w:alias w:val="Action 2 - Description"/>
                <w:tag w:val="Action 2 - Description"/>
                <w:id w:val="-1275019669"/>
                <w:showingPlcHdr/>
                <w:text w:multiLine="1"/>
              </w:sdtPr>
              <w:sdtContent>
                <w:r w:rsidR="003F789E">
                  <w:t xml:space="preserve">     </w:t>
                </w:r>
              </w:sdtContent>
            </w:sdt>
          </w:p>
          <w:p w14:paraId="4E45FF5C" w14:textId="77777777" w:rsidR="007151F1" w:rsidRDefault="007151F1" w:rsidP="00A71060"/>
        </w:tc>
        <w:tc>
          <w:tcPr>
            <w:tcW w:w="1701" w:type="dxa"/>
          </w:tcPr>
          <w:p w14:paraId="6E6257CB" w14:textId="77777777" w:rsidR="007151F1" w:rsidRDefault="00000000" w:rsidP="00A71060">
            <w:sdt>
              <w:sdtPr>
                <w:alias w:val="Action 2 - Responsible person"/>
                <w:tag w:val="Action 2 - Responsible person"/>
                <w:id w:val="1718540463"/>
                <w:showingPlcHdr/>
                <w:text/>
              </w:sdtPr>
              <w:sdtContent>
                <w:r w:rsidR="007151F1">
                  <w:rPr>
                    <w:color w:val="767676"/>
                  </w:rPr>
                  <w:t>Enter responsible person</w:t>
                </w:r>
              </w:sdtContent>
            </w:sdt>
          </w:p>
        </w:tc>
        <w:tc>
          <w:tcPr>
            <w:tcW w:w="1559" w:type="dxa"/>
          </w:tcPr>
          <w:p w14:paraId="4DCEEBC0" w14:textId="77777777" w:rsidR="007151F1" w:rsidRDefault="00000000" w:rsidP="00A71060">
            <w:sdt>
              <w:sdtPr>
                <w:alias w:val="Action 2 - Due date"/>
                <w:tag w:val="Action 2 - Due date"/>
                <w:id w:val="697586904"/>
                <w:showingPlcHdr/>
                <w:text/>
              </w:sdtPr>
              <w:sdtContent>
                <w:r w:rsidR="007151F1">
                  <w:rPr>
                    <w:color w:val="767676"/>
                  </w:rPr>
                  <w:t>Enter due date</w:t>
                </w:r>
              </w:sdtContent>
            </w:sdt>
          </w:p>
        </w:tc>
        <w:tc>
          <w:tcPr>
            <w:tcW w:w="3572" w:type="dxa"/>
          </w:tcPr>
          <w:p w14:paraId="1636F8E6" w14:textId="77777777" w:rsidR="007151F1" w:rsidRDefault="00000000" w:rsidP="00A71060">
            <w:sdt>
              <w:sdtPr>
                <w:alias w:val="Action 2 - Notes or comments"/>
                <w:tag w:val="Action 2 - Notes or comments"/>
                <w:id w:val="843360877"/>
                <w:showingPlcHdr/>
                <w:text w:multiLine="1"/>
              </w:sdtPr>
              <w:sdtContent>
                <w:r w:rsidR="007151F1">
                  <w:rPr>
                    <w:color w:val="767676"/>
                  </w:rPr>
                  <w:t>Enter notes/comments</w:t>
                </w:r>
              </w:sdtContent>
            </w:sdt>
          </w:p>
          <w:p w14:paraId="55F7425B" w14:textId="77777777" w:rsidR="007151F1" w:rsidRDefault="007151F1" w:rsidP="00A71060"/>
        </w:tc>
      </w:tr>
      <w:tr w:rsidR="007151F1" w14:paraId="099E9847" w14:textId="77777777" w:rsidTr="00A71060">
        <w:trPr>
          <w:trHeight w:val="1418"/>
        </w:trPr>
        <w:tc>
          <w:tcPr>
            <w:tcW w:w="3374" w:type="dxa"/>
          </w:tcPr>
          <w:p w14:paraId="2BF35D24" w14:textId="19054067" w:rsidR="007151F1" w:rsidRDefault="00000000" w:rsidP="003F789E">
            <w:pPr>
              <w:pStyle w:val="ListParagraph"/>
              <w:numPr>
                <w:ilvl w:val="0"/>
                <w:numId w:val="13"/>
              </w:numPr>
            </w:pPr>
            <w:sdt>
              <w:sdtPr>
                <w:alias w:val="Action 3 - Description"/>
                <w:tag w:val="Action 3 - Description"/>
                <w:id w:val="2092425400"/>
                <w:showingPlcHdr/>
                <w:text w:multiLine="1"/>
              </w:sdtPr>
              <w:sdtContent>
                <w:r w:rsidR="003F789E">
                  <w:t xml:space="preserve">     </w:t>
                </w:r>
              </w:sdtContent>
            </w:sdt>
          </w:p>
          <w:p w14:paraId="3248F8EF" w14:textId="77777777" w:rsidR="007151F1" w:rsidRDefault="007151F1" w:rsidP="00A71060"/>
        </w:tc>
        <w:tc>
          <w:tcPr>
            <w:tcW w:w="1701" w:type="dxa"/>
          </w:tcPr>
          <w:p w14:paraId="3482ADE9" w14:textId="77777777" w:rsidR="007151F1" w:rsidRDefault="00000000" w:rsidP="00A71060">
            <w:sdt>
              <w:sdtPr>
                <w:alias w:val="Action 3 - Responsible person"/>
                <w:tag w:val="Action 3 - Responsible person"/>
                <w:id w:val="1420833115"/>
                <w:showingPlcHdr/>
                <w:text/>
              </w:sdtPr>
              <w:sdtContent>
                <w:r w:rsidR="007151F1">
                  <w:rPr>
                    <w:color w:val="767676"/>
                  </w:rPr>
                  <w:t>Enter responsible person</w:t>
                </w:r>
              </w:sdtContent>
            </w:sdt>
          </w:p>
        </w:tc>
        <w:tc>
          <w:tcPr>
            <w:tcW w:w="1559" w:type="dxa"/>
          </w:tcPr>
          <w:p w14:paraId="14568942" w14:textId="77777777" w:rsidR="007151F1" w:rsidRDefault="00000000" w:rsidP="00A71060">
            <w:sdt>
              <w:sdtPr>
                <w:alias w:val="Action 3 - Due date"/>
                <w:tag w:val="Action 3 - Due date"/>
                <w:id w:val="-1358503046"/>
                <w:showingPlcHdr/>
                <w:text/>
              </w:sdtPr>
              <w:sdtContent>
                <w:r w:rsidR="007151F1">
                  <w:rPr>
                    <w:color w:val="767676"/>
                  </w:rPr>
                  <w:t>Enter due date</w:t>
                </w:r>
              </w:sdtContent>
            </w:sdt>
          </w:p>
        </w:tc>
        <w:tc>
          <w:tcPr>
            <w:tcW w:w="3572" w:type="dxa"/>
          </w:tcPr>
          <w:p w14:paraId="56DC52A3" w14:textId="77777777" w:rsidR="007151F1" w:rsidRDefault="00000000" w:rsidP="00A71060">
            <w:sdt>
              <w:sdtPr>
                <w:alias w:val="Action 3 - Notes or comments"/>
                <w:tag w:val="Action 3 - Notes or comments"/>
                <w:id w:val="1009252538"/>
                <w:showingPlcHdr/>
                <w:text w:multiLine="1"/>
              </w:sdtPr>
              <w:sdtContent>
                <w:r w:rsidR="007151F1">
                  <w:rPr>
                    <w:color w:val="767676"/>
                  </w:rPr>
                  <w:t>Enter notes/comments</w:t>
                </w:r>
              </w:sdtContent>
            </w:sdt>
          </w:p>
          <w:p w14:paraId="5D5B10C1" w14:textId="77777777" w:rsidR="007151F1" w:rsidRDefault="007151F1" w:rsidP="00A71060"/>
        </w:tc>
      </w:tr>
      <w:tr w:rsidR="007151F1" w14:paraId="3C6B073E" w14:textId="77777777" w:rsidTr="00A71060">
        <w:trPr>
          <w:trHeight w:val="1418"/>
        </w:trPr>
        <w:tc>
          <w:tcPr>
            <w:tcW w:w="3374" w:type="dxa"/>
          </w:tcPr>
          <w:p w14:paraId="24449F4E" w14:textId="48A44E1E" w:rsidR="007151F1" w:rsidRDefault="00000000" w:rsidP="003F789E">
            <w:pPr>
              <w:pStyle w:val="ListParagraph"/>
              <w:numPr>
                <w:ilvl w:val="0"/>
                <w:numId w:val="13"/>
              </w:numPr>
            </w:pPr>
            <w:sdt>
              <w:sdtPr>
                <w:alias w:val="Action 4 - Description"/>
                <w:tag w:val="Action 4 - Description"/>
                <w:id w:val="1415056539"/>
                <w:showingPlcHdr/>
                <w:text w:multiLine="1"/>
              </w:sdtPr>
              <w:sdtContent>
                <w:r w:rsidR="003F789E">
                  <w:t xml:space="preserve">     </w:t>
                </w:r>
              </w:sdtContent>
            </w:sdt>
          </w:p>
          <w:p w14:paraId="77A0400F" w14:textId="77777777" w:rsidR="007151F1" w:rsidRDefault="007151F1" w:rsidP="00A71060"/>
        </w:tc>
        <w:tc>
          <w:tcPr>
            <w:tcW w:w="1701" w:type="dxa"/>
          </w:tcPr>
          <w:p w14:paraId="59C67FA6" w14:textId="77777777" w:rsidR="007151F1" w:rsidRDefault="00000000" w:rsidP="00A71060">
            <w:sdt>
              <w:sdtPr>
                <w:alias w:val="Action 4 - Responsible person"/>
                <w:tag w:val="Action 4 - Responsible person"/>
                <w:id w:val="-499814357"/>
                <w:showingPlcHdr/>
                <w:text/>
              </w:sdtPr>
              <w:sdtContent>
                <w:r w:rsidR="007151F1">
                  <w:rPr>
                    <w:color w:val="767676"/>
                  </w:rPr>
                  <w:t>Enter responsible person</w:t>
                </w:r>
              </w:sdtContent>
            </w:sdt>
          </w:p>
        </w:tc>
        <w:tc>
          <w:tcPr>
            <w:tcW w:w="1559" w:type="dxa"/>
          </w:tcPr>
          <w:p w14:paraId="2F1BFB6B" w14:textId="77777777" w:rsidR="007151F1" w:rsidRDefault="00000000" w:rsidP="00A71060">
            <w:sdt>
              <w:sdtPr>
                <w:alias w:val="Action 4 - Due date"/>
                <w:tag w:val="Action 4 - Due date"/>
                <w:id w:val="1996748547"/>
                <w:showingPlcHdr/>
                <w:text/>
              </w:sdtPr>
              <w:sdtContent>
                <w:r w:rsidR="007151F1">
                  <w:rPr>
                    <w:color w:val="767676"/>
                  </w:rPr>
                  <w:t>Enter due date</w:t>
                </w:r>
              </w:sdtContent>
            </w:sdt>
          </w:p>
        </w:tc>
        <w:tc>
          <w:tcPr>
            <w:tcW w:w="3572" w:type="dxa"/>
          </w:tcPr>
          <w:p w14:paraId="5F88F1DD" w14:textId="77777777" w:rsidR="007151F1" w:rsidRDefault="00000000" w:rsidP="00A71060">
            <w:sdt>
              <w:sdtPr>
                <w:alias w:val="Action 4 - Notes or comments"/>
                <w:tag w:val="Action 4 - Notes or comments"/>
                <w:id w:val="-1869758551"/>
                <w:showingPlcHdr/>
                <w:text w:multiLine="1"/>
              </w:sdtPr>
              <w:sdtContent>
                <w:r w:rsidR="007151F1">
                  <w:rPr>
                    <w:color w:val="767676"/>
                  </w:rPr>
                  <w:t>Enter notes/comments</w:t>
                </w:r>
              </w:sdtContent>
            </w:sdt>
          </w:p>
          <w:p w14:paraId="23B39BC1" w14:textId="77777777" w:rsidR="007151F1" w:rsidRDefault="007151F1" w:rsidP="00A71060"/>
        </w:tc>
      </w:tr>
      <w:tr w:rsidR="007151F1" w14:paraId="3FFB947E" w14:textId="77777777" w:rsidTr="00A71060">
        <w:trPr>
          <w:trHeight w:val="1418"/>
        </w:trPr>
        <w:tc>
          <w:tcPr>
            <w:tcW w:w="3374" w:type="dxa"/>
          </w:tcPr>
          <w:p w14:paraId="71019DFA" w14:textId="0143E292" w:rsidR="007151F1" w:rsidRDefault="00000000" w:rsidP="003F789E">
            <w:pPr>
              <w:pStyle w:val="ListParagraph"/>
              <w:numPr>
                <w:ilvl w:val="0"/>
                <w:numId w:val="13"/>
              </w:numPr>
            </w:pPr>
            <w:sdt>
              <w:sdtPr>
                <w:alias w:val="Action 5 - Description"/>
                <w:tag w:val="Action 5 - Description"/>
                <w:id w:val="463467001"/>
                <w:showingPlcHdr/>
                <w:text w:multiLine="1"/>
              </w:sdtPr>
              <w:sdtContent>
                <w:r w:rsidR="003F789E">
                  <w:t xml:space="preserve">     </w:t>
                </w:r>
              </w:sdtContent>
            </w:sdt>
          </w:p>
          <w:p w14:paraId="66167275" w14:textId="77777777" w:rsidR="007151F1" w:rsidRDefault="007151F1" w:rsidP="00A71060"/>
        </w:tc>
        <w:tc>
          <w:tcPr>
            <w:tcW w:w="1701" w:type="dxa"/>
          </w:tcPr>
          <w:p w14:paraId="0631EF43" w14:textId="77777777" w:rsidR="007151F1" w:rsidRDefault="00000000" w:rsidP="00A71060">
            <w:sdt>
              <w:sdtPr>
                <w:alias w:val="Action 5 - Responsible person"/>
                <w:tag w:val="Action 5 - Responsible person"/>
                <w:id w:val="1253862527"/>
                <w:showingPlcHdr/>
                <w:text/>
              </w:sdtPr>
              <w:sdtContent>
                <w:r w:rsidR="007151F1">
                  <w:rPr>
                    <w:color w:val="767676"/>
                  </w:rPr>
                  <w:t>Enter responsible person</w:t>
                </w:r>
              </w:sdtContent>
            </w:sdt>
          </w:p>
        </w:tc>
        <w:tc>
          <w:tcPr>
            <w:tcW w:w="1559" w:type="dxa"/>
          </w:tcPr>
          <w:p w14:paraId="44B4A160" w14:textId="77777777" w:rsidR="007151F1" w:rsidRDefault="00000000" w:rsidP="00A71060">
            <w:sdt>
              <w:sdtPr>
                <w:alias w:val="Action 5 - Due date"/>
                <w:tag w:val="Action 5 - Due date"/>
                <w:id w:val="-1608424925"/>
                <w:showingPlcHdr/>
                <w:text/>
              </w:sdtPr>
              <w:sdtContent>
                <w:r w:rsidR="007151F1">
                  <w:rPr>
                    <w:color w:val="767676"/>
                  </w:rPr>
                  <w:t>Enter due date</w:t>
                </w:r>
              </w:sdtContent>
            </w:sdt>
          </w:p>
        </w:tc>
        <w:tc>
          <w:tcPr>
            <w:tcW w:w="3572" w:type="dxa"/>
          </w:tcPr>
          <w:p w14:paraId="609FB704" w14:textId="77777777" w:rsidR="007151F1" w:rsidRDefault="00000000" w:rsidP="00A71060">
            <w:sdt>
              <w:sdtPr>
                <w:alias w:val="Action 5 - Notes or comments"/>
                <w:tag w:val="Action 5 - Notes or comments"/>
                <w:id w:val="666443973"/>
                <w:showingPlcHdr/>
                <w:text w:multiLine="1"/>
              </w:sdtPr>
              <w:sdtContent>
                <w:r w:rsidR="007151F1">
                  <w:rPr>
                    <w:color w:val="767676"/>
                  </w:rPr>
                  <w:t>Enter notes/comments</w:t>
                </w:r>
              </w:sdtContent>
            </w:sdt>
          </w:p>
          <w:p w14:paraId="6A3CF7CE" w14:textId="77777777" w:rsidR="007151F1" w:rsidRDefault="007151F1" w:rsidP="00A71060"/>
        </w:tc>
      </w:tr>
      <w:tr w:rsidR="007151F1" w14:paraId="2A94E9EB" w14:textId="77777777" w:rsidTr="00A71060">
        <w:trPr>
          <w:trHeight w:val="1418"/>
        </w:trPr>
        <w:tc>
          <w:tcPr>
            <w:tcW w:w="3374" w:type="dxa"/>
          </w:tcPr>
          <w:p w14:paraId="317C8CE0" w14:textId="16A48E46" w:rsidR="007151F1" w:rsidRDefault="00000000" w:rsidP="003F789E">
            <w:pPr>
              <w:pStyle w:val="ListParagraph"/>
              <w:numPr>
                <w:ilvl w:val="0"/>
                <w:numId w:val="13"/>
              </w:numPr>
            </w:pPr>
            <w:sdt>
              <w:sdtPr>
                <w:alias w:val="Action 6 - Description"/>
                <w:tag w:val="Action 6 - Description"/>
                <w:id w:val="1691715921"/>
                <w:showingPlcHdr/>
                <w:text w:multiLine="1"/>
              </w:sdtPr>
              <w:sdtContent>
                <w:r w:rsidR="003F789E">
                  <w:t xml:space="preserve">     </w:t>
                </w:r>
              </w:sdtContent>
            </w:sdt>
          </w:p>
          <w:p w14:paraId="123544D2" w14:textId="77777777" w:rsidR="007151F1" w:rsidRDefault="007151F1" w:rsidP="00A71060"/>
        </w:tc>
        <w:tc>
          <w:tcPr>
            <w:tcW w:w="1701" w:type="dxa"/>
          </w:tcPr>
          <w:p w14:paraId="209DDECB" w14:textId="77777777" w:rsidR="007151F1" w:rsidRDefault="00000000" w:rsidP="00A71060">
            <w:sdt>
              <w:sdtPr>
                <w:alias w:val="Action 6 - Responsible person"/>
                <w:tag w:val="Action 6 - Responsible person"/>
                <w:id w:val="1090206818"/>
                <w:showingPlcHdr/>
                <w:text/>
              </w:sdtPr>
              <w:sdtContent>
                <w:r w:rsidR="007151F1">
                  <w:rPr>
                    <w:color w:val="767676"/>
                  </w:rPr>
                  <w:t>Enter responsible person</w:t>
                </w:r>
              </w:sdtContent>
            </w:sdt>
          </w:p>
        </w:tc>
        <w:tc>
          <w:tcPr>
            <w:tcW w:w="1559" w:type="dxa"/>
          </w:tcPr>
          <w:p w14:paraId="6378D58E" w14:textId="77777777" w:rsidR="007151F1" w:rsidRDefault="00000000" w:rsidP="00A71060">
            <w:sdt>
              <w:sdtPr>
                <w:alias w:val="Action 6 - Due date"/>
                <w:tag w:val="Action 6 - Due date"/>
                <w:id w:val="-1089622161"/>
                <w:showingPlcHdr/>
                <w:text/>
              </w:sdtPr>
              <w:sdtContent>
                <w:r w:rsidR="007151F1">
                  <w:rPr>
                    <w:color w:val="767676"/>
                  </w:rPr>
                  <w:t>Enter due date</w:t>
                </w:r>
              </w:sdtContent>
            </w:sdt>
          </w:p>
        </w:tc>
        <w:tc>
          <w:tcPr>
            <w:tcW w:w="3572" w:type="dxa"/>
          </w:tcPr>
          <w:p w14:paraId="2DA59130" w14:textId="77777777" w:rsidR="007151F1" w:rsidRDefault="00000000" w:rsidP="00A71060">
            <w:sdt>
              <w:sdtPr>
                <w:alias w:val="Action 6 - Notes or comments"/>
                <w:tag w:val="Action 6 - Notes or comments"/>
                <w:id w:val="-1432356290"/>
                <w:showingPlcHdr/>
                <w:text w:multiLine="1"/>
              </w:sdtPr>
              <w:sdtContent>
                <w:r w:rsidR="007151F1">
                  <w:rPr>
                    <w:color w:val="767676"/>
                  </w:rPr>
                  <w:t>Enter notes/comments</w:t>
                </w:r>
              </w:sdtContent>
            </w:sdt>
          </w:p>
          <w:p w14:paraId="43BFA7CB" w14:textId="77777777" w:rsidR="007151F1" w:rsidRDefault="007151F1" w:rsidP="00A71060"/>
        </w:tc>
      </w:tr>
      <w:tr w:rsidR="007151F1" w14:paraId="06F5F56E" w14:textId="77777777" w:rsidTr="00A71060">
        <w:trPr>
          <w:trHeight w:val="1418"/>
        </w:trPr>
        <w:tc>
          <w:tcPr>
            <w:tcW w:w="3374" w:type="dxa"/>
          </w:tcPr>
          <w:p w14:paraId="2DDEA7AD" w14:textId="77CA4E4E" w:rsidR="007151F1" w:rsidRDefault="00000000" w:rsidP="003F789E">
            <w:pPr>
              <w:pStyle w:val="ListParagraph"/>
              <w:numPr>
                <w:ilvl w:val="0"/>
                <w:numId w:val="13"/>
              </w:numPr>
            </w:pPr>
            <w:sdt>
              <w:sdtPr>
                <w:alias w:val="Action 7 - Description"/>
                <w:tag w:val="Action 7 - Description"/>
                <w:id w:val="-2112807721"/>
                <w:showingPlcHdr/>
                <w:text w:multiLine="1"/>
              </w:sdtPr>
              <w:sdtContent>
                <w:r w:rsidR="003F789E">
                  <w:t xml:space="preserve">     </w:t>
                </w:r>
              </w:sdtContent>
            </w:sdt>
          </w:p>
          <w:p w14:paraId="51D36061" w14:textId="77777777" w:rsidR="007151F1" w:rsidRDefault="007151F1" w:rsidP="00A71060"/>
        </w:tc>
        <w:tc>
          <w:tcPr>
            <w:tcW w:w="1701" w:type="dxa"/>
          </w:tcPr>
          <w:p w14:paraId="35253C7C" w14:textId="77777777" w:rsidR="007151F1" w:rsidRDefault="00000000" w:rsidP="00A71060">
            <w:sdt>
              <w:sdtPr>
                <w:alias w:val="Action 7 - Responsible person"/>
                <w:tag w:val="Action 7 - Responsible person"/>
                <w:id w:val="-1516299742"/>
                <w:showingPlcHdr/>
                <w:text/>
              </w:sdtPr>
              <w:sdtContent>
                <w:r w:rsidR="007151F1">
                  <w:rPr>
                    <w:color w:val="767676"/>
                  </w:rPr>
                  <w:t>Enter responsible person</w:t>
                </w:r>
              </w:sdtContent>
            </w:sdt>
          </w:p>
        </w:tc>
        <w:tc>
          <w:tcPr>
            <w:tcW w:w="1559" w:type="dxa"/>
          </w:tcPr>
          <w:p w14:paraId="708E3351" w14:textId="77777777" w:rsidR="007151F1" w:rsidRDefault="00000000" w:rsidP="00A71060">
            <w:sdt>
              <w:sdtPr>
                <w:alias w:val="Action 7 - Due date"/>
                <w:tag w:val="Action 7 - Due date"/>
                <w:id w:val="-608893018"/>
                <w:showingPlcHdr/>
                <w:text/>
              </w:sdtPr>
              <w:sdtContent>
                <w:r w:rsidR="007151F1">
                  <w:rPr>
                    <w:color w:val="767676"/>
                  </w:rPr>
                  <w:t>Enter due date</w:t>
                </w:r>
              </w:sdtContent>
            </w:sdt>
          </w:p>
        </w:tc>
        <w:tc>
          <w:tcPr>
            <w:tcW w:w="3572" w:type="dxa"/>
          </w:tcPr>
          <w:p w14:paraId="1A539534" w14:textId="77777777" w:rsidR="007151F1" w:rsidRDefault="00000000" w:rsidP="00A71060">
            <w:sdt>
              <w:sdtPr>
                <w:alias w:val="Action 7 - Notes or comments"/>
                <w:tag w:val="Action 7 - Notes or comments"/>
                <w:id w:val="-1496257834"/>
                <w:showingPlcHdr/>
                <w:text w:multiLine="1"/>
              </w:sdtPr>
              <w:sdtContent>
                <w:r w:rsidR="007151F1">
                  <w:rPr>
                    <w:color w:val="767676"/>
                  </w:rPr>
                  <w:t>Enter notes/comments</w:t>
                </w:r>
              </w:sdtContent>
            </w:sdt>
          </w:p>
          <w:p w14:paraId="138F993A" w14:textId="77777777" w:rsidR="007151F1" w:rsidRDefault="007151F1" w:rsidP="00A71060"/>
        </w:tc>
      </w:tr>
    </w:tbl>
    <w:p w14:paraId="24D528A5" w14:textId="77777777" w:rsidR="007151F1" w:rsidRDefault="007151F1" w:rsidP="007151F1">
      <w:pPr>
        <w:pStyle w:val="LayoutSpacer1"/>
      </w:pPr>
    </w:p>
    <w:p w14:paraId="208517D0" w14:textId="77777777" w:rsidR="007151F1" w:rsidRDefault="007151F1" w:rsidP="007151F1">
      <w:pPr>
        <w:spacing w:after="200"/>
        <w:rPr>
          <w:rFonts w:eastAsiaTheme="majorEastAsia" w:cstheme="majorBidi"/>
          <w:b/>
          <w:bCs/>
          <w:color w:val="000000" w:themeColor="text1"/>
          <w:sz w:val="36"/>
          <w:szCs w:val="28"/>
        </w:rPr>
      </w:pPr>
      <w:r>
        <w:br w:type="page"/>
      </w:r>
    </w:p>
    <w:p w14:paraId="4B01EA00" w14:textId="237E3BDD" w:rsidR="007151F1" w:rsidRDefault="007151F1" w:rsidP="007151F1">
      <w:pPr>
        <w:pStyle w:val="Heading1"/>
      </w:pPr>
      <w:r>
        <w:lastRenderedPageBreak/>
        <w:br/>
        <w:t>Analysis/response 4 – Summary</w:t>
      </w:r>
    </w:p>
    <w:p w14:paraId="237AE50F" w14:textId="77777777" w:rsidR="007151F1" w:rsidRDefault="007151F1" w:rsidP="007151F1"/>
    <w:tbl>
      <w:tblPr>
        <w:tblStyle w:val="TableGrid"/>
        <w:tblW w:w="0" w:type="auto"/>
        <w:tblInd w:w="-5" w:type="dxa"/>
        <w:tblLook w:val="04A0" w:firstRow="1" w:lastRow="0" w:firstColumn="1" w:lastColumn="0" w:noHBand="0" w:noVBand="1"/>
        <w:tblCaption w:val="Analysis summary details"/>
        <w:tblDescription w:val="Form fields for the assessment date and threat type."/>
      </w:tblPr>
      <w:tblGrid>
        <w:gridCol w:w="2553"/>
        <w:gridCol w:w="7642"/>
      </w:tblGrid>
      <w:tr w:rsidR="007151F1" w14:paraId="5F3307BD" w14:textId="77777777" w:rsidTr="00A71060">
        <w:trPr>
          <w:trHeight w:val="485"/>
        </w:trPr>
        <w:tc>
          <w:tcPr>
            <w:tcW w:w="2553" w:type="dxa"/>
            <w:vAlign w:val="center"/>
          </w:tcPr>
          <w:p w14:paraId="3CB228DF" w14:textId="77777777" w:rsidR="007151F1" w:rsidRPr="008A2AED" w:rsidRDefault="007151F1" w:rsidP="00A71060">
            <w:pPr>
              <w:rPr>
                <w:b/>
                <w:bCs/>
              </w:rPr>
            </w:pPr>
            <w:r w:rsidRPr="008A2AED">
              <w:rPr>
                <w:b/>
                <w:bCs/>
              </w:rPr>
              <w:t>Date</w:t>
            </w:r>
          </w:p>
        </w:tc>
        <w:tc>
          <w:tcPr>
            <w:tcW w:w="7642" w:type="dxa"/>
            <w:vAlign w:val="center"/>
          </w:tcPr>
          <w:p w14:paraId="19D6C43D" w14:textId="77777777" w:rsidR="007151F1" w:rsidRDefault="00000000" w:rsidP="00A71060">
            <w:sdt>
              <w:sdtPr>
                <w:alias w:val="Date"/>
                <w:tag w:val="Date"/>
                <w:id w:val="-239023224"/>
                <w:showingPlcHdr/>
                <w:text/>
              </w:sdtPr>
              <w:sdtContent>
                <w:r w:rsidR="007151F1">
                  <w:rPr>
                    <w:color w:val="767676"/>
                  </w:rPr>
                  <w:t>Day Month Year</w:t>
                </w:r>
              </w:sdtContent>
            </w:sdt>
          </w:p>
        </w:tc>
      </w:tr>
      <w:tr w:rsidR="007151F1" w14:paraId="231C833E" w14:textId="77777777" w:rsidTr="00A71060">
        <w:trPr>
          <w:trHeight w:val="691"/>
        </w:trPr>
        <w:tc>
          <w:tcPr>
            <w:tcW w:w="2553" w:type="dxa"/>
            <w:vAlign w:val="center"/>
          </w:tcPr>
          <w:p w14:paraId="43BCC49D" w14:textId="775E539D" w:rsidR="007151F1" w:rsidRPr="008A2AED" w:rsidRDefault="007151F1" w:rsidP="00A71060">
            <w:pPr>
              <w:rPr>
                <w:b/>
                <w:bCs/>
              </w:rPr>
            </w:pPr>
            <w:r w:rsidRPr="008A2AED">
              <w:rPr>
                <w:b/>
                <w:bCs/>
              </w:rPr>
              <w:t>Threat type</w:t>
            </w:r>
            <w:r>
              <w:rPr>
                <w:b/>
                <w:bCs/>
              </w:rPr>
              <w:t xml:space="preserve"> </w:t>
            </w:r>
            <w:r>
              <w:rPr>
                <w:b/>
                <w:bCs/>
              </w:rPr>
              <w:br/>
            </w:r>
            <w:r w:rsidR="000D3BA3" w:rsidRPr="00195F5B">
              <w:t xml:space="preserve">(from the list </w:t>
            </w:r>
            <w:r w:rsidR="000D3BA3">
              <w:t xml:space="preserve">on </w:t>
            </w:r>
            <w:hyperlink w:anchor="_Scanning_-_Heritage" w:history="1">
              <w:r w:rsidR="000D3BA3">
                <w:rPr>
                  <w:rStyle w:val="Hyperlink"/>
                </w:rPr>
                <w:t>page 3</w:t>
              </w:r>
            </w:hyperlink>
            <w:r w:rsidR="000D3BA3">
              <w:t>)</w:t>
            </w:r>
          </w:p>
        </w:tc>
        <w:tc>
          <w:tcPr>
            <w:tcW w:w="7642" w:type="dxa"/>
            <w:vAlign w:val="center"/>
          </w:tcPr>
          <w:p w14:paraId="3BCF848A" w14:textId="77777777" w:rsidR="007151F1" w:rsidRDefault="00000000" w:rsidP="00A71060">
            <w:sdt>
              <w:sdtPr>
                <w:alias w:val="Threat type"/>
                <w:tag w:val="Threat type"/>
                <w:id w:val="-2104493322"/>
                <w:showingPlcHdr/>
                <w:text/>
              </w:sdtPr>
              <w:sdtContent>
                <w:r w:rsidR="007151F1">
                  <w:rPr>
                    <w:color w:val="767676"/>
                  </w:rPr>
                  <w:t>Enter threat type</w:t>
                </w:r>
              </w:sdtContent>
            </w:sdt>
          </w:p>
        </w:tc>
      </w:tr>
    </w:tbl>
    <w:p w14:paraId="17E3A496" w14:textId="77777777" w:rsidR="007151F1" w:rsidRDefault="007151F1" w:rsidP="007151F1">
      <w:pPr>
        <w:pStyle w:val="Heading2"/>
      </w:pPr>
      <w:r>
        <w:t>What is the crime threat? What might be harmed and how?</w:t>
      </w:r>
    </w:p>
    <w:tbl>
      <w:tblPr>
        <w:tblStyle w:val="TableGrid"/>
        <w:tblW w:w="0" w:type="auto"/>
        <w:tblInd w:w="-5" w:type="dxa"/>
        <w:tblLook w:val="04A0" w:firstRow="1" w:lastRow="0" w:firstColumn="1" w:lastColumn="0" w:noHBand="0" w:noVBand="1"/>
        <w:tblCaption w:val="Crime threat description"/>
        <w:tblDescription w:val="Form field describing the crime threat and what might be harmed."/>
      </w:tblPr>
      <w:tblGrid>
        <w:gridCol w:w="10195"/>
      </w:tblGrid>
      <w:tr w:rsidR="007151F1" w14:paraId="60BB9321" w14:textId="77777777" w:rsidTr="00A71060">
        <w:trPr>
          <w:trHeight w:val="2112"/>
        </w:trPr>
        <w:tc>
          <w:tcPr>
            <w:tcW w:w="10195" w:type="dxa"/>
          </w:tcPr>
          <w:p w14:paraId="132DD7C6" w14:textId="77777777" w:rsidR="007151F1" w:rsidRDefault="00000000" w:rsidP="00A71060">
            <w:sdt>
              <w:sdtPr>
                <w:alias w:val="What is the crime threat? What might be harmed and how?"/>
                <w:tag w:val="What is the crime threat What might be harmed and how"/>
                <w:id w:val="440272433"/>
                <w:showingPlcHdr/>
                <w:text w:multiLine="1"/>
              </w:sdtPr>
              <w:sdtContent>
                <w:r w:rsidR="007151F1">
                  <w:rPr>
                    <w:color w:val="767676"/>
                  </w:rPr>
                  <w:t>Click or tap here to enter text.</w:t>
                </w:r>
              </w:sdtContent>
            </w:sdt>
          </w:p>
        </w:tc>
      </w:tr>
    </w:tbl>
    <w:p w14:paraId="17084EC7" w14:textId="77777777" w:rsidR="007151F1" w:rsidRDefault="007151F1" w:rsidP="007151F1">
      <w:pPr>
        <w:pStyle w:val="Heading2"/>
      </w:pPr>
      <w:r>
        <w:t>Existing controls</w:t>
      </w:r>
    </w:p>
    <w:tbl>
      <w:tblPr>
        <w:tblStyle w:val="TableGrid"/>
        <w:tblW w:w="0" w:type="auto"/>
        <w:tblInd w:w="-5" w:type="dxa"/>
        <w:tblLook w:val="04A0" w:firstRow="1" w:lastRow="0" w:firstColumn="1" w:lastColumn="0" w:noHBand="0" w:noVBand="1"/>
        <w:tblCaption w:val="Existing controls"/>
        <w:tblDescription w:val="Form field describing existing risk controls."/>
      </w:tblPr>
      <w:tblGrid>
        <w:gridCol w:w="10195"/>
      </w:tblGrid>
      <w:tr w:rsidR="007151F1" w14:paraId="358F428C" w14:textId="77777777" w:rsidTr="00A71060">
        <w:trPr>
          <w:trHeight w:val="1853"/>
        </w:trPr>
        <w:tc>
          <w:tcPr>
            <w:tcW w:w="10195" w:type="dxa"/>
          </w:tcPr>
          <w:p w14:paraId="34C2F073" w14:textId="77777777" w:rsidR="007151F1" w:rsidRDefault="00000000" w:rsidP="00A71060">
            <w:sdt>
              <w:sdtPr>
                <w:alias w:val="Existing controls"/>
                <w:tag w:val="Existing controls"/>
                <w:id w:val="-1046444765"/>
                <w:showingPlcHdr/>
                <w:text w:multiLine="1"/>
              </w:sdtPr>
              <w:sdtContent>
                <w:r w:rsidR="007151F1">
                  <w:rPr>
                    <w:color w:val="767676"/>
                  </w:rPr>
                  <w:t>Click or tap here to enter text.</w:t>
                </w:r>
              </w:sdtContent>
            </w:sdt>
          </w:p>
        </w:tc>
      </w:tr>
    </w:tbl>
    <w:p w14:paraId="53F8B55F" w14:textId="77777777" w:rsidR="007151F1" w:rsidRDefault="007151F1" w:rsidP="007151F1">
      <w:pPr>
        <w:pStyle w:val="Heading2"/>
      </w:pPr>
      <w:r>
        <w:t>Current risk rating</w:t>
      </w:r>
    </w:p>
    <w:tbl>
      <w:tblPr>
        <w:tblStyle w:val="TableGrid"/>
        <w:tblW w:w="0" w:type="auto"/>
        <w:tblInd w:w="-5" w:type="dxa"/>
        <w:tblLook w:val="04A0" w:firstRow="1" w:lastRow="0" w:firstColumn="1" w:lastColumn="0" w:noHBand="0" w:noVBand="1"/>
        <w:tblCaption w:val="Current risk rating"/>
        <w:tblDescription w:val="Form fields for current impact, likelihood and combined risk scores."/>
      </w:tblPr>
      <w:tblGrid>
        <w:gridCol w:w="3401"/>
        <w:gridCol w:w="3397"/>
        <w:gridCol w:w="3397"/>
      </w:tblGrid>
      <w:tr w:rsidR="007151F1" w14:paraId="6EF01A94" w14:textId="77777777" w:rsidTr="00A71060">
        <w:trPr>
          <w:trHeight w:val="958"/>
        </w:trPr>
        <w:tc>
          <w:tcPr>
            <w:tcW w:w="3401" w:type="dxa"/>
            <w:vAlign w:val="center"/>
          </w:tcPr>
          <w:p w14:paraId="0752E66A" w14:textId="77777777" w:rsidR="007151F1" w:rsidRDefault="007151F1" w:rsidP="00A71060">
            <w:r>
              <w:rPr>
                <w:b/>
                <w:sz w:val="18"/>
              </w:rPr>
              <w:t>I (Impact)</w:t>
            </w:r>
          </w:p>
          <w:p w14:paraId="125E2F60" w14:textId="77777777" w:rsidR="007151F1" w:rsidRDefault="00000000" w:rsidP="00A71060">
            <w:sdt>
              <w:sdtPr>
                <w:alias w:val="Current risk rating - I (Impact)"/>
                <w:tag w:val="Current risk rating - I Impact"/>
                <w:id w:val="-89937560"/>
                <w:showingPlcHdr/>
                <w:text/>
              </w:sdtPr>
              <w:sdtContent>
                <w:r w:rsidR="007151F1">
                  <w:rPr>
                    <w:color w:val="767676"/>
                  </w:rPr>
                  <w:t>Enter score</w:t>
                </w:r>
              </w:sdtContent>
            </w:sdt>
          </w:p>
        </w:tc>
        <w:tc>
          <w:tcPr>
            <w:tcW w:w="3397" w:type="dxa"/>
            <w:vAlign w:val="center"/>
          </w:tcPr>
          <w:p w14:paraId="424C3890" w14:textId="77777777" w:rsidR="007151F1" w:rsidRDefault="007151F1" w:rsidP="00A71060">
            <w:r>
              <w:rPr>
                <w:b/>
                <w:sz w:val="18"/>
              </w:rPr>
              <w:t>L (Likelihood)</w:t>
            </w:r>
          </w:p>
          <w:p w14:paraId="0122B91E" w14:textId="77777777" w:rsidR="007151F1" w:rsidRDefault="00000000" w:rsidP="00A71060">
            <w:sdt>
              <w:sdtPr>
                <w:alias w:val="Current risk rating - L (Likelihood)"/>
                <w:tag w:val="Current risk rating - L Likelihood"/>
                <w:id w:val="1446582188"/>
                <w:showingPlcHdr/>
                <w:text/>
              </w:sdtPr>
              <w:sdtContent>
                <w:r w:rsidR="007151F1">
                  <w:rPr>
                    <w:color w:val="767676"/>
                  </w:rPr>
                  <w:t>Enter score</w:t>
                </w:r>
              </w:sdtContent>
            </w:sdt>
          </w:p>
        </w:tc>
        <w:tc>
          <w:tcPr>
            <w:tcW w:w="3397" w:type="dxa"/>
            <w:vAlign w:val="center"/>
          </w:tcPr>
          <w:p w14:paraId="2C246E58" w14:textId="77777777" w:rsidR="007151F1" w:rsidRDefault="007151F1" w:rsidP="00A71060">
            <w:r>
              <w:rPr>
                <w:b/>
                <w:sz w:val="18"/>
              </w:rPr>
              <w:t>I x L (Impact x Likelihood)</w:t>
            </w:r>
          </w:p>
          <w:p w14:paraId="0CA9F386" w14:textId="77777777" w:rsidR="007151F1" w:rsidRDefault="00000000" w:rsidP="00A71060">
            <w:sdt>
              <w:sdtPr>
                <w:alias w:val="Current risk rating - I x L (Impact x Likelihood)"/>
                <w:tag w:val="Current risk rating - I x L Impact x Likelihood"/>
                <w:id w:val="1995825734"/>
                <w:showingPlcHdr/>
                <w:text/>
              </w:sdtPr>
              <w:sdtContent>
                <w:r w:rsidR="007151F1">
                  <w:rPr>
                    <w:color w:val="767676"/>
                  </w:rPr>
                  <w:t>Enter score</w:t>
                </w:r>
              </w:sdtContent>
            </w:sdt>
          </w:p>
        </w:tc>
      </w:tr>
    </w:tbl>
    <w:p w14:paraId="0C389F7C" w14:textId="77777777" w:rsidR="007151F1" w:rsidRDefault="007151F1" w:rsidP="007151F1">
      <w:pPr>
        <w:pStyle w:val="Heading2"/>
      </w:pPr>
      <w:r>
        <w:t>Additional controls for consideration (</w:t>
      </w:r>
      <w:proofErr w:type="gramStart"/>
      <w:r>
        <w:t>brief summary</w:t>
      </w:r>
      <w:proofErr w:type="gramEnd"/>
      <w:r>
        <w:t>)</w:t>
      </w:r>
    </w:p>
    <w:tbl>
      <w:tblPr>
        <w:tblStyle w:val="TableGrid"/>
        <w:tblW w:w="0" w:type="auto"/>
        <w:tblInd w:w="-5" w:type="dxa"/>
        <w:tblLook w:val="04A0" w:firstRow="1" w:lastRow="0" w:firstColumn="1" w:lastColumn="0" w:noHBand="0" w:noVBand="1"/>
        <w:tblCaption w:val="Additional controls"/>
        <w:tblDescription w:val="Form field describing additional controls for consideration."/>
      </w:tblPr>
      <w:tblGrid>
        <w:gridCol w:w="10195"/>
      </w:tblGrid>
      <w:tr w:rsidR="007151F1" w14:paraId="21A11E5F" w14:textId="77777777" w:rsidTr="00A71060">
        <w:trPr>
          <w:trHeight w:val="1853"/>
        </w:trPr>
        <w:tc>
          <w:tcPr>
            <w:tcW w:w="10195" w:type="dxa"/>
          </w:tcPr>
          <w:p w14:paraId="734B0F91" w14:textId="77777777" w:rsidR="007151F1" w:rsidRDefault="00000000" w:rsidP="00A71060">
            <w:sdt>
              <w:sdtPr>
                <w:alias w:val="Additional controls (brief summary)"/>
                <w:tag w:val="Additional controls brief summary"/>
                <w:id w:val="256949922"/>
                <w:showingPlcHdr/>
                <w:text w:multiLine="1"/>
              </w:sdtPr>
              <w:sdtContent>
                <w:r w:rsidR="007151F1">
                  <w:rPr>
                    <w:color w:val="767676"/>
                  </w:rPr>
                  <w:t>Click or tap here to enter text.</w:t>
                </w:r>
              </w:sdtContent>
            </w:sdt>
          </w:p>
        </w:tc>
      </w:tr>
    </w:tbl>
    <w:p w14:paraId="3D16DD2E" w14:textId="77777777" w:rsidR="007151F1" w:rsidRDefault="007151F1" w:rsidP="007151F1">
      <w:pPr>
        <w:pStyle w:val="Heading2"/>
      </w:pPr>
      <w:r>
        <w:t>Revised risk rating</w:t>
      </w:r>
    </w:p>
    <w:tbl>
      <w:tblPr>
        <w:tblStyle w:val="TableGrid"/>
        <w:tblW w:w="0" w:type="auto"/>
        <w:tblInd w:w="-5" w:type="dxa"/>
        <w:tblLook w:val="04A0" w:firstRow="1" w:lastRow="0" w:firstColumn="1" w:lastColumn="0" w:noHBand="0" w:noVBand="1"/>
        <w:tblCaption w:val="Revised risk rating"/>
        <w:tblDescription w:val="Form fields for revised impact, likelihood and combined risk scores."/>
      </w:tblPr>
      <w:tblGrid>
        <w:gridCol w:w="3401"/>
        <w:gridCol w:w="3397"/>
        <w:gridCol w:w="3397"/>
      </w:tblGrid>
      <w:tr w:rsidR="007151F1" w14:paraId="1239A6C8" w14:textId="77777777" w:rsidTr="00A71060">
        <w:trPr>
          <w:trHeight w:val="983"/>
        </w:trPr>
        <w:tc>
          <w:tcPr>
            <w:tcW w:w="3401" w:type="dxa"/>
            <w:vAlign w:val="center"/>
          </w:tcPr>
          <w:p w14:paraId="3130102B" w14:textId="77777777" w:rsidR="007151F1" w:rsidRDefault="007151F1" w:rsidP="00A71060">
            <w:r>
              <w:rPr>
                <w:b/>
                <w:sz w:val="18"/>
              </w:rPr>
              <w:t>I (Impact)</w:t>
            </w:r>
          </w:p>
          <w:p w14:paraId="1BE90F06" w14:textId="77777777" w:rsidR="007151F1" w:rsidRDefault="00000000" w:rsidP="00A71060">
            <w:sdt>
              <w:sdtPr>
                <w:alias w:val="Revised risk rating - I (Impact)"/>
                <w:tag w:val="Revised risk rating - I Impact"/>
                <w:id w:val="-1541739289"/>
                <w:showingPlcHdr/>
                <w:text/>
              </w:sdtPr>
              <w:sdtContent>
                <w:r w:rsidR="007151F1">
                  <w:rPr>
                    <w:color w:val="767676"/>
                  </w:rPr>
                  <w:t>Enter score</w:t>
                </w:r>
              </w:sdtContent>
            </w:sdt>
          </w:p>
        </w:tc>
        <w:tc>
          <w:tcPr>
            <w:tcW w:w="3397" w:type="dxa"/>
            <w:vAlign w:val="center"/>
          </w:tcPr>
          <w:p w14:paraId="56F22502" w14:textId="77777777" w:rsidR="007151F1" w:rsidRDefault="007151F1" w:rsidP="00A71060">
            <w:r>
              <w:rPr>
                <w:b/>
                <w:sz w:val="18"/>
              </w:rPr>
              <w:t>L (Likelihood)</w:t>
            </w:r>
          </w:p>
          <w:p w14:paraId="228290AD" w14:textId="77777777" w:rsidR="007151F1" w:rsidRDefault="00000000" w:rsidP="00A71060">
            <w:sdt>
              <w:sdtPr>
                <w:alias w:val="Revised risk rating - L (Likelihood)"/>
                <w:tag w:val="Revised risk rating - L Likelihood"/>
                <w:id w:val="-965577297"/>
                <w:showingPlcHdr/>
                <w:text/>
              </w:sdtPr>
              <w:sdtContent>
                <w:r w:rsidR="007151F1">
                  <w:rPr>
                    <w:color w:val="767676"/>
                  </w:rPr>
                  <w:t>Enter score</w:t>
                </w:r>
              </w:sdtContent>
            </w:sdt>
          </w:p>
        </w:tc>
        <w:tc>
          <w:tcPr>
            <w:tcW w:w="3397" w:type="dxa"/>
            <w:vAlign w:val="center"/>
          </w:tcPr>
          <w:p w14:paraId="05F4F340" w14:textId="77777777" w:rsidR="007151F1" w:rsidRDefault="007151F1" w:rsidP="00A71060">
            <w:r>
              <w:rPr>
                <w:b/>
                <w:sz w:val="18"/>
              </w:rPr>
              <w:t>I x L (Impact x Likelihood)</w:t>
            </w:r>
          </w:p>
          <w:p w14:paraId="21248CC8" w14:textId="77777777" w:rsidR="007151F1" w:rsidRDefault="00000000" w:rsidP="00A71060">
            <w:sdt>
              <w:sdtPr>
                <w:alias w:val="Revised risk rating - I x L (Impact x Likelihood)"/>
                <w:tag w:val="Revised risk rating - I x L Impact x Likelihood"/>
                <w:id w:val="49270837"/>
                <w:showingPlcHdr/>
                <w:text/>
              </w:sdtPr>
              <w:sdtContent>
                <w:r w:rsidR="007151F1">
                  <w:rPr>
                    <w:color w:val="767676"/>
                  </w:rPr>
                  <w:t>Enter score</w:t>
                </w:r>
              </w:sdtContent>
            </w:sdt>
          </w:p>
        </w:tc>
      </w:tr>
    </w:tbl>
    <w:p w14:paraId="48BFFD21" w14:textId="77777777" w:rsidR="007151F1" w:rsidRDefault="007151F1" w:rsidP="007151F1">
      <w:pPr>
        <w:pStyle w:val="LayoutSpacer2"/>
        <w:rPr>
          <w:rFonts w:eastAsia="Arial"/>
          <w:sz w:val="28"/>
        </w:rPr>
      </w:pPr>
    </w:p>
    <w:p w14:paraId="085EB6DB" w14:textId="77777777" w:rsidR="007151F1" w:rsidRDefault="007151F1" w:rsidP="007151F1">
      <w:pPr>
        <w:pStyle w:val="Heading2"/>
      </w:pPr>
      <w:r>
        <w:rPr>
          <w:rFonts w:eastAsia="Arial"/>
          <w:sz w:val="28"/>
        </w:rPr>
        <w:t>Key actions agreed (with target date and date completed)</w:t>
      </w:r>
    </w:p>
    <w:tbl>
      <w:tblPr>
        <w:tblStyle w:val="TableGrid"/>
        <w:tblW w:w="10206" w:type="dxa"/>
        <w:tblInd w:w="-5" w:type="dxa"/>
        <w:tblLook w:val="04A0" w:firstRow="1" w:lastRow="0" w:firstColumn="1" w:lastColumn="0" w:noHBand="0" w:noVBand="1"/>
        <w:tblCaption w:val="Key actions"/>
        <w:tblDescription w:val="Action description, responsible person, due date and notes for seven actions."/>
      </w:tblPr>
      <w:tblGrid>
        <w:gridCol w:w="3374"/>
        <w:gridCol w:w="1701"/>
        <w:gridCol w:w="1559"/>
        <w:gridCol w:w="3572"/>
      </w:tblGrid>
      <w:tr w:rsidR="007151F1" w14:paraId="08B632C0" w14:textId="77777777" w:rsidTr="00A71060">
        <w:trPr>
          <w:trHeight w:val="510"/>
          <w:tblHeader/>
        </w:trPr>
        <w:tc>
          <w:tcPr>
            <w:tcW w:w="3374" w:type="dxa"/>
            <w:shd w:val="clear" w:color="auto" w:fill="000000" w:themeFill="text1"/>
            <w:vAlign w:val="center"/>
          </w:tcPr>
          <w:p w14:paraId="34999732" w14:textId="77777777" w:rsidR="007151F1" w:rsidRDefault="007151F1" w:rsidP="00A71060">
            <w:r>
              <w:rPr>
                <w:b/>
                <w:color w:val="FFFFFF"/>
              </w:rPr>
              <w:t>Description</w:t>
            </w:r>
          </w:p>
        </w:tc>
        <w:tc>
          <w:tcPr>
            <w:tcW w:w="1701" w:type="dxa"/>
            <w:shd w:val="clear" w:color="auto" w:fill="000000" w:themeFill="text1"/>
            <w:vAlign w:val="center"/>
          </w:tcPr>
          <w:p w14:paraId="034A3661" w14:textId="77777777" w:rsidR="007151F1" w:rsidRDefault="007151F1" w:rsidP="00A71060">
            <w:r>
              <w:rPr>
                <w:b/>
                <w:color w:val="FFFFFF"/>
              </w:rPr>
              <w:t>Responsible person</w:t>
            </w:r>
          </w:p>
        </w:tc>
        <w:tc>
          <w:tcPr>
            <w:tcW w:w="1559" w:type="dxa"/>
            <w:shd w:val="clear" w:color="auto" w:fill="000000" w:themeFill="text1"/>
            <w:vAlign w:val="center"/>
          </w:tcPr>
          <w:p w14:paraId="5114D937" w14:textId="77777777" w:rsidR="007151F1" w:rsidRDefault="007151F1" w:rsidP="00A71060">
            <w:r>
              <w:rPr>
                <w:b/>
                <w:color w:val="FFFFFF"/>
              </w:rPr>
              <w:t>Due date</w:t>
            </w:r>
          </w:p>
        </w:tc>
        <w:tc>
          <w:tcPr>
            <w:tcW w:w="3572" w:type="dxa"/>
            <w:shd w:val="clear" w:color="auto" w:fill="000000" w:themeFill="text1"/>
            <w:vAlign w:val="center"/>
          </w:tcPr>
          <w:p w14:paraId="27DDF2BE" w14:textId="77777777" w:rsidR="007151F1" w:rsidRDefault="007151F1" w:rsidP="00A71060">
            <w:r>
              <w:rPr>
                <w:b/>
                <w:color w:val="FFFFFF"/>
              </w:rPr>
              <w:t>Notes/comments</w:t>
            </w:r>
          </w:p>
        </w:tc>
      </w:tr>
      <w:tr w:rsidR="007151F1" w14:paraId="0BE72DEB" w14:textId="77777777" w:rsidTr="00A71060">
        <w:trPr>
          <w:trHeight w:val="1418"/>
        </w:trPr>
        <w:tc>
          <w:tcPr>
            <w:tcW w:w="3374" w:type="dxa"/>
          </w:tcPr>
          <w:p w14:paraId="50C5AD6A" w14:textId="68A7BAE1" w:rsidR="007151F1" w:rsidRDefault="00000000" w:rsidP="003F789E">
            <w:pPr>
              <w:pStyle w:val="ListParagraph"/>
              <w:numPr>
                <w:ilvl w:val="0"/>
                <w:numId w:val="14"/>
              </w:numPr>
            </w:pPr>
            <w:sdt>
              <w:sdtPr>
                <w:alias w:val="Action 1 - Description"/>
                <w:tag w:val="Action 1 - Description"/>
                <w:id w:val="-584223663"/>
                <w:showingPlcHdr/>
                <w:text w:multiLine="1"/>
              </w:sdtPr>
              <w:sdtContent>
                <w:r w:rsidR="003F789E">
                  <w:t xml:space="preserve">     </w:t>
                </w:r>
              </w:sdtContent>
            </w:sdt>
          </w:p>
          <w:p w14:paraId="4A9AA827" w14:textId="77777777" w:rsidR="007151F1" w:rsidRDefault="007151F1" w:rsidP="00A71060"/>
        </w:tc>
        <w:tc>
          <w:tcPr>
            <w:tcW w:w="1701" w:type="dxa"/>
          </w:tcPr>
          <w:p w14:paraId="2A31C88B" w14:textId="77777777" w:rsidR="007151F1" w:rsidRDefault="00000000" w:rsidP="00A71060">
            <w:sdt>
              <w:sdtPr>
                <w:alias w:val="Action 1 - Responsible person"/>
                <w:tag w:val="Action 1 - Responsible person"/>
                <w:id w:val="-1538959626"/>
                <w:showingPlcHdr/>
                <w:text/>
              </w:sdtPr>
              <w:sdtContent>
                <w:r w:rsidR="007151F1">
                  <w:rPr>
                    <w:color w:val="767676"/>
                  </w:rPr>
                  <w:t>Enter responsible person</w:t>
                </w:r>
              </w:sdtContent>
            </w:sdt>
          </w:p>
        </w:tc>
        <w:tc>
          <w:tcPr>
            <w:tcW w:w="1559" w:type="dxa"/>
          </w:tcPr>
          <w:p w14:paraId="52E7574F" w14:textId="77777777" w:rsidR="007151F1" w:rsidRDefault="00000000" w:rsidP="00A71060">
            <w:sdt>
              <w:sdtPr>
                <w:alias w:val="Action 1 - Due date"/>
                <w:tag w:val="Action 1 - Due date"/>
                <w:id w:val="1935703414"/>
                <w:showingPlcHdr/>
                <w:text/>
              </w:sdtPr>
              <w:sdtContent>
                <w:r w:rsidR="007151F1">
                  <w:rPr>
                    <w:color w:val="767676"/>
                  </w:rPr>
                  <w:t>Enter due date</w:t>
                </w:r>
              </w:sdtContent>
            </w:sdt>
          </w:p>
        </w:tc>
        <w:tc>
          <w:tcPr>
            <w:tcW w:w="3572" w:type="dxa"/>
          </w:tcPr>
          <w:p w14:paraId="100D513C" w14:textId="77777777" w:rsidR="007151F1" w:rsidRDefault="00000000" w:rsidP="00A71060">
            <w:sdt>
              <w:sdtPr>
                <w:alias w:val="Action 1 - Notes or comments"/>
                <w:tag w:val="Action 1 - Notes or comments"/>
                <w:id w:val="2118798362"/>
                <w:showingPlcHdr/>
                <w:text w:multiLine="1"/>
              </w:sdtPr>
              <w:sdtContent>
                <w:r w:rsidR="007151F1">
                  <w:rPr>
                    <w:color w:val="767676"/>
                  </w:rPr>
                  <w:t>Enter notes/comments</w:t>
                </w:r>
              </w:sdtContent>
            </w:sdt>
          </w:p>
          <w:p w14:paraId="69F234F9" w14:textId="77777777" w:rsidR="007151F1" w:rsidRDefault="007151F1" w:rsidP="00A71060"/>
        </w:tc>
      </w:tr>
      <w:tr w:rsidR="007151F1" w14:paraId="2F24DB44" w14:textId="77777777" w:rsidTr="00A71060">
        <w:trPr>
          <w:trHeight w:val="1418"/>
        </w:trPr>
        <w:tc>
          <w:tcPr>
            <w:tcW w:w="3374" w:type="dxa"/>
          </w:tcPr>
          <w:p w14:paraId="3ED954B5" w14:textId="154EABE1" w:rsidR="007151F1" w:rsidRDefault="00000000" w:rsidP="003F789E">
            <w:pPr>
              <w:pStyle w:val="ListParagraph"/>
              <w:numPr>
                <w:ilvl w:val="0"/>
                <w:numId w:val="14"/>
              </w:numPr>
            </w:pPr>
            <w:sdt>
              <w:sdtPr>
                <w:alias w:val="Action 2 - Description"/>
                <w:tag w:val="Action 2 - Description"/>
                <w:id w:val="-833375291"/>
                <w:showingPlcHdr/>
                <w:text w:multiLine="1"/>
              </w:sdtPr>
              <w:sdtContent>
                <w:r w:rsidR="003F789E">
                  <w:t xml:space="preserve">     </w:t>
                </w:r>
              </w:sdtContent>
            </w:sdt>
          </w:p>
          <w:p w14:paraId="32937068" w14:textId="77777777" w:rsidR="007151F1" w:rsidRDefault="007151F1" w:rsidP="00A71060"/>
        </w:tc>
        <w:tc>
          <w:tcPr>
            <w:tcW w:w="1701" w:type="dxa"/>
          </w:tcPr>
          <w:p w14:paraId="5D4C18A7" w14:textId="77777777" w:rsidR="007151F1" w:rsidRDefault="00000000" w:rsidP="00A71060">
            <w:sdt>
              <w:sdtPr>
                <w:alias w:val="Action 2 - Responsible person"/>
                <w:tag w:val="Action 2 - Responsible person"/>
                <w:id w:val="-96331931"/>
                <w:showingPlcHdr/>
                <w:text/>
              </w:sdtPr>
              <w:sdtContent>
                <w:r w:rsidR="007151F1">
                  <w:rPr>
                    <w:color w:val="767676"/>
                  </w:rPr>
                  <w:t>Enter responsible person</w:t>
                </w:r>
              </w:sdtContent>
            </w:sdt>
          </w:p>
        </w:tc>
        <w:tc>
          <w:tcPr>
            <w:tcW w:w="1559" w:type="dxa"/>
          </w:tcPr>
          <w:p w14:paraId="4B5A9476" w14:textId="77777777" w:rsidR="007151F1" w:rsidRDefault="00000000" w:rsidP="00A71060">
            <w:sdt>
              <w:sdtPr>
                <w:alias w:val="Action 2 - Due date"/>
                <w:tag w:val="Action 2 - Due date"/>
                <w:id w:val="-1190058906"/>
                <w:showingPlcHdr/>
                <w:text/>
              </w:sdtPr>
              <w:sdtContent>
                <w:r w:rsidR="007151F1">
                  <w:rPr>
                    <w:color w:val="767676"/>
                  </w:rPr>
                  <w:t>Enter due date</w:t>
                </w:r>
              </w:sdtContent>
            </w:sdt>
          </w:p>
        </w:tc>
        <w:tc>
          <w:tcPr>
            <w:tcW w:w="3572" w:type="dxa"/>
          </w:tcPr>
          <w:p w14:paraId="6CFE4BE1" w14:textId="77777777" w:rsidR="007151F1" w:rsidRDefault="00000000" w:rsidP="00A71060">
            <w:sdt>
              <w:sdtPr>
                <w:alias w:val="Action 2 - Notes or comments"/>
                <w:tag w:val="Action 2 - Notes or comments"/>
                <w:id w:val="-1116976181"/>
                <w:showingPlcHdr/>
                <w:text w:multiLine="1"/>
              </w:sdtPr>
              <w:sdtContent>
                <w:r w:rsidR="007151F1">
                  <w:rPr>
                    <w:color w:val="767676"/>
                  </w:rPr>
                  <w:t>Enter notes/comments</w:t>
                </w:r>
              </w:sdtContent>
            </w:sdt>
          </w:p>
          <w:p w14:paraId="72B1EED8" w14:textId="77777777" w:rsidR="007151F1" w:rsidRDefault="007151F1" w:rsidP="00A71060"/>
        </w:tc>
      </w:tr>
      <w:tr w:rsidR="007151F1" w14:paraId="31A19EFF" w14:textId="77777777" w:rsidTr="00A71060">
        <w:trPr>
          <w:trHeight w:val="1418"/>
        </w:trPr>
        <w:tc>
          <w:tcPr>
            <w:tcW w:w="3374" w:type="dxa"/>
          </w:tcPr>
          <w:p w14:paraId="33FC90DA" w14:textId="08126C19" w:rsidR="007151F1" w:rsidRDefault="00000000" w:rsidP="003F789E">
            <w:pPr>
              <w:pStyle w:val="ListParagraph"/>
              <w:numPr>
                <w:ilvl w:val="0"/>
                <w:numId w:val="14"/>
              </w:numPr>
            </w:pPr>
            <w:sdt>
              <w:sdtPr>
                <w:alias w:val="Action 3 - Description"/>
                <w:tag w:val="Action 3 - Description"/>
                <w:id w:val="-77752824"/>
                <w:showingPlcHdr/>
                <w:text w:multiLine="1"/>
              </w:sdtPr>
              <w:sdtContent>
                <w:r w:rsidR="003F789E">
                  <w:t xml:space="preserve">     </w:t>
                </w:r>
              </w:sdtContent>
            </w:sdt>
          </w:p>
          <w:p w14:paraId="7B4DCA2B" w14:textId="77777777" w:rsidR="007151F1" w:rsidRDefault="007151F1" w:rsidP="00A71060"/>
        </w:tc>
        <w:tc>
          <w:tcPr>
            <w:tcW w:w="1701" w:type="dxa"/>
          </w:tcPr>
          <w:p w14:paraId="7251BEB1" w14:textId="77777777" w:rsidR="007151F1" w:rsidRDefault="00000000" w:rsidP="00A71060">
            <w:sdt>
              <w:sdtPr>
                <w:alias w:val="Action 3 - Responsible person"/>
                <w:tag w:val="Action 3 - Responsible person"/>
                <w:id w:val="377757473"/>
                <w:showingPlcHdr/>
                <w:text/>
              </w:sdtPr>
              <w:sdtContent>
                <w:r w:rsidR="007151F1">
                  <w:rPr>
                    <w:color w:val="767676"/>
                  </w:rPr>
                  <w:t>Enter responsible person</w:t>
                </w:r>
              </w:sdtContent>
            </w:sdt>
          </w:p>
        </w:tc>
        <w:tc>
          <w:tcPr>
            <w:tcW w:w="1559" w:type="dxa"/>
          </w:tcPr>
          <w:p w14:paraId="450D7BDE" w14:textId="77777777" w:rsidR="007151F1" w:rsidRDefault="00000000" w:rsidP="00A71060">
            <w:sdt>
              <w:sdtPr>
                <w:alias w:val="Action 3 - Due date"/>
                <w:tag w:val="Action 3 - Due date"/>
                <w:id w:val="-2116896002"/>
                <w:showingPlcHdr/>
                <w:text/>
              </w:sdtPr>
              <w:sdtContent>
                <w:r w:rsidR="007151F1">
                  <w:rPr>
                    <w:color w:val="767676"/>
                  </w:rPr>
                  <w:t>Enter due date</w:t>
                </w:r>
              </w:sdtContent>
            </w:sdt>
          </w:p>
        </w:tc>
        <w:tc>
          <w:tcPr>
            <w:tcW w:w="3572" w:type="dxa"/>
          </w:tcPr>
          <w:p w14:paraId="3155DF52" w14:textId="77777777" w:rsidR="007151F1" w:rsidRDefault="00000000" w:rsidP="00A71060">
            <w:sdt>
              <w:sdtPr>
                <w:alias w:val="Action 3 - Notes or comments"/>
                <w:tag w:val="Action 3 - Notes or comments"/>
                <w:id w:val="311683377"/>
                <w:showingPlcHdr/>
                <w:text w:multiLine="1"/>
              </w:sdtPr>
              <w:sdtContent>
                <w:r w:rsidR="007151F1">
                  <w:rPr>
                    <w:color w:val="767676"/>
                  </w:rPr>
                  <w:t>Enter notes/comments</w:t>
                </w:r>
              </w:sdtContent>
            </w:sdt>
          </w:p>
          <w:p w14:paraId="4665274D" w14:textId="77777777" w:rsidR="007151F1" w:rsidRDefault="007151F1" w:rsidP="00A71060"/>
        </w:tc>
      </w:tr>
      <w:tr w:rsidR="007151F1" w14:paraId="547CFBEF" w14:textId="77777777" w:rsidTr="00A71060">
        <w:trPr>
          <w:trHeight w:val="1418"/>
        </w:trPr>
        <w:tc>
          <w:tcPr>
            <w:tcW w:w="3374" w:type="dxa"/>
          </w:tcPr>
          <w:p w14:paraId="205D774D" w14:textId="3767945A" w:rsidR="007151F1" w:rsidRDefault="00000000" w:rsidP="003F789E">
            <w:pPr>
              <w:pStyle w:val="ListParagraph"/>
              <w:numPr>
                <w:ilvl w:val="0"/>
                <w:numId w:val="14"/>
              </w:numPr>
            </w:pPr>
            <w:sdt>
              <w:sdtPr>
                <w:alias w:val="Action 4 - Description"/>
                <w:tag w:val="Action 4 - Description"/>
                <w:id w:val="1887378706"/>
                <w:showingPlcHdr/>
                <w:text w:multiLine="1"/>
              </w:sdtPr>
              <w:sdtContent>
                <w:r w:rsidR="003F789E">
                  <w:t xml:space="preserve">     </w:t>
                </w:r>
              </w:sdtContent>
            </w:sdt>
          </w:p>
          <w:p w14:paraId="3CB69692" w14:textId="77777777" w:rsidR="007151F1" w:rsidRDefault="007151F1" w:rsidP="00A71060"/>
        </w:tc>
        <w:tc>
          <w:tcPr>
            <w:tcW w:w="1701" w:type="dxa"/>
          </w:tcPr>
          <w:p w14:paraId="43BB3176" w14:textId="77777777" w:rsidR="007151F1" w:rsidRDefault="00000000" w:rsidP="00A71060">
            <w:sdt>
              <w:sdtPr>
                <w:alias w:val="Action 4 - Responsible person"/>
                <w:tag w:val="Action 4 - Responsible person"/>
                <w:id w:val="-1986079204"/>
                <w:showingPlcHdr/>
                <w:text/>
              </w:sdtPr>
              <w:sdtContent>
                <w:r w:rsidR="007151F1">
                  <w:rPr>
                    <w:color w:val="767676"/>
                  </w:rPr>
                  <w:t>Enter responsible person</w:t>
                </w:r>
              </w:sdtContent>
            </w:sdt>
          </w:p>
        </w:tc>
        <w:tc>
          <w:tcPr>
            <w:tcW w:w="1559" w:type="dxa"/>
          </w:tcPr>
          <w:p w14:paraId="7F654E36" w14:textId="77777777" w:rsidR="007151F1" w:rsidRDefault="00000000" w:rsidP="00A71060">
            <w:sdt>
              <w:sdtPr>
                <w:alias w:val="Action 4 - Due date"/>
                <w:tag w:val="Action 4 - Due date"/>
                <w:id w:val="1455832979"/>
                <w:showingPlcHdr/>
                <w:text/>
              </w:sdtPr>
              <w:sdtContent>
                <w:r w:rsidR="007151F1">
                  <w:rPr>
                    <w:color w:val="767676"/>
                  </w:rPr>
                  <w:t>Enter due date</w:t>
                </w:r>
              </w:sdtContent>
            </w:sdt>
          </w:p>
        </w:tc>
        <w:tc>
          <w:tcPr>
            <w:tcW w:w="3572" w:type="dxa"/>
          </w:tcPr>
          <w:p w14:paraId="6C765F5B" w14:textId="77777777" w:rsidR="007151F1" w:rsidRDefault="00000000" w:rsidP="00A71060">
            <w:sdt>
              <w:sdtPr>
                <w:alias w:val="Action 4 - Notes or comments"/>
                <w:tag w:val="Action 4 - Notes or comments"/>
                <w:id w:val="1157039596"/>
                <w:showingPlcHdr/>
                <w:text w:multiLine="1"/>
              </w:sdtPr>
              <w:sdtContent>
                <w:r w:rsidR="007151F1">
                  <w:rPr>
                    <w:color w:val="767676"/>
                  </w:rPr>
                  <w:t>Enter notes/comments</w:t>
                </w:r>
              </w:sdtContent>
            </w:sdt>
          </w:p>
          <w:p w14:paraId="14351BEC" w14:textId="77777777" w:rsidR="007151F1" w:rsidRDefault="007151F1" w:rsidP="00A71060"/>
        </w:tc>
      </w:tr>
      <w:tr w:rsidR="007151F1" w14:paraId="0F072963" w14:textId="77777777" w:rsidTr="00A71060">
        <w:trPr>
          <w:trHeight w:val="1418"/>
        </w:trPr>
        <w:tc>
          <w:tcPr>
            <w:tcW w:w="3374" w:type="dxa"/>
          </w:tcPr>
          <w:p w14:paraId="59D9D970" w14:textId="2BE88740" w:rsidR="007151F1" w:rsidRDefault="00000000" w:rsidP="003F789E">
            <w:pPr>
              <w:pStyle w:val="ListParagraph"/>
              <w:numPr>
                <w:ilvl w:val="0"/>
                <w:numId w:val="14"/>
              </w:numPr>
            </w:pPr>
            <w:sdt>
              <w:sdtPr>
                <w:alias w:val="Action 5 - Description"/>
                <w:tag w:val="Action 5 - Description"/>
                <w:id w:val="-2129079849"/>
                <w:showingPlcHdr/>
                <w:text w:multiLine="1"/>
              </w:sdtPr>
              <w:sdtContent>
                <w:r w:rsidR="003F789E">
                  <w:t xml:space="preserve">     </w:t>
                </w:r>
              </w:sdtContent>
            </w:sdt>
          </w:p>
          <w:p w14:paraId="157780D2" w14:textId="77777777" w:rsidR="007151F1" w:rsidRDefault="007151F1" w:rsidP="00A71060"/>
        </w:tc>
        <w:tc>
          <w:tcPr>
            <w:tcW w:w="1701" w:type="dxa"/>
          </w:tcPr>
          <w:p w14:paraId="2495B7AE" w14:textId="77777777" w:rsidR="007151F1" w:rsidRDefault="00000000" w:rsidP="00A71060">
            <w:sdt>
              <w:sdtPr>
                <w:alias w:val="Action 5 - Responsible person"/>
                <w:tag w:val="Action 5 - Responsible person"/>
                <w:id w:val="-2014987803"/>
                <w:showingPlcHdr/>
                <w:text/>
              </w:sdtPr>
              <w:sdtContent>
                <w:r w:rsidR="007151F1">
                  <w:rPr>
                    <w:color w:val="767676"/>
                  </w:rPr>
                  <w:t>Enter responsible person</w:t>
                </w:r>
              </w:sdtContent>
            </w:sdt>
          </w:p>
        </w:tc>
        <w:tc>
          <w:tcPr>
            <w:tcW w:w="1559" w:type="dxa"/>
          </w:tcPr>
          <w:p w14:paraId="1EB45B51" w14:textId="77777777" w:rsidR="007151F1" w:rsidRDefault="00000000" w:rsidP="00A71060">
            <w:sdt>
              <w:sdtPr>
                <w:alias w:val="Action 5 - Due date"/>
                <w:tag w:val="Action 5 - Due date"/>
                <w:id w:val="-294456197"/>
                <w:showingPlcHdr/>
                <w:text/>
              </w:sdtPr>
              <w:sdtContent>
                <w:r w:rsidR="007151F1">
                  <w:rPr>
                    <w:color w:val="767676"/>
                  </w:rPr>
                  <w:t>Enter due date</w:t>
                </w:r>
              </w:sdtContent>
            </w:sdt>
          </w:p>
        </w:tc>
        <w:tc>
          <w:tcPr>
            <w:tcW w:w="3572" w:type="dxa"/>
          </w:tcPr>
          <w:p w14:paraId="081FE262" w14:textId="77777777" w:rsidR="007151F1" w:rsidRDefault="00000000" w:rsidP="00A71060">
            <w:sdt>
              <w:sdtPr>
                <w:alias w:val="Action 5 - Notes or comments"/>
                <w:tag w:val="Action 5 - Notes or comments"/>
                <w:id w:val="-2025619611"/>
                <w:showingPlcHdr/>
                <w:text w:multiLine="1"/>
              </w:sdtPr>
              <w:sdtContent>
                <w:r w:rsidR="007151F1">
                  <w:rPr>
                    <w:color w:val="767676"/>
                  </w:rPr>
                  <w:t>Enter notes/comments</w:t>
                </w:r>
              </w:sdtContent>
            </w:sdt>
          </w:p>
          <w:p w14:paraId="4A3C86AB" w14:textId="77777777" w:rsidR="007151F1" w:rsidRDefault="007151F1" w:rsidP="00A71060"/>
        </w:tc>
      </w:tr>
      <w:tr w:rsidR="007151F1" w14:paraId="3E053420" w14:textId="77777777" w:rsidTr="00A71060">
        <w:trPr>
          <w:trHeight w:val="1418"/>
        </w:trPr>
        <w:tc>
          <w:tcPr>
            <w:tcW w:w="3374" w:type="dxa"/>
          </w:tcPr>
          <w:p w14:paraId="20CB7796" w14:textId="44CAED07" w:rsidR="007151F1" w:rsidRDefault="00000000" w:rsidP="003F789E">
            <w:pPr>
              <w:pStyle w:val="ListParagraph"/>
              <w:numPr>
                <w:ilvl w:val="0"/>
                <w:numId w:val="14"/>
              </w:numPr>
            </w:pPr>
            <w:sdt>
              <w:sdtPr>
                <w:alias w:val="Action 6 - Description"/>
                <w:tag w:val="Action 6 - Description"/>
                <w:id w:val="-1368752886"/>
                <w:showingPlcHdr/>
                <w:text w:multiLine="1"/>
              </w:sdtPr>
              <w:sdtContent>
                <w:r w:rsidR="003F789E">
                  <w:t xml:space="preserve">     </w:t>
                </w:r>
              </w:sdtContent>
            </w:sdt>
          </w:p>
          <w:p w14:paraId="38B766F2" w14:textId="77777777" w:rsidR="007151F1" w:rsidRDefault="007151F1" w:rsidP="00A71060"/>
        </w:tc>
        <w:tc>
          <w:tcPr>
            <w:tcW w:w="1701" w:type="dxa"/>
          </w:tcPr>
          <w:p w14:paraId="6EF52741" w14:textId="77777777" w:rsidR="007151F1" w:rsidRDefault="00000000" w:rsidP="00A71060">
            <w:sdt>
              <w:sdtPr>
                <w:alias w:val="Action 6 - Responsible person"/>
                <w:tag w:val="Action 6 - Responsible person"/>
                <w:id w:val="1296566929"/>
                <w:showingPlcHdr/>
                <w:text/>
              </w:sdtPr>
              <w:sdtContent>
                <w:r w:rsidR="007151F1">
                  <w:rPr>
                    <w:color w:val="767676"/>
                  </w:rPr>
                  <w:t>Enter responsible person</w:t>
                </w:r>
              </w:sdtContent>
            </w:sdt>
          </w:p>
        </w:tc>
        <w:tc>
          <w:tcPr>
            <w:tcW w:w="1559" w:type="dxa"/>
          </w:tcPr>
          <w:p w14:paraId="4DEFE48B" w14:textId="77777777" w:rsidR="007151F1" w:rsidRDefault="00000000" w:rsidP="00A71060">
            <w:sdt>
              <w:sdtPr>
                <w:alias w:val="Action 6 - Due date"/>
                <w:tag w:val="Action 6 - Due date"/>
                <w:id w:val="-1680039740"/>
                <w:showingPlcHdr/>
                <w:text/>
              </w:sdtPr>
              <w:sdtContent>
                <w:r w:rsidR="007151F1">
                  <w:rPr>
                    <w:color w:val="767676"/>
                  </w:rPr>
                  <w:t>Enter due date</w:t>
                </w:r>
              </w:sdtContent>
            </w:sdt>
          </w:p>
        </w:tc>
        <w:tc>
          <w:tcPr>
            <w:tcW w:w="3572" w:type="dxa"/>
          </w:tcPr>
          <w:p w14:paraId="071F92F9" w14:textId="77777777" w:rsidR="007151F1" w:rsidRDefault="00000000" w:rsidP="00A71060">
            <w:sdt>
              <w:sdtPr>
                <w:alias w:val="Action 6 - Notes or comments"/>
                <w:tag w:val="Action 6 - Notes or comments"/>
                <w:id w:val="-655682037"/>
                <w:showingPlcHdr/>
                <w:text w:multiLine="1"/>
              </w:sdtPr>
              <w:sdtContent>
                <w:r w:rsidR="007151F1">
                  <w:rPr>
                    <w:color w:val="767676"/>
                  </w:rPr>
                  <w:t>Enter notes/comments</w:t>
                </w:r>
              </w:sdtContent>
            </w:sdt>
          </w:p>
          <w:p w14:paraId="61561234" w14:textId="77777777" w:rsidR="007151F1" w:rsidRDefault="007151F1" w:rsidP="00A71060"/>
        </w:tc>
      </w:tr>
      <w:tr w:rsidR="007151F1" w14:paraId="76B15A35" w14:textId="77777777" w:rsidTr="00A71060">
        <w:trPr>
          <w:trHeight w:val="1418"/>
        </w:trPr>
        <w:tc>
          <w:tcPr>
            <w:tcW w:w="3374" w:type="dxa"/>
          </w:tcPr>
          <w:p w14:paraId="68AD844B" w14:textId="201F53C3" w:rsidR="007151F1" w:rsidRDefault="00000000" w:rsidP="003F789E">
            <w:pPr>
              <w:pStyle w:val="ListParagraph"/>
              <w:numPr>
                <w:ilvl w:val="0"/>
                <w:numId w:val="14"/>
              </w:numPr>
            </w:pPr>
            <w:sdt>
              <w:sdtPr>
                <w:alias w:val="Action 7 - Description"/>
                <w:tag w:val="Action 7 - Description"/>
                <w:id w:val="-62413396"/>
                <w:showingPlcHdr/>
                <w:text w:multiLine="1"/>
              </w:sdtPr>
              <w:sdtContent>
                <w:r w:rsidR="003F789E">
                  <w:t xml:space="preserve">     </w:t>
                </w:r>
              </w:sdtContent>
            </w:sdt>
          </w:p>
          <w:p w14:paraId="63B914D3" w14:textId="77777777" w:rsidR="007151F1" w:rsidRDefault="007151F1" w:rsidP="00A71060"/>
        </w:tc>
        <w:tc>
          <w:tcPr>
            <w:tcW w:w="1701" w:type="dxa"/>
          </w:tcPr>
          <w:p w14:paraId="4E60CBDA" w14:textId="77777777" w:rsidR="007151F1" w:rsidRDefault="00000000" w:rsidP="00A71060">
            <w:sdt>
              <w:sdtPr>
                <w:alias w:val="Action 7 - Responsible person"/>
                <w:tag w:val="Action 7 - Responsible person"/>
                <w:id w:val="268518283"/>
                <w:showingPlcHdr/>
                <w:text/>
              </w:sdtPr>
              <w:sdtContent>
                <w:r w:rsidR="007151F1">
                  <w:rPr>
                    <w:color w:val="767676"/>
                  </w:rPr>
                  <w:t>Enter responsible person</w:t>
                </w:r>
              </w:sdtContent>
            </w:sdt>
          </w:p>
        </w:tc>
        <w:tc>
          <w:tcPr>
            <w:tcW w:w="1559" w:type="dxa"/>
          </w:tcPr>
          <w:p w14:paraId="727944EE" w14:textId="77777777" w:rsidR="007151F1" w:rsidRDefault="00000000" w:rsidP="00A71060">
            <w:sdt>
              <w:sdtPr>
                <w:alias w:val="Action 7 - Due date"/>
                <w:tag w:val="Action 7 - Due date"/>
                <w:id w:val="-2050908150"/>
                <w:showingPlcHdr/>
                <w:text/>
              </w:sdtPr>
              <w:sdtContent>
                <w:r w:rsidR="007151F1">
                  <w:rPr>
                    <w:color w:val="767676"/>
                  </w:rPr>
                  <w:t>Enter due date</w:t>
                </w:r>
              </w:sdtContent>
            </w:sdt>
          </w:p>
        </w:tc>
        <w:tc>
          <w:tcPr>
            <w:tcW w:w="3572" w:type="dxa"/>
          </w:tcPr>
          <w:p w14:paraId="31565D64" w14:textId="77777777" w:rsidR="007151F1" w:rsidRDefault="00000000" w:rsidP="00A71060">
            <w:sdt>
              <w:sdtPr>
                <w:alias w:val="Action 7 - Notes or comments"/>
                <w:tag w:val="Action 7 - Notes or comments"/>
                <w:id w:val="189571853"/>
                <w:showingPlcHdr/>
                <w:text w:multiLine="1"/>
              </w:sdtPr>
              <w:sdtContent>
                <w:r w:rsidR="007151F1">
                  <w:rPr>
                    <w:color w:val="767676"/>
                  </w:rPr>
                  <w:t>Enter notes/comments</w:t>
                </w:r>
              </w:sdtContent>
            </w:sdt>
          </w:p>
          <w:p w14:paraId="594993A1" w14:textId="77777777" w:rsidR="007151F1" w:rsidRDefault="007151F1" w:rsidP="00A71060"/>
        </w:tc>
      </w:tr>
    </w:tbl>
    <w:p w14:paraId="0CDE917A" w14:textId="77777777" w:rsidR="007151F1" w:rsidRDefault="007151F1" w:rsidP="007151F1">
      <w:pPr>
        <w:pStyle w:val="LayoutSpacer1"/>
      </w:pPr>
    </w:p>
    <w:p w14:paraId="517FB04A" w14:textId="77777777" w:rsidR="007151F1" w:rsidRDefault="007151F1" w:rsidP="007151F1">
      <w:pPr>
        <w:spacing w:after="200"/>
        <w:rPr>
          <w:rFonts w:eastAsiaTheme="majorEastAsia" w:cstheme="majorBidi"/>
          <w:b/>
          <w:bCs/>
          <w:color w:val="000000" w:themeColor="text1"/>
          <w:sz w:val="36"/>
          <w:szCs w:val="28"/>
        </w:rPr>
      </w:pPr>
      <w:r>
        <w:br w:type="page"/>
      </w:r>
    </w:p>
    <w:p w14:paraId="2C268ACF" w14:textId="429EBDBA" w:rsidR="007151F1" w:rsidRDefault="007151F1" w:rsidP="007151F1">
      <w:pPr>
        <w:pStyle w:val="Heading1"/>
      </w:pPr>
      <w:r>
        <w:lastRenderedPageBreak/>
        <w:br/>
        <w:t>Analysis/response 5 – Summary</w:t>
      </w:r>
    </w:p>
    <w:p w14:paraId="5DA7E6A9" w14:textId="77777777" w:rsidR="007151F1" w:rsidRDefault="007151F1" w:rsidP="007151F1"/>
    <w:tbl>
      <w:tblPr>
        <w:tblStyle w:val="TableGrid"/>
        <w:tblW w:w="0" w:type="auto"/>
        <w:tblInd w:w="-5" w:type="dxa"/>
        <w:tblLook w:val="04A0" w:firstRow="1" w:lastRow="0" w:firstColumn="1" w:lastColumn="0" w:noHBand="0" w:noVBand="1"/>
        <w:tblCaption w:val="Analysis summary details"/>
        <w:tblDescription w:val="Form fields for the assessment date and threat type."/>
      </w:tblPr>
      <w:tblGrid>
        <w:gridCol w:w="2553"/>
        <w:gridCol w:w="7642"/>
      </w:tblGrid>
      <w:tr w:rsidR="007151F1" w14:paraId="3594C96C" w14:textId="77777777" w:rsidTr="00A71060">
        <w:trPr>
          <w:trHeight w:val="485"/>
        </w:trPr>
        <w:tc>
          <w:tcPr>
            <w:tcW w:w="2553" w:type="dxa"/>
            <w:vAlign w:val="center"/>
          </w:tcPr>
          <w:p w14:paraId="0D48DBD5" w14:textId="77777777" w:rsidR="007151F1" w:rsidRPr="008A2AED" w:rsidRDefault="007151F1" w:rsidP="00A71060">
            <w:pPr>
              <w:rPr>
                <w:b/>
                <w:bCs/>
              </w:rPr>
            </w:pPr>
            <w:r w:rsidRPr="008A2AED">
              <w:rPr>
                <w:b/>
                <w:bCs/>
              </w:rPr>
              <w:t>Date</w:t>
            </w:r>
          </w:p>
        </w:tc>
        <w:tc>
          <w:tcPr>
            <w:tcW w:w="7642" w:type="dxa"/>
            <w:vAlign w:val="center"/>
          </w:tcPr>
          <w:p w14:paraId="3F262636" w14:textId="77777777" w:rsidR="007151F1" w:rsidRDefault="00000000" w:rsidP="00A71060">
            <w:sdt>
              <w:sdtPr>
                <w:alias w:val="Date"/>
                <w:tag w:val="Date"/>
                <w:id w:val="2039922229"/>
                <w:showingPlcHdr/>
                <w:text/>
              </w:sdtPr>
              <w:sdtContent>
                <w:r w:rsidR="007151F1">
                  <w:rPr>
                    <w:color w:val="767676"/>
                  </w:rPr>
                  <w:t>Day Month Year</w:t>
                </w:r>
              </w:sdtContent>
            </w:sdt>
          </w:p>
        </w:tc>
      </w:tr>
      <w:tr w:rsidR="007151F1" w14:paraId="17BD0BDB" w14:textId="77777777" w:rsidTr="00A71060">
        <w:trPr>
          <w:trHeight w:val="691"/>
        </w:trPr>
        <w:tc>
          <w:tcPr>
            <w:tcW w:w="2553" w:type="dxa"/>
            <w:vAlign w:val="center"/>
          </w:tcPr>
          <w:p w14:paraId="28000BFA" w14:textId="29CCED96" w:rsidR="007151F1" w:rsidRPr="008A2AED" w:rsidRDefault="007151F1" w:rsidP="00A71060">
            <w:pPr>
              <w:rPr>
                <w:b/>
                <w:bCs/>
              </w:rPr>
            </w:pPr>
            <w:r w:rsidRPr="008A2AED">
              <w:rPr>
                <w:b/>
                <w:bCs/>
              </w:rPr>
              <w:t>Threat type</w:t>
            </w:r>
            <w:r>
              <w:rPr>
                <w:b/>
                <w:bCs/>
              </w:rPr>
              <w:t xml:space="preserve"> </w:t>
            </w:r>
            <w:r>
              <w:rPr>
                <w:b/>
                <w:bCs/>
              </w:rPr>
              <w:br/>
            </w:r>
            <w:r w:rsidR="000D3BA3" w:rsidRPr="00195F5B">
              <w:t xml:space="preserve">(from the list </w:t>
            </w:r>
            <w:r w:rsidR="000D3BA3">
              <w:t xml:space="preserve">on </w:t>
            </w:r>
            <w:hyperlink w:anchor="_Scanning_-_Heritage" w:history="1">
              <w:r w:rsidR="000D3BA3">
                <w:rPr>
                  <w:rStyle w:val="Hyperlink"/>
                </w:rPr>
                <w:t>page 3</w:t>
              </w:r>
            </w:hyperlink>
            <w:r w:rsidR="000D3BA3">
              <w:t>)</w:t>
            </w:r>
          </w:p>
        </w:tc>
        <w:tc>
          <w:tcPr>
            <w:tcW w:w="7642" w:type="dxa"/>
            <w:vAlign w:val="center"/>
          </w:tcPr>
          <w:p w14:paraId="24D84433" w14:textId="77777777" w:rsidR="007151F1" w:rsidRDefault="00000000" w:rsidP="00A71060">
            <w:sdt>
              <w:sdtPr>
                <w:alias w:val="Threat type"/>
                <w:tag w:val="Threat type"/>
                <w:id w:val="1628349758"/>
                <w:showingPlcHdr/>
                <w:text/>
              </w:sdtPr>
              <w:sdtContent>
                <w:r w:rsidR="007151F1">
                  <w:rPr>
                    <w:color w:val="767676"/>
                  </w:rPr>
                  <w:t>Enter threat type</w:t>
                </w:r>
              </w:sdtContent>
            </w:sdt>
          </w:p>
        </w:tc>
      </w:tr>
    </w:tbl>
    <w:p w14:paraId="4A7C944B" w14:textId="77777777" w:rsidR="007151F1" w:rsidRDefault="007151F1" w:rsidP="007151F1">
      <w:pPr>
        <w:pStyle w:val="Heading2"/>
      </w:pPr>
      <w:r>
        <w:t>What is the crime threat? What might be harmed and how?</w:t>
      </w:r>
    </w:p>
    <w:tbl>
      <w:tblPr>
        <w:tblStyle w:val="TableGrid"/>
        <w:tblW w:w="0" w:type="auto"/>
        <w:tblInd w:w="-5" w:type="dxa"/>
        <w:tblLook w:val="04A0" w:firstRow="1" w:lastRow="0" w:firstColumn="1" w:lastColumn="0" w:noHBand="0" w:noVBand="1"/>
        <w:tblCaption w:val="Crime threat description"/>
        <w:tblDescription w:val="Form field describing the crime threat and what might be harmed."/>
      </w:tblPr>
      <w:tblGrid>
        <w:gridCol w:w="10195"/>
      </w:tblGrid>
      <w:tr w:rsidR="007151F1" w14:paraId="68799F36" w14:textId="77777777" w:rsidTr="00A71060">
        <w:trPr>
          <w:trHeight w:val="2112"/>
        </w:trPr>
        <w:tc>
          <w:tcPr>
            <w:tcW w:w="10195" w:type="dxa"/>
          </w:tcPr>
          <w:p w14:paraId="2851E2E1" w14:textId="77777777" w:rsidR="007151F1" w:rsidRDefault="00000000" w:rsidP="00A71060">
            <w:sdt>
              <w:sdtPr>
                <w:alias w:val="What is the crime threat? What might be harmed and how?"/>
                <w:tag w:val="What is the crime threat What might be harmed and how"/>
                <w:id w:val="-1712645479"/>
                <w:showingPlcHdr/>
                <w:text w:multiLine="1"/>
              </w:sdtPr>
              <w:sdtContent>
                <w:r w:rsidR="007151F1">
                  <w:rPr>
                    <w:color w:val="767676"/>
                  </w:rPr>
                  <w:t>Click or tap here to enter text.</w:t>
                </w:r>
              </w:sdtContent>
            </w:sdt>
          </w:p>
        </w:tc>
      </w:tr>
    </w:tbl>
    <w:p w14:paraId="1CDDD3C7" w14:textId="77777777" w:rsidR="007151F1" w:rsidRDefault="007151F1" w:rsidP="007151F1">
      <w:pPr>
        <w:pStyle w:val="Heading2"/>
      </w:pPr>
      <w:r>
        <w:t>Existing controls</w:t>
      </w:r>
    </w:p>
    <w:tbl>
      <w:tblPr>
        <w:tblStyle w:val="TableGrid"/>
        <w:tblW w:w="0" w:type="auto"/>
        <w:tblInd w:w="-5" w:type="dxa"/>
        <w:tblLook w:val="04A0" w:firstRow="1" w:lastRow="0" w:firstColumn="1" w:lastColumn="0" w:noHBand="0" w:noVBand="1"/>
        <w:tblCaption w:val="Existing controls"/>
        <w:tblDescription w:val="Form field describing existing risk controls."/>
      </w:tblPr>
      <w:tblGrid>
        <w:gridCol w:w="10195"/>
      </w:tblGrid>
      <w:tr w:rsidR="007151F1" w14:paraId="29658409" w14:textId="77777777" w:rsidTr="00A71060">
        <w:trPr>
          <w:trHeight w:val="1853"/>
        </w:trPr>
        <w:tc>
          <w:tcPr>
            <w:tcW w:w="10195" w:type="dxa"/>
          </w:tcPr>
          <w:p w14:paraId="0512481F" w14:textId="77777777" w:rsidR="007151F1" w:rsidRDefault="00000000" w:rsidP="00A71060">
            <w:sdt>
              <w:sdtPr>
                <w:alias w:val="Existing controls"/>
                <w:tag w:val="Existing controls"/>
                <w:id w:val="-1462803302"/>
                <w:showingPlcHdr/>
                <w:text w:multiLine="1"/>
              </w:sdtPr>
              <w:sdtContent>
                <w:r w:rsidR="007151F1">
                  <w:rPr>
                    <w:color w:val="767676"/>
                  </w:rPr>
                  <w:t>Click or tap here to enter text.</w:t>
                </w:r>
              </w:sdtContent>
            </w:sdt>
          </w:p>
        </w:tc>
      </w:tr>
    </w:tbl>
    <w:p w14:paraId="36871EA4" w14:textId="77777777" w:rsidR="007151F1" w:rsidRDefault="007151F1" w:rsidP="007151F1">
      <w:pPr>
        <w:pStyle w:val="Heading2"/>
      </w:pPr>
      <w:r>
        <w:t>Current risk rating</w:t>
      </w:r>
    </w:p>
    <w:tbl>
      <w:tblPr>
        <w:tblStyle w:val="TableGrid"/>
        <w:tblW w:w="0" w:type="auto"/>
        <w:tblInd w:w="-5" w:type="dxa"/>
        <w:tblLook w:val="04A0" w:firstRow="1" w:lastRow="0" w:firstColumn="1" w:lastColumn="0" w:noHBand="0" w:noVBand="1"/>
        <w:tblCaption w:val="Current risk rating"/>
        <w:tblDescription w:val="Form fields for current impact, likelihood and combined risk scores."/>
      </w:tblPr>
      <w:tblGrid>
        <w:gridCol w:w="3401"/>
        <w:gridCol w:w="3397"/>
        <w:gridCol w:w="3397"/>
      </w:tblGrid>
      <w:tr w:rsidR="007151F1" w14:paraId="73790298" w14:textId="77777777" w:rsidTr="00A71060">
        <w:trPr>
          <w:trHeight w:val="958"/>
        </w:trPr>
        <w:tc>
          <w:tcPr>
            <w:tcW w:w="3401" w:type="dxa"/>
            <w:vAlign w:val="center"/>
          </w:tcPr>
          <w:p w14:paraId="78AF5D74" w14:textId="77777777" w:rsidR="007151F1" w:rsidRDefault="007151F1" w:rsidP="00A71060">
            <w:r>
              <w:rPr>
                <w:b/>
                <w:sz w:val="18"/>
              </w:rPr>
              <w:t>I (Impact)</w:t>
            </w:r>
          </w:p>
          <w:p w14:paraId="7AA13036" w14:textId="77777777" w:rsidR="007151F1" w:rsidRDefault="00000000" w:rsidP="00A71060">
            <w:sdt>
              <w:sdtPr>
                <w:alias w:val="Current risk rating - I (Impact)"/>
                <w:tag w:val="Current risk rating - I Impact"/>
                <w:id w:val="-1157914299"/>
                <w:showingPlcHdr/>
                <w:text/>
              </w:sdtPr>
              <w:sdtContent>
                <w:r w:rsidR="007151F1">
                  <w:rPr>
                    <w:color w:val="767676"/>
                  </w:rPr>
                  <w:t>Enter score</w:t>
                </w:r>
              </w:sdtContent>
            </w:sdt>
          </w:p>
        </w:tc>
        <w:tc>
          <w:tcPr>
            <w:tcW w:w="3397" w:type="dxa"/>
            <w:vAlign w:val="center"/>
          </w:tcPr>
          <w:p w14:paraId="14C3783D" w14:textId="77777777" w:rsidR="007151F1" w:rsidRDefault="007151F1" w:rsidP="00A71060">
            <w:r>
              <w:rPr>
                <w:b/>
                <w:sz w:val="18"/>
              </w:rPr>
              <w:t>L (Likelihood)</w:t>
            </w:r>
          </w:p>
          <w:p w14:paraId="29E86FF0" w14:textId="77777777" w:rsidR="007151F1" w:rsidRDefault="00000000" w:rsidP="00A71060">
            <w:sdt>
              <w:sdtPr>
                <w:alias w:val="Current risk rating - L (Likelihood)"/>
                <w:tag w:val="Current risk rating - L Likelihood"/>
                <w:id w:val="865409534"/>
                <w:showingPlcHdr/>
                <w:text/>
              </w:sdtPr>
              <w:sdtContent>
                <w:r w:rsidR="007151F1">
                  <w:rPr>
                    <w:color w:val="767676"/>
                  </w:rPr>
                  <w:t>Enter score</w:t>
                </w:r>
              </w:sdtContent>
            </w:sdt>
          </w:p>
        </w:tc>
        <w:tc>
          <w:tcPr>
            <w:tcW w:w="3397" w:type="dxa"/>
            <w:vAlign w:val="center"/>
          </w:tcPr>
          <w:p w14:paraId="551B115E" w14:textId="77777777" w:rsidR="007151F1" w:rsidRDefault="007151F1" w:rsidP="00A71060">
            <w:r>
              <w:rPr>
                <w:b/>
                <w:sz w:val="18"/>
              </w:rPr>
              <w:t>I x L (Impact x Likelihood)</w:t>
            </w:r>
          </w:p>
          <w:p w14:paraId="0A76326C" w14:textId="77777777" w:rsidR="007151F1" w:rsidRDefault="00000000" w:rsidP="00A71060">
            <w:sdt>
              <w:sdtPr>
                <w:alias w:val="Current risk rating - I x L (Impact x Likelihood)"/>
                <w:tag w:val="Current risk rating - I x L Impact x Likelihood"/>
                <w:id w:val="1744839799"/>
                <w:showingPlcHdr/>
                <w:text/>
              </w:sdtPr>
              <w:sdtContent>
                <w:r w:rsidR="007151F1">
                  <w:rPr>
                    <w:color w:val="767676"/>
                  </w:rPr>
                  <w:t>Enter score</w:t>
                </w:r>
              </w:sdtContent>
            </w:sdt>
          </w:p>
        </w:tc>
      </w:tr>
    </w:tbl>
    <w:p w14:paraId="04656541" w14:textId="77777777" w:rsidR="007151F1" w:rsidRDefault="007151F1" w:rsidP="007151F1">
      <w:pPr>
        <w:pStyle w:val="Heading2"/>
      </w:pPr>
      <w:r>
        <w:t>Additional controls for consideration (</w:t>
      </w:r>
      <w:proofErr w:type="gramStart"/>
      <w:r>
        <w:t>brief summary</w:t>
      </w:r>
      <w:proofErr w:type="gramEnd"/>
      <w:r>
        <w:t>)</w:t>
      </w:r>
    </w:p>
    <w:tbl>
      <w:tblPr>
        <w:tblStyle w:val="TableGrid"/>
        <w:tblW w:w="0" w:type="auto"/>
        <w:tblInd w:w="-5" w:type="dxa"/>
        <w:tblLook w:val="04A0" w:firstRow="1" w:lastRow="0" w:firstColumn="1" w:lastColumn="0" w:noHBand="0" w:noVBand="1"/>
        <w:tblCaption w:val="Additional controls"/>
        <w:tblDescription w:val="Form field describing additional controls for consideration."/>
      </w:tblPr>
      <w:tblGrid>
        <w:gridCol w:w="10195"/>
      </w:tblGrid>
      <w:tr w:rsidR="007151F1" w14:paraId="6E3F3FA6" w14:textId="77777777" w:rsidTr="00A71060">
        <w:trPr>
          <w:trHeight w:val="1853"/>
        </w:trPr>
        <w:tc>
          <w:tcPr>
            <w:tcW w:w="10195" w:type="dxa"/>
          </w:tcPr>
          <w:p w14:paraId="40EA0E9C" w14:textId="77777777" w:rsidR="007151F1" w:rsidRDefault="00000000" w:rsidP="00A71060">
            <w:sdt>
              <w:sdtPr>
                <w:alias w:val="Additional controls (brief summary)"/>
                <w:tag w:val="Additional controls brief summary"/>
                <w:id w:val="1222556168"/>
                <w:showingPlcHdr/>
                <w:text w:multiLine="1"/>
              </w:sdtPr>
              <w:sdtContent>
                <w:r w:rsidR="007151F1">
                  <w:rPr>
                    <w:color w:val="767676"/>
                  </w:rPr>
                  <w:t>Click or tap here to enter text.</w:t>
                </w:r>
              </w:sdtContent>
            </w:sdt>
          </w:p>
        </w:tc>
      </w:tr>
    </w:tbl>
    <w:p w14:paraId="0B79C05D" w14:textId="77777777" w:rsidR="007151F1" w:rsidRDefault="007151F1" w:rsidP="007151F1">
      <w:pPr>
        <w:pStyle w:val="Heading2"/>
      </w:pPr>
      <w:r>
        <w:t>Revised risk rating</w:t>
      </w:r>
    </w:p>
    <w:tbl>
      <w:tblPr>
        <w:tblStyle w:val="TableGrid"/>
        <w:tblW w:w="0" w:type="auto"/>
        <w:tblInd w:w="-5" w:type="dxa"/>
        <w:tblLook w:val="04A0" w:firstRow="1" w:lastRow="0" w:firstColumn="1" w:lastColumn="0" w:noHBand="0" w:noVBand="1"/>
        <w:tblCaption w:val="Revised risk rating"/>
        <w:tblDescription w:val="Form fields for revised impact, likelihood and combined risk scores."/>
      </w:tblPr>
      <w:tblGrid>
        <w:gridCol w:w="3401"/>
        <w:gridCol w:w="3397"/>
        <w:gridCol w:w="3397"/>
      </w:tblGrid>
      <w:tr w:rsidR="007151F1" w14:paraId="1BC4B675" w14:textId="77777777" w:rsidTr="00A71060">
        <w:trPr>
          <w:trHeight w:val="983"/>
        </w:trPr>
        <w:tc>
          <w:tcPr>
            <w:tcW w:w="3401" w:type="dxa"/>
            <w:vAlign w:val="center"/>
          </w:tcPr>
          <w:p w14:paraId="58D56967" w14:textId="77777777" w:rsidR="007151F1" w:rsidRDefault="007151F1" w:rsidP="00A71060">
            <w:r>
              <w:rPr>
                <w:b/>
                <w:sz w:val="18"/>
              </w:rPr>
              <w:t>I (Impact)</w:t>
            </w:r>
          </w:p>
          <w:p w14:paraId="0E398869" w14:textId="77777777" w:rsidR="007151F1" w:rsidRDefault="00000000" w:rsidP="00A71060">
            <w:sdt>
              <w:sdtPr>
                <w:alias w:val="Revised risk rating - I (Impact)"/>
                <w:tag w:val="Revised risk rating - I Impact"/>
                <w:id w:val="669224156"/>
                <w:showingPlcHdr/>
                <w:text/>
              </w:sdtPr>
              <w:sdtContent>
                <w:r w:rsidR="007151F1">
                  <w:rPr>
                    <w:color w:val="767676"/>
                  </w:rPr>
                  <w:t>Enter score</w:t>
                </w:r>
              </w:sdtContent>
            </w:sdt>
          </w:p>
        </w:tc>
        <w:tc>
          <w:tcPr>
            <w:tcW w:w="3397" w:type="dxa"/>
            <w:vAlign w:val="center"/>
          </w:tcPr>
          <w:p w14:paraId="5032DE83" w14:textId="77777777" w:rsidR="007151F1" w:rsidRDefault="007151F1" w:rsidP="00A71060">
            <w:r>
              <w:rPr>
                <w:b/>
                <w:sz w:val="18"/>
              </w:rPr>
              <w:t>L (Likelihood)</w:t>
            </w:r>
          </w:p>
          <w:p w14:paraId="4A8F3489" w14:textId="77777777" w:rsidR="007151F1" w:rsidRDefault="00000000" w:rsidP="00A71060">
            <w:sdt>
              <w:sdtPr>
                <w:alias w:val="Revised risk rating - L (Likelihood)"/>
                <w:tag w:val="Revised risk rating - L Likelihood"/>
                <w:id w:val="1131983629"/>
                <w:showingPlcHdr/>
                <w:text/>
              </w:sdtPr>
              <w:sdtContent>
                <w:r w:rsidR="007151F1">
                  <w:rPr>
                    <w:color w:val="767676"/>
                  </w:rPr>
                  <w:t>Enter score</w:t>
                </w:r>
              </w:sdtContent>
            </w:sdt>
          </w:p>
        </w:tc>
        <w:tc>
          <w:tcPr>
            <w:tcW w:w="3397" w:type="dxa"/>
            <w:vAlign w:val="center"/>
          </w:tcPr>
          <w:p w14:paraId="72DF49A7" w14:textId="77777777" w:rsidR="007151F1" w:rsidRDefault="007151F1" w:rsidP="00A71060">
            <w:r>
              <w:rPr>
                <w:b/>
                <w:sz w:val="18"/>
              </w:rPr>
              <w:t>I x L (Impact x Likelihood)</w:t>
            </w:r>
          </w:p>
          <w:p w14:paraId="7B197C5B" w14:textId="77777777" w:rsidR="007151F1" w:rsidRDefault="00000000" w:rsidP="00A71060">
            <w:sdt>
              <w:sdtPr>
                <w:alias w:val="Revised risk rating - I x L (Impact x Likelihood)"/>
                <w:tag w:val="Revised risk rating - I x L Impact x Likelihood"/>
                <w:id w:val="1660189671"/>
                <w:showingPlcHdr/>
                <w:text/>
              </w:sdtPr>
              <w:sdtContent>
                <w:r w:rsidR="007151F1">
                  <w:rPr>
                    <w:color w:val="767676"/>
                  </w:rPr>
                  <w:t>Enter score</w:t>
                </w:r>
              </w:sdtContent>
            </w:sdt>
          </w:p>
        </w:tc>
      </w:tr>
    </w:tbl>
    <w:p w14:paraId="649862AB" w14:textId="77777777" w:rsidR="007151F1" w:rsidRDefault="007151F1" w:rsidP="007151F1">
      <w:pPr>
        <w:pStyle w:val="LayoutSpacer2"/>
        <w:rPr>
          <w:rFonts w:eastAsia="Arial"/>
          <w:sz w:val="28"/>
        </w:rPr>
      </w:pPr>
    </w:p>
    <w:p w14:paraId="450E34DB" w14:textId="77777777" w:rsidR="007151F1" w:rsidRDefault="007151F1" w:rsidP="007151F1">
      <w:pPr>
        <w:pStyle w:val="Heading2"/>
      </w:pPr>
      <w:r>
        <w:rPr>
          <w:rFonts w:eastAsia="Arial"/>
          <w:sz w:val="28"/>
        </w:rPr>
        <w:t>Key actions agreed (with target date and date completed)</w:t>
      </w:r>
    </w:p>
    <w:tbl>
      <w:tblPr>
        <w:tblStyle w:val="TableGrid"/>
        <w:tblW w:w="10206" w:type="dxa"/>
        <w:tblInd w:w="-5" w:type="dxa"/>
        <w:tblLook w:val="04A0" w:firstRow="1" w:lastRow="0" w:firstColumn="1" w:lastColumn="0" w:noHBand="0" w:noVBand="1"/>
        <w:tblCaption w:val="Key actions"/>
        <w:tblDescription w:val="Action description, responsible person, due date and notes for seven actions."/>
      </w:tblPr>
      <w:tblGrid>
        <w:gridCol w:w="3374"/>
        <w:gridCol w:w="1701"/>
        <w:gridCol w:w="1559"/>
        <w:gridCol w:w="3572"/>
      </w:tblGrid>
      <w:tr w:rsidR="007151F1" w14:paraId="509DD3AC" w14:textId="77777777" w:rsidTr="00A71060">
        <w:trPr>
          <w:trHeight w:val="510"/>
          <w:tblHeader/>
        </w:trPr>
        <w:tc>
          <w:tcPr>
            <w:tcW w:w="3374" w:type="dxa"/>
            <w:shd w:val="clear" w:color="auto" w:fill="000000" w:themeFill="text1"/>
            <w:vAlign w:val="center"/>
          </w:tcPr>
          <w:p w14:paraId="4D0E7D44" w14:textId="77777777" w:rsidR="007151F1" w:rsidRDefault="007151F1" w:rsidP="00A71060">
            <w:r>
              <w:rPr>
                <w:b/>
                <w:color w:val="FFFFFF"/>
              </w:rPr>
              <w:t>Description</w:t>
            </w:r>
          </w:p>
        </w:tc>
        <w:tc>
          <w:tcPr>
            <w:tcW w:w="1701" w:type="dxa"/>
            <w:shd w:val="clear" w:color="auto" w:fill="000000" w:themeFill="text1"/>
            <w:vAlign w:val="center"/>
          </w:tcPr>
          <w:p w14:paraId="3FE86D06" w14:textId="77777777" w:rsidR="007151F1" w:rsidRDefault="007151F1" w:rsidP="00A71060">
            <w:r>
              <w:rPr>
                <w:b/>
                <w:color w:val="FFFFFF"/>
              </w:rPr>
              <w:t>Responsible person</w:t>
            </w:r>
          </w:p>
        </w:tc>
        <w:tc>
          <w:tcPr>
            <w:tcW w:w="1559" w:type="dxa"/>
            <w:shd w:val="clear" w:color="auto" w:fill="000000" w:themeFill="text1"/>
            <w:vAlign w:val="center"/>
          </w:tcPr>
          <w:p w14:paraId="52AB586B" w14:textId="77777777" w:rsidR="007151F1" w:rsidRDefault="007151F1" w:rsidP="00A71060">
            <w:r>
              <w:rPr>
                <w:b/>
                <w:color w:val="FFFFFF"/>
              </w:rPr>
              <w:t>Due date</w:t>
            </w:r>
          </w:p>
        </w:tc>
        <w:tc>
          <w:tcPr>
            <w:tcW w:w="3572" w:type="dxa"/>
            <w:shd w:val="clear" w:color="auto" w:fill="000000" w:themeFill="text1"/>
            <w:vAlign w:val="center"/>
          </w:tcPr>
          <w:p w14:paraId="126BE787" w14:textId="77777777" w:rsidR="007151F1" w:rsidRDefault="007151F1" w:rsidP="00A71060">
            <w:r>
              <w:rPr>
                <w:b/>
                <w:color w:val="FFFFFF"/>
              </w:rPr>
              <w:t>Notes/comments</w:t>
            </w:r>
          </w:p>
        </w:tc>
      </w:tr>
      <w:tr w:rsidR="007151F1" w14:paraId="5DBC6063" w14:textId="77777777" w:rsidTr="00A71060">
        <w:trPr>
          <w:trHeight w:val="1418"/>
        </w:trPr>
        <w:tc>
          <w:tcPr>
            <w:tcW w:w="3374" w:type="dxa"/>
          </w:tcPr>
          <w:p w14:paraId="51CE5F13" w14:textId="3902A2CE" w:rsidR="007151F1" w:rsidRDefault="00000000" w:rsidP="003F789E">
            <w:pPr>
              <w:pStyle w:val="ListParagraph"/>
              <w:numPr>
                <w:ilvl w:val="0"/>
                <w:numId w:val="15"/>
              </w:numPr>
            </w:pPr>
            <w:sdt>
              <w:sdtPr>
                <w:alias w:val="Action 1 - Description"/>
                <w:tag w:val="Action 1 - Description"/>
                <w:id w:val="-1163010011"/>
                <w:showingPlcHdr/>
                <w:text w:multiLine="1"/>
              </w:sdtPr>
              <w:sdtContent>
                <w:r w:rsidR="003F789E">
                  <w:t xml:space="preserve">     </w:t>
                </w:r>
              </w:sdtContent>
            </w:sdt>
          </w:p>
          <w:p w14:paraId="752243D3" w14:textId="77777777" w:rsidR="007151F1" w:rsidRDefault="007151F1" w:rsidP="00A71060"/>
        </w:tc>
        <w:tc>
          <w:tcPr>
            <w:tcW w:w="1701" w:type="dxa"/>
          </w:tcPr>
          <w:p w14:paraId="3E90F362" w14:textId="77777777" w:rsidR="007151F1" w:rsidRDefault="00000000" w:rsidP="00A71060">
            <w:sdt>
              <w:sdtPr>
                <w:alias w:val="Action 1 - Responsible person"/>
                <w:tag w:val="Action 1 - Responsible person"/>
                <w:id w:val="1721785690"/>
                <w:showingPlcHdr/>
                <w:text/>
              </w:sdtPr>
              <w:sdtContent>
                <w:r w:rsidR="007151F1">
                  <w:rPr>
                    <w:color w:val="767676"/>
                  </w:rPr>
                  <w:t>Enter responsible person</w:t>
                </w:r>
              </w:sdtContent>
            </w:sdt>
          </w:p>
        </w:tc>
        <w:tc>
          <w:tcPr>
            <w:tcW w:w="1559" w:type="dxa"/>
          </w:tcPr>
          <w:p w14:paraId="59D5C87F" w14:textId="77777777" w:rsidR="007151F1" w:rsidRDefault="00000000" w:rsidP="00A71060">
            <w:sdt>
              <w:sdtPr>
                <w:alias w:val="Action 1 - Due date"/>
                <w:tag w:val="Action 1 - Due date"/>
                <w:id w:val="-1832668925"/>
                <w:showingPlcHdr/>
                <w:text/>
              </w:sdtPr>
              <w:sdtContent>
                <w:r w:rsidR="007151F1">
                  <w:rPr>
                    <w:color w:val="767676"/>
                  </w:rPr>
                  <w:t>Enter due date</w:t>
                </w:r>
              </w:sdtContent>
            </w:sdt>
          </w:p>
        </w:tc>
        <w:tc>
          <w:tcPr>
            <w:tcW w:w="3572" w:type="dxa"/>
          </w:tcPr>
          <w:p w14:paraId="79799E6E" w14:textId="77777777" w:rsidR="007151F1" w:rsidRDefault="00000000" w:rsidP="00A71060">
            <w:sdt>
              <w:sdtPr>
                <w:alias w:val="Action 1 - Notes or comments"/>
                <w:tag w:val="Action 1 - Notes or comments"/>
                <w:id w:val="367418511"/>
                <w:showingPlcHdr/>
                <w:text w:multiLine="1"/>
              </w:sdtPr>
              <w:sdtContent>
                <w:r w:rsidR="007151F1">
                  <w:rPr>
                    <w:color w:val="767676"/>
                  </w:rPr>
                  <w:t>Enter notes/comments</w:t>
                </w:r>
              </w:sdtContent>
            </w:sdt>
          </w:p>
          <w:p w14:paraId="49BFCA30" w14:textId="77777777" w:rsidR="007151F1" w:rsidRDefault="007151F1" w:rsidP="00A71060"/>
        </w:tc>
      </w:tr>
      <w:tr w:rsidR="007151F1" w14:paraId="4415DE75" w14:textId="77777777" w:rsidTr="00A71060">
        <w:trPr>
          <w:trHeight w:val="1418"/>
        </w:trPr>
        <w:tc>
          <w:tcPr>
            <w:tcW w:w="3374" w:type="dxa"/>
          </w:tcPr>
          <w:p w14:paraId="1ECAA4B6" w14:textId="246D4D3D" w:rsidR="007151F1" w:rsidRDefault="00000000" w:rsidP="003F789E">
            <w:pPr>
              <w:pStyle w:val="ListParagraph"/>
              <w:numPr>
                <w:ilvl w:val="0"/>
                <w:numId w:val="15"/>
              </w:numPr>
            </w:pPr>
            <w:sdt>
              <w:sdtPr>
                <w:alias w:val="Action 2 - Description"/>
                <w:tag w:val="Action 2 - Description"/>
                <w:id w:val="556514612"/>
                <w:showingPlcHdr/>
                <w:text w:multiLine="1"/>
              </w:sdtPr>
              <w:sdtContent>
                <w:r w:rsidR="003F789E">
                  <w:t xml:space="preserve">     </w:t>
                </w:r>
              </w:sdtContent>
            </w:sdt>
          </w:p>
          <w:p w14:paraId="5F1D9F6D" w14:textId="77777777" w:rsidR="007151F1" w:rsidRDefault="007151F1" w:rsidP="00A71060"/>
        </w:tc>
        <w:tc>
          <w:tcPr>
            <w:tcW w:w="1701" w:type="dxa"/>
          </w:tcPr>
          <w:p w14:paraId="0E79F31D" w14:textId="77777777" w:rsidR="007151F1" w:rsidRDefault="00000000" w:rsidP="00A71060">
            <w:sdt>
              <w:sdtPr>
                <w:alias w:val="Action 2 - Responsible person"/>
                <w:tag w:val="Action 2 - Responsible person"/>
                <w:id w:val="-758989834"/>
                <w:showingPlcHdr/>
                <w:text/>
              </w:sdtPr>
              <w:sdtContent>
                <w:r w:rsidR="007151F1">
                  <w:rPr>
                    <w:color w:val="767676"/>
                  </w:rPr>
                  <w:t>Enter responsible person</w:t>
                </w:r>
              </w:sdtContent>
            </w:sdt>
          </w:p>
        </w:tc>
        <w:tc>
          <w:tcPr>
            <w:tcW w:w="1559" w:type="dxa"/>
          </w:tcPr>
          <w:p w14:paraId="77706331" w14:textId="77777777" w:rsidR="007151F1" w:rsidRDefault="00000000" w:rsidP="00A71060">
            <w:sdt>
              <w:sdtPr>
                <w:alias w:val="Action 2 - Due date"/>
                <w:tag w:val="Action 2 - Due date"/>
                <w:id w:val="1088275287"/>
                <w:showingPlcHdr/>
                <w:text/>
              </w:sdtPr>
              <w:sdtContent>
                <w:r w:rsidR="007151F1">
                  <w:rPr>
                    <w:color w:val="767676"/>
                  </w:rPr>
                  <w:t>Enter due date</w:t>
                </w:r>
              </w:sdtContent>
            </w:sdt>
          </w:p>
        </w:tc>
        <w:tc>
          <w:tcPr>
            <w:tcW w:w="3572" w:type="dxa"/>
          </w:tcPr>
          <w:p w14:paraId="2D9A4FD4" w14:textId="77777777" w:rsidR="007151F1" w:rsidRDefault="00000000" w:rsidP="00A71060">
            <w:sdt>
              <w:sdtPr>
                <w:alias w:val="Action 2 - Notes or comments"/>
                <w:tag w:val="Action 2 - Notes or comments"/>
                <w:id w:val="1050337782"/>
                <w:showingPlcHdr/>
                <w:text w:multiLine="1"/>
              </w:sdtPr>
              <w:sdtContent>
                <w:r w:rsidR="007151F1">
                  <w:rPr>
                    <w:color w:val="767676"/>
                  </w:rPr>
                  <w:t>Enter notes/comments</w:t>
                </w:r>
              </w:sdtContent>
            </w:sdt>
          </w:p>
          <w:p w14:paraId="13F5499E" w14:textId="77777777" w:rsidR="007151F1" w:rsidRDefault="007151F1" w:rsidP="00A71060"/>
        </w:tc>
      </w:tr>
      <w:tr w:rsidR="007151F1" w14:paraId="7A9C4964" w14:textId="77777777" w:rsidTr="00A71060">
        <w:trPr>
          <w:trHeight w:val="1418"/>
        </w:trPr>
        <w:tc>
          <w:tcPr>
            <w:tcW w:w="3374" w:type="dxa"/>
          </w:tcPr>
          <w:p w14:paraId="160400DA" w14:textId="29DF91FE" w:rsidR="007151F1" w:rsidRDefault="00000000" w:rsidP="003F789E">
            <w:pPr>
              <w:pStyle w:val="ListParagraph"/>
              <w:numPr>
                <w:ilvl w:val="0"/>
                <w:numId w:val="15"/>
              </w:numPr>
            </w:pPr>
            <w:sdt>
              <w:sdtPr>
                <w:alias w:val="Action 3 - Description"/>
                <w:tag w:val="Action 3 - Description"/>
                <w:id w:val="219099602"/>
                <w:showingPlcHdr/>
                <w:text w:multiLine="1"/>
              </w:sdtPr>
              <w:sdtContent>
                <w:r w:rsidR="003F789E">
                  <w:t xml:space="preserve">     </w:t>
                </w:r>
              </w:sdtContent>
            </w:sdt>
          </w:p>
          <w:p w14:paraId="32A17693" w14:textId="77777777" w:rsidR="007151F1" w:rsidRDefault="007151F1" w:rsidP="00A71060"/>
        </w:tc>
        <w:tc>
          <w:tcPr>
            <w:tcW w:w="1701" w:type="dxa"/>
          </w:tcPr>
          <w:p w14:paraId="774EB4E6" w14:textId="77777777" w:rsidR="007151F1" w:rsidRDefault="00000000" w:rsidP="00A71060">
            <w:sdt>
              <w:sdtPr>
                <w:alias w:val="Action 3 - Responsible person"/>
                <w:tag w:val="Action 3 - Responsible person"/>
                <w:id w:val="-1957622694"/>
                <w:showingPlcHdr/>
                <w:text/>
              </w:sdtPr>
              <w:sdtContent>
                <w:r w:rsidR="007151F1">
                  <w:rPr>
                    <w:color w:val="767676"/>
                  </w:rPr>
                  <w:t>Enter responsible person</w:t>
                </w:r>
              </w:sdtContent>
            </w:sdt>
          </w:p>
        </w:tc>
        <w:tc>
          <w:tcPr>
            <w:tcW w:w="1559" w:type="dxa"/>
          </w:tcPr>
          <w:p w14:paraId="217ED10B" w14:textId="77777777" w:rsidR="007151F1" w:rsidRDefault="00000000" w:rsidP="00A71060">
            <w:sdt>
              <w:sdtPr>
                <w:alias w:val="Action 3 - Due date"/>
                <w:tag w:val="Action 3 - Due date"/>
                <w:id w:val="738070735"/>
                <w:showingPlcHdr/>
                <w:text/>
              </w:sdtPr>
              <w:sdtContent>
                <w:r w:rsidR="007151F1">
                  <w:rPr>
                    <w:color w:val="767676"/>
                  </w:rPr>
                  <w:t>Enter due date</w:t>
                </w:r>
              </w:sdtContent>
            </w:sdt>
          </w:p>
        </w:tc>
        <w:tc>
          <w:tcPr>
            <w:tcW w:w="3572" w:type="dxa"/>
          </w:tcPr>
          <w:p w14:paraId="192665A5" w14:textId="77777777" w:rsidR="007151F1" w:rsidRDefault="00000000" w:rsidP="00A71060">
            <w:sdt>
              <w:sdtPr>
                <w:alias w:val="Action 3 - Notes or comments"/>
                <w:tag w:val="Action 3 - Notes or comments"/>
                <w:id w:val="468020924"/>
                <w:showingPlcHdr/>
                <w:text w:multiLine="1"/>
              </w:sdtPr>
              <w:sdtContent>
                <w:r w:rsidR="007151F1">
                  <w:rPr>
                    <w:color w:val="767676"/>
                  </w:rPr>
                  <w:t>Enter notes/comments</w:t>
                </w:r>
              </w:sdtContent>
            </w:sdt>
          </w:p>
          <w:p w14:paraId="71162BD4" w14:textId="77777777" w:rsidR="007151F1" w:rsidRDefault="007151F1" w:rsidP="00A71060"/>
        </w:tc>
      </w:tr>
      <w:tr w:rsidR="007151F1" w14:paraId="7987487A" w14:textId="77777777" w:rsidTr="00A71060">
        <w:trPr>
          <w:trHeight w:val="1418"/>
        </w:trPr>
        <w:tc>
          <w:tcPr>
            <w:tcW w:w="3374" w:type="dxa"/>
          </w:tcPr>
          <w:p w14:paraId="58B87863" w14:textId="3D3A7BD0" w:rsidR="007151F1" w:rsidRDefault="00000000" w:rsidP="003F789E">
            <w:pPr>
              <w:pStyle w:val="ListParagraph"/>
              <w:numPr>
                <w:ilvl w:val="0"/>
                <w:numId w:val="15"/>
              </w:numPr>
            </w:pPr>
            <w:sdt>
              <w:sdtPr>
                <w:alias w:val="Action 4 - Description"/>
                <w:tag w:val="Action 4 - Description"/>
                <w:id w:val="2028755517"/>
                <w:showingPlcHdr/>
                <w:text w:multiLine="1"/>
              </w:sdtPr>
              <w:sdtContent>
                <w:r w:rsidR="003F789E">
                  <w:t xml:space="preserve">     </w:t>
                </w:r>
              </w:sdtContent>
            </w:sdt>
          </w:p>
          <w:p w14:paraId="37EF5FEE" w14:textId="77777777" w:rsidR="007151F1" w:rsidRDefault="007151F1" w:rsidP="00A71060"/>
        </w:tc>
        <w:tc>
          <w:tcPr>
            <w:tcW w:w="1701" w:type="dxa"/>
          </w:tcPr>
          <w:p w14:paraId="754011DD" w14:textId="77777777" w:rsidR="007151F1" w:rsidRDefault="00000000" w:rsidP="00A71060">
            <w:sdt>
              <w:sdtPr>
                <w:alias w:val="Action 4 - Responsible person"/>
                <w:tag w:val="Action 4 - Responsible person"/>
                <w:id w:val="689101400"/>
                <w:showingPlcHdr/>
                <w:text/>
              </w:sdtPr>
              <w:sdtContent>
                <w:r w:rsidR="007151F1">
                  <w:rPr>
                    <w:color w:val="767676"/>
                  </w:rPr>
                  <w:t>Enter responsible person</w:t>
                </w:r>
              </w:sdtContent>
            </w:sdt>
          </w:p>
        </w:tc>
        <w:tc>
          <w:tcPr>
            <w:tcW w:w="1559" w:type="dxa"/>
          </w:tcPr>
          <w:p w14:paraId="35FA3469" w14:textId="77777777" w:rsidR="007151F1" w:rsidRDefault="00000000" w:rsidP="00A71060">
            <w:sdt>
              <w:sdtPr>
                <w:alias w:val="Action 4 - Due date"/>
                <w:tag w:val="Action 4 - Due date"/>
                <w:id w:val="-978685867"/>
                <w:showingPlcHdr/>
                <w:text/>
              </w:sdtPr>
              <w:sdtContent>
                <w:r w:rsidR="007151F1">
                  <w:rPr>
                    <w:color w:val="767676"/>
                  </w:rPr>
                  <w:t>Enter due date</w:t>
                </w:r>
              </w:sdtContent>
            </w:sdt>
          </w:p>
        </w:tc>
        <w:tc>
          <w:tcPr>
            <w:tcW w:w="3572" w:type="dxa"/>
          </w:tcPr>
          <w:p w14:paraId="5AB973FD" w14:textId="77777777" w:rsidR="007151F1" w:rsidRDefault="00000000" w:rsidP="00A71060">
            <w:sdt>
              <w:sdtPr>
                <w:alias w:val="Action 4 - Notes or comments"/>
                <w:tag w:val="Action 4 - Notes or comments"/>
                <w:id w:val="-1224296941"/>
                <w:showingPlcHdr/>
                <w:text w:multiLine="1"/>
              </w:sdtPr>
              <w:sdtContent>
                <w:r w:rsidR="007151F1">
                  <w:rPr>
                    <w:color w:val="767676"/>
                  </w:rPr>
                  <w:t>Enter notes/comments</w:t>
                </w:r>
              </w:sdtContent>
            </w:sdt>
          </w:p>
          <w:p w14:paraId="17A39491" w14:textId="77777777" w:rsidR="007151F1" w:rsidRDefault="007151F1" w:rsidP="00A71060"/>
        </w:tc>
      </w:tr>
      <w:tr w:rsidR="007151F1" w14:paraId="3D409EC4" w14:textId="77777777" w:rsidTr="00A71060">
        <w:trPr>
          <w:trHeight w:val="1418"/>
        </w:trPr>
        <w:tc>
          <w:tcPr>
            <w:tcW w:w="3374" w:type="dxa"/>
          </w:tcPr>
          <w:p w14:paraId="55F46D4D" w14:textId="7B2A1251" w:rsidR="007151F1" w:rsidRDefault="00000000" w:rsidP="003F789E">
            <w:pPr>
              <w:pStyle w:val="ListParagraph"/>
              <w:numPr>
                <w:ilvl w:val="0"/>
                <w:numId w:val="15"/>
              </w:numPr>
            </w:pPr>
            <w:sdt>
              <w:sdtPr>
                <w:alias w:val="Action 5 - Description"/>
                <w:tag w:val="Action 5 - Description"/>
                <w:id w:val="1725715226"/>
                <w:showingPlcHdr/>
                <w:text w:multiLine="1"/>
              </w:sdtPr>
              <w:sdtContent>
                <w:r w:rsidR="003F789E">
                  <w:t xml:space="preserve">     </w:t>
                </w:r>
              </w:sdtContent>
            </w:sdt>
          </w:p>
          <w:p w14:paraId="1D11FBEA" w14:textId="77777777" w:rsidR="007151F1" w:rsidRDefault="007151F1" w:rsidP="00A71060"/>
        </w:tc>
        <w:tc>
          <w:tcPr>
            <w:tcW w:w="1701" w:type="dxa"/>
          </w:tcPr>
          <w:p w14:paraId="55FA0AC9" w14:textId="77777777" w:rsidR="007151F1" w:rsidRDefault="00000000" w:rsidP="00A71060">
            <w:sdt>
              <w:sdtPr>
                <w:alias w:val="Action 5 - Responsible person"/>
                <w:tag w:val="Action 5 - Responsible person"/>
                <w:id w:val="1580328403"/>
                <w:showingPlcHdr/>
                <w:text/>
              </w:sdtPr>
              <w:sdtContent>
                <w:r w:rsidR="007151F1">
                  <w:rPr>
                    <w:color w:val="767676"/>
                  </w:rPr>
                  <w:t>Enter responsible person</w:t>
                </w:r>
              </w:sdtContent>
            </w:sdt>
          </w:p>
        </w:tc>
        <w:tc>
          <w:tcPr>
            <w:tcW w:w="1559" w:type="dxa"/>
          </w:tcPr>
          <w:p w14:paraId="747CA57F" w14:textId="77777777" w:rsidR="007151F1" w:rsidRDefault="00000000" w:rsidP="00A71060">
            <w:sdt>
              <w:sdtPr>
                <w:alias w:val="Action 5 - Due date"/>
                <w:tag w:val="Action 5 - Due date"/>
                <w:id w:val="1294024591"/>
                <w:showingPlcHdr/>
                <w:text/>
              </w:sdtPr>
              <w:sdtContent>
                <w:r w:rsidR="007151F1">
                  <w:rPr>
                    <w:color w:val="767676"/>
                  </w:rPr>
                  <w:t>Enter due date</w:t>
                </w:r>
              </w:sdtContent>
            </w:sdt>
          </w:p>
        </w:tc>
        <w:tc>
          <w:tcPr>
            <w:tcW w:w="3572" w:type="dxa"/>
          </w:tcPr>
          <w:p w14:paraId="6CE5E93A" w14:textId="77777777" w:rsidR="007151F1" w:rsidRDefault="00000000" w:rsidP="00A71060">
            <w:sdt>
              <w:sdtPr>
                <w:alias w:val="Action 5 - Notes or comments"/>
                <w:tag w:val="Action 5 - Notes or comments"/>
                <w:id w:val="-1566798725"/>
                <w:showingPlcHdr/>
                <w:text w:multiLine="1"/>
              </w:sdtPr>
              <w:sdtContent>
                <w:r w:rsidR="007151F1">
                  <w:rPr>
                    <w:color w:val="767676"/>
                  </w:rPr>
                  <w:t>Enter notes/comments</w:t>
                </w:r>
              </w:sdtContent>
            </w:sdt>
          </w:p>
          <w:p w14:paraId="4B314C15" w14:textId="77777777" w:rsidR="007151F1" w:rsidRDefault="007151F1" w:rsidP="00A71060"/>
        </w:tc>
      </w:tr>
      <w:tr w:rsidR="007151F1" w14:paraId="34D5D670" w14:textId="77777777" w:rsidTr="00A71060">
        <w:trPr>
          <w:trHeight w:val="1418"/>
        </w:trPr>
        <w:tc>
          <w:tcPr>
            <w:tcW w:w="3374" w:type="dxa"/>
          </w:tcPr>
          <w:p w14:paraId="73179693" w14:textId="32335B79" w:rsidR="007151F1" w:rsidRDefault="00000000" w:rsidP="003F789E">
            <w:pPr>
              <w:pStyle w:val="ListParagraph"/>
              <w:numPr>
                <w:ilvl w:val="0"/>
                <w:numId w:val="15"/>
              </w:numPr>
            </w:pPr>
            <w:sdt>
              <w:sdtPr>
                <w:alias w:val="Action 6 - Description"/>
                <w:tag w:val="Action 6 - Description"/>
                <w:id w:val="-1598783093"/>
                <w:showingPlcHdr/>
                <w:text w:multiLine="1"/>
              </w:sdtPr>
              <w:sdtContent>
                <w:r w:rsidR="003F789E">
                  <w:t xml:space="preserve">     </w:t>
                </w:r>
              </w:sdtContent>
            </w:sdt>
          </w:p>
          <w:p w14:paraId="6AF86948" w14:textId="77777777" w:rsidR="007151F1" w:rsidRDefault="007151F1" w:rsidP="00A71060"/>
        </w:tc>
        <w:tc>
          <w:tcPr>
            <w:tcW w:w="1701" w:type="dxa"/>
          </w:tcPr>
          <w:p w14:paraId="56EBCDF1" w14:textId="77777777" w:rsidR="007151F1" w:rsidRDefault="00000000" w:rsidP="00A71060">
            <w:sdt>
              <w:sdtPr>
                <w:alias w:val="Action 6 - Responsible person"/>
                <w:tag w:val="Action 6 - Responsible person"/>
                <w:id w:val="308909078"/>
                <w:showingPlcHdr/>
                <w:text/>
              </w:sdtPr>
              <w:sdtContent>
                <w:r w:rsidR="007151F1">
                  <w:rPr>
                    <w:color w:val="767676"/>
                  </w:rPr>
                  <w:t>Enter responsible person</w:t>
                </w:r>
              </w:sdtContent>
            </w:sdt>
          </w:p>
        </w:tc>
        <w:tc>
          <w:tcPr>
            <w:tcW w:w="1559" w:type="dxa"/>
          </w:tcPr>
          <w:p w14:paraId="2F4867D9" w14:textId="77777777" w:rsidR="007151F1" w:rsidRDefault="00000000" w:rsidP="00A71060">
            <w:sdt>
              <w:sdtPr>
                <w:alias w:val="Action 6 - Due date"/>
                <w:tag w:val="Action 6 - Due date"/>
                <w:id w:val="1815982955"/>
                <w:showingPlcHdr/>
                <w:text/>
              </w:sdtPr>
              <w:sdtContent>
                <w:r w:rsidR="007151F1">
                  <w:rPr>
                    <w:color w:val="767676"/>
                  </w:rPr>
                  <w:t>Enter due date</w:t>
                </w:r>
              </w:sdtContent>
            </w:sdt>
          </w:p>
        </w:tc>
        <w:tc>
          <w:tcPr>
            <w:tcW w:w="3572" w:type="dxa"/>
          </w:tcPr>
          <w:p w14:paraId="07C4CCBF" w14:textId="77777777" w:rsidR="007151F1" w:rsidRDefault="00000000" w:rsidP="00A71060">
            <w:sdt>
              <w:sdtPr>
                <w:alias w:val="Action 6 - Notes or comments"/>
                <w:tag w:val="Action 6 - Notes or comments"/>
                <w:id w:val="1701501977"/>
                <w:showingPlcHdr/>
                <w:text w:multiLine="1"/>
              </w:sdtPr>
              <w:sdtContent>
                <w:r w:rsidR="007151F1">
                  <w:rPr>
                    <w:color w:val="767676"/>
                  </w:rPr>
                  <w:t>Enter notes/comments</w:t>
                </w:r>
              </w:sdtContent>
            </w:sdt>
          </w:p>
          <w:p w14:paraId="23EF77DB" w14:textId="77777777" w:rsidR="007151F1" w:rsidRDefault="007151F1" w:rsidP="00A71060"/>
        </w:tc>
      </w:tr>
      <w:tr w:rsidR="007151F1" w14:paraId="468AAD27" w14:textId="77777777" w:rsidTr="00A71060">
        <w:trPr>
          <w:trHeight w:val="1418"/>
        </w:trPr>
        <w:tc>
          <w:tcPr>
            <w:tcW w:w="3374" w:type="dxa"/>
          </w:tcPr>
          <w:p w14:paraId="0A906447" w14:textId="565F202E" w:rsidR="007151F1" w:rsidRDefault="00000000" w:rsidP="003F789E">
            <w:pPr>
              <w:pStyle w:val="ListParagraph"/>
              <w:numPr>
                <w:ilvl w:val="0"/>
                <w:numId w:val="15"/>
              </w:numPr>
            </w:pPr>
            <w:sdt>
              <w:sdtPr>
                <w:alias w:val="Action 7 - Description"/>
                <w:tag w:val="Action 7 - Description"/>
                <w:id w:val="517582089"/>
                <w:showingPlcHdr/>
                <w:text w:multiLine="1"/>
              </w:sdtPr>
              <w:sdtContent>
                <w:r w:rsidR="003F789E">
                  <w:t xml:space="preserve">     </w:t>
                </w:r>
              </w:sdtContent>
            </w:sdt>
          </w:p>
          <w:p w14:paraId="6063A63F" w14:textId="77777777" w:rsidR="007151F1" w:rsidRDefault="007151F1" w:rsidP="00A71060"/>
        </w:tc>
        <w:tc>
          <w:tcPr>
            <w:tcW w:w="1701" w:type="dxa"/>
          </w:tcPr>
          <w:p w14:paraId="69EDB067" w14:textId="77777777" w:rsidR="007151F1" w:rsidRDefault="00000000" w:rsidP="00A71060">
            <w:sdt>
              <w:sdtPr>
                <w:alias w:val="Action 7 - Responsible person"/>
                <w:tag w:val="Action 7 - Responsible person"/>
                <w:id w:val="-1662839366"/>
                <w:showingPlcHdr/>
                <w:text/>
              </w:sdtPr>
              <w:sdtContent>
                <w:r w:rsidR="007151F1">
                  <w:rPr>
                    <w:color w:val="767676"/>
                  </w:rPr>
                  <w:t>Enter responsible person</w:t>
                </w:r>
              </w:sdtContent>
            </w:sdt>
          </w:p>
        </w:tc>
        <w:tc>
          <w:tcPr>
            <w:tcW w:w="1559" w:type="dxa"/>
          </w:tcPr>
          <w:p w14:paraId="5E954060" w14:textId="77777777" w:rsidR="007151F1" w:rsidRDefault="00000000" w:rsidP="00A71060">
            <w:sdt>
              <w:sdtPr>
                <w:alias w:val="Action 7 - Due date"/>
                <w:tag w:val="Action 7 - Due date"/>
                <w:id w:val="-861585986"/>
                <w:showingPlcHdr/>
                <w:text/>
              </w:sdtPr>
              <w:sdtContent>
                <w:r w:rsidR="007151F1">
                  <w:rPr>
                    <w:color w:val="767676"/>
                  </w:rPr>
                  <w:t>Enter due date</w:t>
                </w:r>
              </w:sdtContent>
            </w:sdt>
          </w:p>
        </w:tc>
        <w:tc>
          <w:tcPr>
            <w:tcW w:w="3572" w:type="dxa"/>
          </w:tcPr>
          <w:p w14:paraId="1ED37E5D" w14:textId="77777777" w:rsidR="007151F1" w:rsidRDefault="00000000" w:rsidP="00A71060">
            <w:sdt>
              <w:sdtPr>
                <w:alias w:val="Action 7 - Notes or comments"/>
                <w:tag w:val="Action 7 - Notes or comments"/>
                <w:id w:val="-336858444"/>
                <w:showingPlcHdr/>
                <w:text w:multiLine="1"/>
              </w:sdtPr>
              <w:sdtContent>
                <w:r w:rsidR="007151F1">
                  <w:rPr>
                    <w:color w:val="767676"/>
                  </w:rPr>
                  <w:t>Enter notes/comments</w:t>
                </w:r>
              </w:sdtContent>
            </w:sdt>
          </w:p>
          <w:p w14:paraId="32A3874F" w14:textId="77777777" w:rsidR="007151F1" w:rsidRDefault="007151F1" w:rsidP="00A71060"/>
        </w:tc>
      </w:tr>
    </w:tbl>
    <w:p w14:paraId="512187A2" w14:textId="77777777" w:rsidR="007151F1" w:rsidRDefault="007151F1" w:rsidP="007151F1">
      <w:pPr>
        <w:pStyle w:val="LayoutSpacer1"/>
      </w:pPr>
    </w:p>
    <w:p w14:paraId="0E5D4339" w14:textId="77777777" w:rsidR="007151F1" w:rsidRDefault="007151F1" w:rsidP="007151F1">
      <w:pPr>
        <w:spacing w:after="200"/>
        <w:rPr>
          <w:rFonts w:eastAsiaTheme="majorEastAsia" w:cstheme="majorBidi"/>
          <w:b/>
          <w:bCs/>
          <w:color w:val="000000" w:themeColor="text1"/>
          <w:sz w:val="36"/>
          <w:szCs w:val="28"/>
        </w:rPr>
      </w:pPr>
      <w:r>
        <w:br w:type="page"/>
      </w:r>
    </w:p>
    <w:p w14:paraId="570B42DD" w14:textId="7416F0C1" w:rsidR="007151F1" w:rsidRDefault="007151F1" w:rsidP="007151F1">
      <w:pPr>
        <w:pStyle w:val="Heading1"/>
      </w:pPr>
      <w:r>
        <w:lastRenderedPageBreak/>
        <w:br/>
        <w:t>Analysis/response 6 – Summary</w:t>
      </w:r>
    </w:p>
    <w:p w14:paraId="6610F891" w14:textId="77777777" w:rsidR="007151F1" w:rsidRDefault="007151F1" w:rsidP="007151F1"/>
    <w:tbl>
      <w:tblPr>
        <w:tblStyle w:val="TableGrid"/>
        <w:tblW w:w="0" w:type="auto"/>
        <w:tblInd w:w="-5" w:type="dxa"/>
        <w:tblLook w:val="04A0" w:firstRow="1" w:lastRow="0" w:firstColumn="1" w:lastColumn="0" w:noHBand="0" w:noVBand="1"/>
        <w:tblCaption w:val="Analysis summary details"/>
        <w:tblDescription w:val="Form fields for the assessment date and threat type."/>
      </w:tblPr>
      <w:tblGrid>
        <w:gridCol w:w="2553"/>
        <w:gridCol w:w="7642"/>
      </w:tblGrid>
      <w:tr w:rsidR="007151F1" w14:paraId="3DADE7AA" w14:textId="77777777" w:rsidTr="00A71060">
        <w:trPr>
          <w:trHeight w:val="485"/>
        </w:trPr>
        <w:tc>
          <w:tcPr>
            <w:tcW w:w="2553" w:type="dxa"/>
            <w:vAlign w:val="center"/>
          </w:tcPr>
          <w:p w14:paraId="341CBC2D" w14:textId="77777777" w:rsidR="007151F1" w:rsidRPr="008A2AED" w:rsidRDefault="007151F1" w:rsidP="00A71060">
            <w:pPr>
              <w:rPr>
                <w:b/>
                <w:bCs/>
              </w:rPr>
            </w:pPr>
            <w:r w:rsidRPr="008A2AED">
              <w:rPr>
                <w:b/>
                <w:bCs/>
              </w:rPr>
              <w:t>Date</w:t>
            </w:r>
          </w:p>
        </w:tc>
        <w:tc>
          <w:tcPr>
            <w:tcW w:w="7642" w:type="dxa"/>
            <w:vAlign w:val="center"/>
          </w:tcPr>
          <w:p w14:paraId="4D6BDA98" w14:textId="77777777" w:rsidR="007151F1" w:rsidRDefault="00000000" w:rsidP="00A71060">
            <w:sdt>
              <w:sdtPr>
                <w:alias w:val="Date"/>
                <w:tag w:val="Date"/>
                <w:id w:val="-1111421730"/>
                <w:showingPlcHdr/>
                <w:text/>
              </w:sdtPr>
              <w:sdtContent>
                <w:r w:rsidR="007151F1">
                  <w:rPr>
                    <w:color w:val="767676"/>
                  </w:rPr>
                  <w:t>Day Month Year</w:t>
                </w:r>
              </w:sdtContent>
            </w:sdt>
          </w:p>
        </w:tc>
      </w:tr>
      <w:tr w:rsidR="007151F1" w14:paraId="0BCD3AA8" w14:textId="77777777" w:rsidTr="00A71060">
        <w:trPr>
          <w:trHeight w:val="691"/>
        </w:trPr>
        <w:tc>
          <w:tcPr>
            <w:tcW w:w="2553" w:type="dxa"/>
            <w:vAlign w:val="center"/>
          </w:tcPr>
          <w:p w14:paraId="539D348E" w14:textId="256E65BE" w:rsidR="007151F1" w:rsidRPr="008A2AED" w:rsidRDefault="007151F1" w:rsidP="00A71060">
            <w:pPr>
              <w:rPr>
                <w:b/>
                <w:bCs/>
              </w:rPr>
            </w:pPr>
            <w:r w:rsidRPr="008A2AED">
              <w:rPr>
                <w:b/>
                <w:bCs/>
              </w:rPr>
              <w:t>Threat type</w:t>
            </w:r>
            <w:r>
              <w:rPr>
                <w:b/>
                <w:bCs/>
              </w:rPr>
              <w:t xml:space="preserve"> </w:t>
            </w:r>
            <w:r>
              <w:rPr>
                <w:b/>
                <w:bCs/>
              </w:rPr>
              <w:br/>
            </w:r>
            <w:r w:rsidR="000D3BA3" w:rsidRPr="00195F5B">
              <w:t xml:space="preserve">(from the list </w:t>
            </w:r>
            <w:r w:rsidR="000D3BA3">
              <w:t xml:space="preserve">on </w:t>
            </w:r>
            <w:hyperlink w:anchor="_Scanning_-_Heritage" w:history="1">
              <w:r w:rsidR="000D3BA3">
                <w:rPr>
                  <w:rStyle w:val="Hyperlink"/>
                </w:rPr>
                <w:t>page 3</w:t>
              </w:r>
            </w:hyperlink>
            <w:r w:rsidR="000D3BA3">
              <w:t>)</w:t>
            </w:r>
          </w:p>
        </w:tc>
        <w:tc>
          <w:tcPr>
            <w:tcW w:w="7642" w:type="dxa"/>
            <w:vAlign w:val="center"/>
          </w:tcPr>
          <w:p w14:paraId="50F61695" w14:textId="77777777" w:rsidR="007151F1" w:rsidRDefault="00000000" w:rsidP="00A71060">
            <w:sdt>
              <w:sdtPr>
                <w:alias w:val="Threat type"/>
                <w:tag w:val="Threat type"/>
                <w:id w:val="-106424940"/>
                <w:showingPlcHdr/>
                <w:text/>
              </w:sdtPr>
              <w:sdtContent>
                <w:r w:rsidR="007151F1">
                  <w:rPr>
                    <w:color w:val="767676"/>
                  </w:rPr>
                  <w:t>Enter threat type</w:t>
                </w:r>
              </w:sdtContent>
            </w:sdt>
          </w:p>
        </w:tc>
      </w:tr>
    </w:tbl>
    <w:p w14:paraId="5B50016B" w14:textId="77777777" w:rsidR="007151F1" w:rsidRDefault="007151F1" w:rsidP="007151F1">
      <w:pPr>
        <w:pStyle w:val="Heading2"/>
      </w:pPr>
      <w:r>
        <w:t>What is the crime threat? What might be harmed and how?</w:t>
      </w:r>
    </w:p>
    <w:tbl>
      <w:tblPr>
        <w:tblStyle w:val="TableGrid"/>
        <w:tblW w:w="0" w:type="auto"/>
        <w:tblInd w:w="-5" w:type="dxa"/>
        <w:tblLook w:val="04A0" w:firstRow="1" w:lastRow="0" w:firstColumn="1" w:lastColumn="0" w:noHBand="0" w:noVBand="1"/>
        <w:tblCaption w:val="Crime threat description"/>
        <w:tblDescription w:val="Form field describing the crime threat and what might be harmed."/>
      </w:tblPr>
      <w:tblGrid>
        <w:gridCol w:w="10195"/>
      </w:tblGrid>
      <w:tr w:rsidR="007151F1" w14:paraId="3F5E3F30" w14:textId="77777777" w:rsidTr="00A71060">
        <w:trPr>
          <w:trHeight w:val="2112"/>
        </w:trPr>
        <w:tc>
          <w:tcPr>
            <w:tcW w:w="10195" w:type="dxa"/>
          </w:tcPr>
          <w:p w14:paraId="27533D2A" w14:textId="77777777" w:rsidR="007151F1" w:rsidRDefault="00000000" w:rsidP="00A71060">
            <w:sdt>
              <w:sdtPr>
                <w:alias w:val="What is the crime threat? What might be harmed and how?"/>
                <w:tag w:val="What is the crime threat What might be harmed and how"/>
                <w:id w:val="703994627"/>
                <w:showingPlcHdr/>
                <w:text w:multiLine="1"/>
              </w:sdtPr>
              <w:sdtContent>
                <w:r w:rsidR="007151F1">
                  <w:rPr>
                    <w:color w:val="767676"/>
                  </w:rPr>
                  <w:t>Click or tap here to enter text.</w:t>
                </w:r>
              </w:sdtContent>
            </w:sdt>
          </w:p>
        </w:tc>
      </w:tr>
    </w:tbl>
    <w:p w14:paraId="1DAAE07E" w14:textId="77777777" w:rsidR="007151F1" w:rsidRDefault="007151F1" w:rsidP="007151F1">
      <w:pPr>
        <w:pStyle w:val="Heading2"/>
      </w:pPr>
      <w:r>
        <w:t>Existing controls</w:t>
      </w:r>
    </w:p>
    <w:tbl>
      <w:tblPr>
        <w:tblStyle w:val="TableGrid"/>
        <w:tblW w:w="0" w:type="auto"/>
        <w:tblInd w:w="-5" w:type="dxa"/>
        <w:tblLook w:val="04A0" w:firstRow="1" w:lastRow="0" w:firstColumn="1" w:lastColumn="0" w:noHBand="0" w:noVBand="1"/>
        <w:tblCaption w:val="Existing controls"/>
        <w:tblDescription w:val="Form field describing existing risk controls."/>
      </w:tblPr>
      <w:tblGrid>
        <w:gridCol w:w="10195"/>
      </w:tblGrid>
      <w:tr w:rsidR="007151F1" w14:paraId="3A50F1BD" w14:textId="77777777" w:rsidTr="00A71060">
        <w:trPr>
          <w:trHeight w:val="1853"/>
        </w:trPr>
        <w:tc>
          <w:tcPr>
            <w:tcW w:w="10195" w:type="dxa"/>
          </w:tcPr>
          <w:p w14:paraId="3F730343" w14:textId="77777777" w:rsidR="007151F1" w:rsidRDefault="00000000" w:rsidP="00A71060">
            <w:sdt>
              <w:sdtPr>
                <w:alias w:val="Existing controls"/>
                <w:tag w:val="Existing controls"/>
                <w:id w:val="2093806229"/>
                <w:showingPlcHdr/>
                <w:text w:multiLine="1"/>
              </w:sdtPr>
              <w:sdtContent>
                <w:r w:rsidR="007151F1">
                  <w:rPr>
                    <w:color w:val="767676"/>
                  </w:rPr>
                  <w:t>Click or tap here to enter text.</w:t>
                </w:r>
              </w:sdtContent>
            </w:sdt>
          </w:p>
        </w:tc>
      </w:tr>
    </w:tbl>
    <w:p w14:paraId="4E56B5AD" w14:textId="77777777" w:rsidR="007151F1" w:rsidRDefault="007151F1" w:rsidP="007151F1">
      <w:pPr>
        <w:pStyle w:val="Heading2"/>
      </w:pPr>
      <w:r>
        <w:t>Current risk rating</w:t>
      </w:r>
    </w:p>
    <w:tbl>
      <w:tblPr>
        <w:tblStyle w:val="TableGrid"/>
        <w:tblW w:w="0" w:type="auto"/>
        <w:tblInd w:w="-5" w:type="dxa"/>
        <w:tblLook w:val="04A0" w:firstRow="1" w:lastRow="0" w:firstColumn="1" w:lastColumn="0" w:noHBand="0" w:noVBand="1"/>
        <w:tblCaption w:val="Current risk rating"/>
        <w:tblDescription w:val="Form fields for current impact, likelihood and combined risk scores."/>
      </w:tblPr>
      <w:tblGrid>
        <w:gridCol w:w="3401"/>
        <w:gridCol w:w="3397"/>
        <w:gridCol w:w="3397"/>
      </w:tblGrid>
      <w:tr w:rsidR="007151F1" w14:paraId="562C71D4" w14:textId="77777777" w:rsidTr="00A71060">
        <w:trPr>
          <w:trHeight w:val="958"/>
        </w:trPr>
        <w:tc>
          <w:tcPr>
            <w:tcW w:w="3401" w:type="dxa"/>
            <w:vAlign w:val="center"/>
          </w:tcPr>
          <w:p w14:paraId="6F849BC4" w14:textId="77777777" w:rsidR="007151F1" w:rsidRDefault="007151F1" w:rsidP="00A71060">
            <w:r>
              <w:rPr>
                <w:b/>
                <w:sz w:val="18"/>
              </w:rPr>
              <w:t>I (Impact)</w:t>
            </w:r>
          </w:p>
          <w:p w14:paraId="4D5899F3" w14:textId="77777777" w:rsidR="007151F1" w:rsidRDefault="00000000" w:rsidP="00A71060">
            <w:sdt>
              <w:sdtPr>
                <w:alias w:val="Current risk rating - I (Impact)"/>
                <w:tag w:val="Current risk rating - I Impact"/>
                <w:id w:val="-1115354768"/>
                <w:showingPlcHdr/>
                <w:text/>
              </w:sdtPr>
              <w:sdtContent>
                <w:r w:rsidR="007151F1">
                  <w:rPr>
                    <w:color w:val="767676"/>
                  </w:rPr>
                  <w:t>Enter score</w:t>
                </w:r>
              </w:sdtContent>
            </w:sdt>
          </w:p>
        </w:tc>
        <w:tc>
          <w:tcPr>
            <w:tcW w:w="3397" w:type="dxa"/>
            <w:vAlign w:val="center"/>
          </w:tcPr>
          <w:p w14:paraId="5B16E0C2" w14:textId="77777777" w:rsidR="007151F1" w:rsidRDefault="007151F1" w:rsidP="00A71060">
            <w:r>
              <w:rPr>
                <w:b/>
                <w:sz w:val="18"/>
              </w:rPr>
              <w:t>L (Likelihood)</w:t>
            </w:r>
          </w:p>
          <w:p w14:paraId="17B95862" w14:textId="77777777" w:rsidR="007151F1" w:rsidRDefault="00000000" w:rsidP="00A71060">
            <w:sdt>
              <w:sdtPr>
                <w:alias w:val="Current risk rating - L (Likelihood)"/>
                <w:tag w:val="Current risk rating - L Likelihood"/>
                <w:id w:val="1717697879"/>
                <w:showingPlcHdr/>
                <w:text/>
              </w:sdtPr>
              <w:sdtContent>
                <w:r w:rsidR="007151F1">
                  <w:rPr>
                    <w:color w:val="767676"/>
                  </w:rPr>
                  <w:t>Enter score</w:t>
                </w:r>
              </w:sdtContent>
            </w:sdt>
          </w:p>
        </w:tc>
        <w:tc>
          <w:tcPr>
            <w:tcW w:w="3397" w:type="dxa"/>
            <w:vAlign w:val="center"/>
          </w:tcPr>
          <w:p w14:paraId="3C805C47" w14:textId="77777777" w:rsidR="007151F1" w:rsidRDefault="007151F1" w:rsidP="00A71060">
            <w:r>
              <w:rPr>
                <w:b/>
                <w:sz w:val="18"/>
              </w:rPr>
              <w:t>I x L (Impact x Likelihood)</w:t>
            </w:r>
          </w:p>
          <w:p w14:paraId="2360DDDF" w14:textId="77777777" w:rsidR="007151F1" w:rsidRDefault="00000000" w:rsidP="00A71060">
            <w:sdt>
              <w:sdtPr>
                <w:alias w:val="Current risk rating - I x L (Impact x Likelihood)"/>
                <w:tag w:val="Current risk rating - I x L Impact x Likelihood"/>
                <w:id w:val="1408582663"/>
                <w:showingPlcHdr/>
                <w:text/>
              </w:sdtPr>
              <w:sdtContent>
                <w:r w:rsidR="007151F1">
                  <w:rPr>
                    <w:color w:val="767676"/>
                  </w:rPr>
                  <w:t>Enter score</w:t>
                </w:r>
              </w:sdtContent>
            </w:sdt>
          </w:p>
        </w:tc>
      </w:tr>
    </w:tbl>
    <w:p w14:paraId="0217A63D" w14:textId="77777777" w:rsidR="007151F1" w:rsidRDefault="007151F1" w:rsidP="007151F1">
      <w:pPr>
        <w:pStyle w:val="Heading2"/>
      </w:pPr>
      <w:r>
        <w:t>Additional controls for consideration (</w:t>
      </w:r>
      <w:proofErr w:type="gramStart"/>
      <w:r>
        <w:t>brief summary</w:t>
      </w:r>
      <w:proofErr w:type="gramEnd"/>
      <w:r>
        <w:t>)</w:t>
      </w:r>
    </w:p>
    <w:tbl>
      <w:tblPr>
        <w:tblStyle w:val="TableGrid"/>
        <w:tblW w:w="0" w:type="auto"/>
        <w:tblInd w:w="-5" w:type="dxa"/>
        <w:tblLook w:val="04A0" w:firstRow="1" w:lastRow="0" w:firstColumn="1" w:lastColumn="0" w:noHBand="0" w:noVBand="1"/>
        <w:tblCaption w:val="Additional controls"/>
        <w:tblDescription w:val="Form field describing additional controls for consideration."/>
      </w:tblPr>
      <w:tblGrid>
        <w:gridCol w:w="10195"/>
      </w:tblGrid>
      <w:tr w:rsidR="007151F1" w14:paraId="250F2507" w14:textId="77777777" w:rsidTr="00A71060">
        <w:trPr>
          <w:trHeight w:val="1853"/>
        </w:trPr>
        <w:tc>
          <w:tcPr>
            <w:tcW w:w="10195" w:type="dxa"/>
          </w:tcPr>
          <w:p w14:paraId="60512BEE" w14:textId="77777777" w:rsidR="007151F1" w:rsidRDefault="00000000" w:rsidP="00A71060">
            <w:sdt>
              <w:sdtPr>
                <w:alias w:val="Additional controls (brief summary)"/>
                <w:tag w:val="Additional controls brief summary"/>
                <w:id w:val="550656659"/>
                <w:showingPlcHdr/>
                <w:text w:multiLine="1"/>
              </w:sdtPr>
              <w:sdtContent>
                <w:r w:rsidR="007151F1">
                  <w:rPr>
                    <w:color w:val="767676"/>
                  </w:rPr>
                  <w:t>Click or tap here to enter text.</w:t>
                </w:r>
              </w:sdtContent>
            </w:sdt>
          </w:p>
        </w:tc>
      </w:tr>
    </w:tbl>
    <w:p w14:paraId="510C46AC" w14:textId="77777777" w:rsidR="007151F1" w:rsidRDefault="007151F1" w:rsidP="007151F1">
      <w:pPr>
        <w:pStyle w:val="Heading2"/>
      </w:pPr>
      <w:r>
        <w:t>Revised risk rating</w:t>
      </w:r>
    </w:p>
    <w:tbl>
      <w:tblPr>
        <w:tblStyle w:val="TableGrid"/>
        <w:tblW w:w="0" w:type="auto"/>
        <w:tblInd w:w="-5" w:type="dxa"/>
        <w:tblLook w:val="04A0" w:firstRow="1" w:lastRow="0" w:firstColumn="1" w:lastColumn="0" w:noHBand="0" w:noVBand="1"/>
        <w:tblCaption w:val="Revised risk rating"/>
        <w:tblDescription w:val="Form fields for revised impact, likelihood and combined risk scores."/>
      </w:tblPr>
      <w:tblGrid>
        <w:gridCol w:w="3401"/>
        <w:gridCol w:w="3397"/>
        <w:gridCol w:w="3397"/>
      </w:tblGrid>
      <w:tr w:rsidR="007151F1" w14:paraId="4F42F498" w14:textId="77777777" w:rsidTr="00A71060">
        <w:trPr>
          <w:trHeight w:val="983"/>
        </w:trPr>
        <w:tc>
          <w:tcPr>
            <w:tcW w:w="3401" w:type="dxa"/>
            <w:vAlign w:val="center"/>
          </w:tcPr>
          <w:p w14:paraId="5F00191D" w14:textId="77777777" w:rsidR="007151F1" w:rsidRDefault="007151F1" w:rsidP="00A71060">
            <w:r>
              <w:rPr>
                <w:b/>
                <w:sz w:val="18"/>
              </w:rPr>
              <w:t>I (Impact)</w:t>
            </w:r>
          </w:p>
          <w:p w14:paraId="21D04534" w14:textId="77777777" w:rsidR="007151F1" w:rsidRDefault="00000000" w:rsidP="00A71060">
            <w:sdt>
              <w:sdtPr>
                <w:alias w:val="Revised risk rating - I (Impact)"/>
                <w:tag w:val="Revised risk rating - I Impact"/>
                <w:id w:val="274220088"/>
                <w:showingPlcHdr/>
                <w:text/>
              </w:sdtPr>
              <w:sdtContent>
                <w:r w:rsidR="007151F1">
                  <w:rPr>
                    <w:color w:val="767676"/>
                  </w:rPr>
                  <w:t>Enter score</w:t>
                </w:r>
              </w:sdtContent>
            </w:sdt>
          </w:p>
        </w:tc>
        <w:tc>
          <w:tcPr>
            <w:tcW w:w="3397" w:type="dxa"/>
            <w:vAlign w:val="center"/>
          </w:tcPr>
          <w:p w14:paraId="4DFBA34C" w14:textId="77777777" w:rsidR="007151F1" w:rsidRDefault="007151F1" w:rsidP="00A71060">
            <w:r>
              <w:rPr>
                <w:b/>
                <w:sz w:val="18"/>
              </w:rPr>
              <w:t>L (Likelihood)</w:t>
            </w:r>
          </w:p>
          <w:p w14:paraId="49B4786B" w14:textId="77777777" w:rsidR="007151F1" w:rsidRDefault="00000000" w:rsidP="00A71060">
            <w:sdt>
              <w:sdtPr>
                <w:alias w:val="Revised risk rating - L (Likelihood)"/>
                <w:tag w:val="Revised risk rating - L Likelihood"/>
                <w:id w:val="1571307209"/>
                <w:showingPlcHdr/>
                <w:text/>
              </w:sdtPr>
              <w:sdtContent>
                <w:r w:rsidR="007151F1">
                  <w:rPr>
                    <w:color w:val="767676"/>
                  </w:rPr>
                  <w:t>Enter score</w:t>
                </w:r>
              </w:sdtContent>
            </w:sdt>
          </w:p>
        </w:tc>
        <w:tc>
          <w:tcPr>
            <w:tcW w:w="3397" w:type="dxa"/>
            <w:vAlign w:val="center"/>
          </w:tcPr>
          <w:p w14:paraId="2B7C8A99" w14:textId="77777777" w:rsidR="007151F1" w:rsidRDefault="007151F1" w:rsidP="00A71060">
            <w:r>
              <w:rPr>
                <w:b/>
                <w:sz w:val="18"/>
              </w:rPr>
              <w:t>I x L (Impact x Likelihood)</w:t>
            </w:r>
          </w:p>
          <w:p w14:paraId="63DDCE5F" w14:textId="77777777" w:rsidR="007151F1" w:rsidRDefault="00000000" w:rsidP="00A71060">
            <w:sdt>
              <w:sdtPr>
                <w:alias w:val="Revised risk rating - I x L (Impact x Likelihood)"/>
                <w:tag w:val="Revised risk rating - I x L Impact x Likelihood"/>
                <w:id w:val="96075981"/>
                <w:showingPlcHdr/>
                <w:text/>
              </w:sdtPr>
              <w:sdtContent>
                <w:r w:rsidR="007151F1">
                  <w:rPr>
                    <w:color w:val="767676"/>
                  </w:rPr>
                  <w:t>Enter score</w:t>
                </w:r>
              </w:sdtContent>
            </w:sdt>
          </w:p>
        </w:tc>
      </w:tr>
    </w:tbl>
    <w:p w14:paraId="56AE3C24" w14:textId="77777777" w:rsidR="007151F1" w:rsidRDefault="007151F1" w:rsidP="007151F1">
      <w:pPr>
        <w:pStyle w:val="LayoutSpacer2"/>
        <w:rPr>
          <w:rFonts w:eastAsia="Arial"/>
          <w:sz w:val="28"/>
        </w:rPr>
      </w:pPr>
    </w:p>
    <w:p w14:paraId="75461182" w14:textId="77777777" w:rsidR="007151F1" w:rsidRDefault="007151F1" w:rsidP="007151F1">
      <w:pPr>
        <w:pStyle w:val="Heading2"/>
      </w:pPr>
      <w:r>
        <w:rPr>
          <w:rFonts w:eastAsia="Arial"/>
          <w:sz w:val="28"/>
        </w:rPr>
        <w:t>Key actions agreed (with target date and date completed)</w:t>
      </w:r>
    </w:p>
    <w:tbl>
      <w:tblPr>
        <w:tblStyle w:val="TableGrid"/>
        <w:tblW w:w="10206" w:type="dxa"/>
        <w:tblInd w:w="-5" w:type="dxa"/>
        <w:tblLook w:val="04A0" w:firstRow="1" w:lastRow="0" w:firstColumn="1" w:lastColumn="0" w:noHBand="0" w:noVBand="1"/>
        <w:tblCaption w:val="Key actions"/>
        <w:tblDescription w:val="Action description, responsible person, due date and notes for seven actions."/>
      </w:tblPr>
      <w:tblGrid>
        <w:gridCol w:w="3374"/>
        <w:gridCol w:w="1701"/>
        <w:gridCol w:w="1559"/>
        <w:gridCol w:w="3572"/>
      </w:tblGrid>
      <w:tr w:rsidR="007151F1" w14:paraId="5919A467" w14:textId="77777777" w:rsidTr="00A71060">
        <w:trPr>
          <w:trHeight w:val="510"/>
          <w:tblHeader/>
        </w:trPr>
        <w:tc>
          <w:tcPr>
            <w:tcW w:w="3374" w:type="dxa"/>
            <w:shd w:val="clear" w:color="auto" w:fill="000000" w:themeFill="text1"/>
            <w:vAlign w:val="center"/>
          </w:tcPr>
          <w:p w14:paraId="1C1A9FAA" w14:textId="77777777" w:rsidR="007151F1" w:rsidRDefault="007151F1" w:rsidP="00A71060">
            <w:r>
              <w:rPr>
                <w:b/>
                <w:color w:val="FFFFFF"/>
              </w:rPr>
              <w:t>Description</w:t>
            </w:r>
          </w:p>
        </w:tc>
        <w:tc>
          <w:tcPr>
            <w:tcW w:w="1701" w:type="dxa"/>
            <w:shd w:val="clear" w:color="auto" w:fill="000000" w:themeFill="text1"/>
            <w:vAlign w:val="center"/>
          </w:tcPr>
          <w:p w14:paraId="446C04C4" w14:textId="77777777" w:rsidR="007151F1" w:rsidRDefault="007151F1" w:rsidP="00A71060">
            <w:r>
              <w:rPr>
                <w:b/>
                <w:color w:val="FFFFFF"/>
              </w:rPr>
              <w:t>Responsible person</w:t>
            </w:r>
          </w:p>
        </w:tc>
        <w:tc>
          <w:tcPr>
            <w:tcW w:w="1559" w:type="dxa"/>
            <w:shd w:val="clear" w:color="auto" w:fill="000000" w:themeFill="text1"/>
            <w:vAlign w:val="center"/>
          </w:tcPr>
          <w:p w14:paraId="7EFF9C08" w14:textId="77777777" w:rsidR="007151F1" w:rsidRDefault="007151F1" w:rsidP="00A71060">
            <w:r>
              <w:rPr>
                <w:b/>
                <w:color w:val="FFFFFF"/>
              </w:rPr>
              <w:t>Due date</w:t>
            </w:r>
          </w:p>
        </w:tc>
        <w:tc>
          <w:tcPr>
            <w:tcW w:w="3572" w:type="dxa"/>
            <w:shd w:val="clear" w:color="auto" w:fill="000000" w:themeFill="text1"/>
            <w:vAlign w:val="center"/>
          </w:tcPr>
          <w:p w14:paraId="2F11CE07" w14:textId="77777777" w:rsidR="007151F1" w:rsidRDefault="007151F1" w:rsidP="00A71060">
            <w:r>
              <w:rPr>
                <w:b/>
                <w:color w:val="FFFFFF"/>
              </w:rPr>
              <w:t>Notes/comments</w:t>
            </w:r>
          </w:p>
        </w:tc>
      </w:tr>
      <w:tr w:rsidR="007151F1" w14:paraId="17DD21F2" w14:textId="77777777" w:rsidTr="00A71060">
        <w:trPr>
          <w:trHeight w:val="1418"/>
        </w:trPr>
        <w:tc>
          <w:tcPr>
            <w:tcW w:w="3374" w:type="dxa"/>
          </w:tcPr>
          <w:p w14:paraId="47C4F6A8" w14:textId="1A13ABA7" w:rsidR="007151F1" w:rsidRDefault="00000000" w:rsidP="003F789E">
            <w:pPr>
              <w:pStyle w:val="ListParagraph"/>
              <w:numPr>
                <w:ilvl w:val="0"/>
                <w:numId w:val="16"/>
              </w:numPr>
            </w:pPr>
            <w:sdt>
              <w:sdtPr>
                <w:alias w:val="Action 1 - Description"/>
                <w:tag w:val="Action 1 - Description"/>
                <w:id w:val="267051550"/>
                <w:showingPlcHdr/>
                <w:text w:multiLine="1"/>
              </w:sdtPr>
              <w:sdtContent>
                <w:r w:rsidR="003F789E">
                  <w:t xml:space="preserve">     </w:t>
                </w:r>
              </w:sdtContent>
            </w:sdt>
          </w:p>
          <w:p w14:paraId="6A3772CE" w14:textId="77777777" w:rsidR="007151F1" w:rsidRDefault="007151F1" w:rsidP="00A71060"/>
        </w:tc>
        <w:tc>
          <w:tcPr>
            <w:tcW w:w="1701" w:type="dxa"/>
          </w:tcPr>
          <w:p w14:paraId="6C3C38A0" w14:textId="77777777" w:rsidR="007151F1" w:rsidRDefault="00000000" w:rsidP="00A71060">
            <w:sdt>
              <w:sdtPr>
                <w:alias w:val="Action 1 - Responsible person"/>
                <w:tag w:val="Action 1 - Responsible person"/>
                <w:id w:val="-187988165"/>
                <w:showingPlcHdr/>
                <w:text/>
              </w:sdtPr>
              <w:sdtContent>
                <w:r w:rsidR="007151F1">
                  <w:rPr>
                    <w:color w:val="767676"/>
                  </w:rPr>
                  <w:t>Enter responsible person</w:t>
                </w:r>
              </w:sdtContent>
            </w:sdt>
          </w:p>
        </w:tc>
        <w:tc>
          <w:tcPr>
            <w:tcW w:w="1559" w:type="dxa"/>
          </w:tcPr>
          <w:p w14:paraId="5D5552A0" w14:textId="77777777" w:rsidR="007151F1" w:rsidRDefault="00000000" w:rsidP="00A71060">
            <w:sdt>
              <w:sdtPr>
                <w:alias w:val="Action 1 - Due date"/>
                <w:tag w:val="Action 1 - Due date"/>
                <w:id w:val="893307458"/>
                <w:showingPlcHdr/>
                <w:text/>
              </w:sdtPr>
              <w:sdtContent>
                <w:r w:rsidR="007151F1">
                  <w:rPr>
                    <w:color w:val="767676"/>
                  </w:rPr>
                  <w:t>Enter due date</w:t>
                </w:r>
              </w:sdtContent>
            </w:sdt>
          </w:p>
        </w:tc>
        <w:tc>
          <w:tcPr>
            <w:tcW w:w="3572" w:type="dxa"/>
          </w:tcPr>
          <w:p w14:paraId="2D4FB1BF" w14:textId="77777777" w:rsidR="007151F1" w:rsidRDefault="00000000" w:rsidP="00A71060">
            <w:sdt>
              <w:sdtPr>
                <w:alias w:val="Action 1 - Notes or comments"/>
                <w:tag w:val="Action 1 - Notes or comments"/>
                <w:id w:val="-1249492205"/>
                <w:showingPlcHdr/>
                <w:text w:multiLine="1"/>
              </w:sdtPr>
              <w:sdtContent>
                <w:r w:rsidR="007151F1">
                  <w:rPr>
                    <w:color w:val="767676"/>
                  </w:rPr>
                  <w:t>Enter notes/comments</w:t>
                </w:r>
              </w:sdtContent>
            </w:sdt>
          </w:p>
          <w:p w14:paraId="6562BC42" w14:textId="77777777" w:rsidR="007151F1" w:rsidRDefault="007151F1" w:rsidP="00A71060"/>
        </w:tc>
      </w:tr>
      <w:tr w:rsidR="007151F1" w14:paraId="5050FBCA" w14:textId="77777777" w:rsidTr="00A71060">
        <w:trPr>
          <w:trHeight w:val="1418"/>
        </w:trPr>
        <w:tc>
          <w:tcPr>
            <w:tcW w:w="3374" w:type="dxa"/>
          </w:tcPr>
          <w:p w14:paraId="196BFEF5" w14:textId="74F4E203" w:rsidR="007151F1" w:rsidRDefault="00000000" w:rsidP="003F789E">
            <w:pPr>
              <w:pStyle w:val="ListParagraph"/>
              <w:numPr>
                <w:ilvl w:val="0"/>
                <w:numId w:val="16"/>
              </w:numPr>
            </w:pPr>
            <w:sdt>
              <w:sdtPr>
                <w:alias w:val="Action 2 - Description"/>
                <w:tag w:val="Action 2 - Description"/>
                <w:id w:val="-2100396650"/>
                <w:showingPlcHdr/>
                <w:text w:multiLine="1"/>
              </w:sdtPr>
              <w:sdtContent>
                <w:r w:rsidR="003F789E">
                  <w:t xml:space="preserve">     </w:t>
                </w:r>
              </w:sdtContent>
            </w:sdt>
          </w:p>
          <w:p w14:paraId="5F20BFC3" w14:textId="77777777" w:rsidR="007151F1" w:rsidRDefault="007151F1" w:rsidP="00A71060"/>
        </w:tc>
        <w:tc>
          <w:tcPr>
            <w:tcW w:w="1701" w:type="dxa"/>
          </w:tcPr>
          <w:p w14:paraId="066995FA" w14:textId="77777777" w:rsidR="007151F1" w:rsidRDefault="00000000" w:rsidP="00A71060">
            <w:sdt>
              <w:sdtPr>
                <w:alias w:val="Action 2 - Responsible person"/>
                <w:tag w:val="Action 2 - Responsible person"/>
                <w:id w:val="1306823497"/>
                <w:showingPlcHdr/>
                <w:text/>
              </w:sdtPr>
              <w:sdtContent>
                <w:r w:rsidR="007151F1">
                  <w:rPr>
                    <w:color w:val="767676"/>
                  </w:rPr>
                  <w:t>Enter responsible person</w:t>
                </w:r>
              </w:sdtContent>
            </w:sdt>
          </w:p>
        </w:tc>
        <w:tc>
          <w:tcPr>
            <w:tcW w:w="1559" w:type="dxa"/>
          </w:tcPr>
          <w:p w14:paraId="1BAB4E25" w14:textId="77777777" w:rsidR="007151F1" w:rsidRDefault="00000000" w:rsidP="00A71060">
            <w:sdt>
              <w:sdtPr>
                <w:alias w:val="Action 2 - Due date"/>
                <w:tag w:val="Action 2 - Due date"/>
                <w:id w:val="-950087415"/>
                <w:showingPlcHdr/>
                <w:text/>
              </w:sdtPr>
              <w:sdtContent>
                <w:r w:rsidR="007151F1">
                  <w:rPr>
                    <w:color w:val="767676"/>
                  </w:rPr>
                  <w:t>Enter due date</w:t>
                </w:r>
              </w:sdtContent>
            </w:sdt>
          </w:p>
        </w:tc>
        <w:tc>
          <w:tcPr>
            <w:tcW w:w="3572" w:type="dxa"/>
          </w:tcPr>
          <w:p w14:paraId="15E1AF5F" w14:textId="77777777" w:rsidR="007151F1" w:rsidRDefault="00000000" w:rsidP="00A71060">
            <w:sdt>
              <w:sdtPr>
                <w:alias w:val="Action 2 - Notes or comments"/>
                <w:tag w:val="Action 2 - Notes or comments"/>
                <w:id w:val="-1080675740"/>
                <w:showingPlcHdr/>
                <w:text w:multiLine="1"/>
              </w:sdtPr>
              <w:sdtContent>
                <w:r w:rsidR="007151F1">
                  <w:rPr>
                    <w:color w:val="767676"/>
                  </w:rPr>
                  <w:t>Enter notes/comments</w:t>
                </w:r>
              </w:sdtContent>
            </w:sdt>
          </w:p>
          <w:p w14:paraId="0E117F65" w14:textId="77777777" w:rsidR="007151F1" w:rsidRDefault="007151F1" w:rsidP="00A71060"/>
        </w:tc>
      </w:tr>
      <w:tr w:rsidR="007151F1" w14:paraId="2E91BE9E" w14:textId="77777777" w:rsidTr="00A71060">
        <w:trPr>
          <w:trHeight w:val="1418"/>
        </w:trPr>
        <w:tc>
          <w:tcPr>
            <w:tcW w:w="3374" w:type="dxa"/>
          </w:tcPr>
          <w:p w14:paraId="4DD853C4" w14:textId="0A9699E3" w:rsidR="007151F1" w:rsidRDefault="00000000" w:rsidP="003F789E">
            <w:pPr>
              <w:pStyle w:val="ListParagraph"/>
              <w:numPr>
                <w:ilvl w:val="0"/>
                <w:numId w:val="16"/>
              </w:numPr>
            </w:pPr>
            <w:sdt>
              <w:sdtPr>
                <w:alias w:val="Action 3 - Description"/>
                <w:tag w:val="Action 3 - Description"/>
                <w:id w:val="-2011440544"/>
                <w:showingPlcHdr/>
                <w:text w:multiLine="1"/>
              </w:sdtPr>
              <w:sdtContent>
                <w:r w:rsidR="003F789E">
                  <w:t xml:space="preserve">     </w:t>
                </w:r>
              </w:sdtContent>
            </w:sdt>
          </w:p>
          <w:p w14:paraId="7F1268CE" w14:textId="77777777" w:rsidR="007151F1" w:rsidRDefault="007151F1" w:rsidP="00A71060"/>
        </w:tc>
        <w:tc>
          <w:tcPr>
            <w:tcW w:w="1701" w:type="dxa"/>
          </w:tcPr>
          <w:p w14:paraId="004BA88B" w14:textId="77777777" w:rsidR="007151F1" w:rsidRDefault="00000000" w:rsidP="00A71060">
            <w:sdt>
              <w:sdtPr>
                <w:alias w:val="Action 3 - Responsible person"/>
                <w:tag w:val="Action 3 - Responsible person"/>
                <w:id w:val="199055480"/>
                <w:showingPlcHdr/>
                <w:text/>
              </w:sdtPr>
              <w:sdtContent>
                <w:r w:rsidR="007151F1">
                  <w:rPr>
                    <w:color w:val="767676"/>
                  </w:rPr>
                  <w:t>Enter responsible person</w:t>
                </w:r>
              </w:sdtContent>
            </w:sdt>
          </w:p>
        </w:tc>
        <w:tc>
          <w:tcPr>
            <w:tcW w:w="1559" w:type="dxa"/>
          </w:tcPr>
          <w:p w14:paraId="718D79CA" w14:textId="77777777" w:rsidR="007151F1" w:rsidRDefault="00000000" w:rsidP="00A71060">
            <w:sdt>
              <w:sdtPr>
                <w:alias w:val="Action 3 - Due date"/>
                <w:tag w:val="Action 3 - Due date"/>
                <w:id w:val="1336335492"/>
                <w:showingPlcHdr/>
                <w:text/>
              </w:sdtPr>
              <w:sdtContent>
                <w:r w:rsidR="007151F1">
                  <w:rPr>
                    <w:color w:val="767676"/>
                  </w:rPr>
                  <w:t>Enter due date</w:t>
                </w:r>
              </w:sdtContent>
            </w:sdt>
          </w:p>
        </w:tc>
        <w:tc>
          <w:tcPr>
            <w:tcW w:w="3572" w:type="dxa"/>
          </w:tcPr>
          <w:p w14:paraId="5B863B69" w14:textId="77777777" w:rsidR="007151F1" w:rsidRDefault="00000000" w:rsidP="00A71060">
            <w:sdt>
              <w:sdtPr>
                <w:alias w:val="Action 3 - Notes or comments"/>
                <w:tag w:val="Action 3 - Notes or comments"/>
                <w:id w:val="497698226"/>
                <w:showingPlcHdr/>
                <w:text w:multiLine="1"/>
              </w:sdtPr>
              <w:sdtContent>
                <w:r w:rsidR="007151F1">
                  <w:rPr>
                    <w:color w:val="767676"/>
                  </w:rPr>
                  <w:t>Enter notes/comments</w:t>
                </w:r>
              </w:sdtContent>
            </w:sdt>
          </w:p>
          <w:p w14:paraId="47A20B21" w14:textId="77777777" w:rsidR="007151F1" w:rsidRDefault="007151F1" w:rsidP="00A71060"/>
        </w:tc>
      </w:tr>
      <w:tr w:rsidR="007151F1" w14:paraId="3C822255" w14:textId="77777777" w:rsidTr="00A71060">
        <w:trPr>
          <w:trHeight w:val="1418"/>
        </w:trPr>
        <w:tc>
          <w:tcPr>
            <w:tcW w:w="3374" w:type="dxa"/>
          </w:tcPr>
          <w:p w14:paraId="284A6DC5" w14:textId="4614B5FB" w:rsidR="007151F1" w:rsidRDefault="00000000" w:rsidP="003F789E">
            <w:pPr>
              <w:pStyle w:val="ListParagraph"/>
              <w:numPr>
                <w:ilvl w:val="0"/>
                <w:numId w:val="16"/>
              </w:numPr>
            </w:pPr>
            <w:sdt>
              <w:sdtPr>
                <w:alias w:val="Action 4 - Description"/>
                <w:tag w:val="Action 4 - Description"/>
                <w:id w:val="469252752"/>
                <w:showingPlcHdr/>
                <w:text w:multiLine="1"/>
              </w:sdtPr>
              <w:sdtContent>
                <w:r w:rsidR="003F789E">
                  <w:t xml:space="preserve">     </w:t>
                </w:r>
              </w:sdtContent>
            </w:sdt>
          </w:p>
          <w:p w14:paraId="4A61E526" w14:textId="77777777" w:rsidR="007151F1" w:rsidRDefault="007151F1" w:rsidP="00A71060"/>
        </w:tc>
        <w:tc>
          <w:tcPr>
            <w:tcW w:w="1701" w:type="dxa"/>
          </w:tcPr>
          <w:p w14:paraId="28A0C0B1" w14:textId="77777777" w:rsidR="007151F1" w:rsidRDefault="00000000" w:rsidP="00A71060">
            <w:sdt>
              <w:sdtPr>
                <w:alias w:val="Action 4 - Responsible person"/>
                <w:tag w:val="Action 4 - Responsible person"/>
                <w:id w:val="-262141577"/>
                <w:showingPlcHdr/>
                <w:text/>
              </w:sdtPr>
              <w:sdtContent>
                <w:r w:rsidR="007151F1">
                  <w:rPr>
                    <w:color w:val="767676"/>
                  </w:rPr>
                  <w:t>Enter responsible person</w:t>
                </w:r>
              </w:sdtContent>
            </w:sdt>
          </w:p>
        </w:tc>
        <w:tc>
          <w:tcPr>
            <w:tcW w:w="1559" w:type="dxa"/>
          </w:tcPr>
          <w:p w14:paraId="3A0D10A1" w14:textId="77777777" w:rsidR="007151F1" w:rsidRDefault="00000000" w:rsidP="00A71060">
            <w:sdt>
              <w:sdtPr>
                <w:alias w:val="Action 4 - Due date"/>
                <w:tag w:val="Action 4 - Due date"/>
                <w:id w:val="1822849176"/>
                <w:showingPlcHdr/>
                <w:text/>
              </w:sdtPr>
              <w:sdtContent>
                <w:r w:rsidR="007151F1">
                  <w:rPr>
                    <w:color w:val="767676"/>
                  </w:rPr>
                  <w:t>Enter due date</w:t>
                </w:r>
              </w:sdtContent>
            </w:sdt>
          </w:p>
        </w:tc>
        <w:tc>
          <w:tcPr>
            <w:tcW w:w="3572" w:type="dxa"/>
          </w:tcPr>
          <w:p w14:paraId="2243D186" w14:textId="77777777" w:rsidR="007151F1" w:rsidRDefault="00000000" w:rsidP="00A71060">
            <w:sdt>
              <w:sdtPr>
                <w:alias w:val="Action 4 - Notes or comments"/>
                <w:tag w:val="Action 4 - Notes or comments"/>
                <w:id w:val="-974064072"/>
                <w:showingPlcHdr/>
                <w:text w:multiLine="1"/>
              </w:sdtPr>
              <w:sdtContent>
                <w:r w:rsidR="007151F1">
                  <w:rPr>
                    <w:color w:val="767676"/>
                  </w:rPr>
                  <w:t>Enter notes/comments</w:t>
                </w:r>
              </w:sdtContent>
            </w:sdt>
          </w:p>
          <w:p w14:paraId="1EC9BDC6" w14:textId="77777777" w:rsidR="007151F1" w:rsidRDefault="007151F1" w:rsidP="00A71060"/>
        </w:tc>
      </w:tr>
      <w:tr w:rsidR="007151F1" w14:paraId="4062AD55" w14:textId="77777777" w:rsidTr="00A71060">
        <w:trPr>
          <w:trHeight w:val="1418"/>
        </w:trPr>
        <w:tc>
          <w:tcPr>
            <w:tcW w:w="3374" w:type="dxa"/>
          </w:tcPr>
          <w:p w14:paraId="676BE2B4" w14:textId="3C6D60E7" w:rsidR="007151F1" w:rsidRDefault="00000000" w:rsidP="003F789E">
            <w:pPr>
              <w:pStyle w:val="ListParagraph"/>
              <w:numPr>
                <w:ilvl w:val="0"/>
                <w:numId w:val="16"/>
              </w:numPr>
            </w:pPr>
            <w:sdt>
              <w:sdtPr>
                <w:alias w:val="Action 5 - Description"/>
                <w:tag w:val="Action 5 - Description"/>
                <w:id w:val="498553308"/>
                <w:showingPlcHdr/>
                <w:text w:multiLine="1"/>
              </w:sdtPr>
              <w:sdtContent>
                <w:r w:rsidR="003F789E">
                  <w:t xml:space="preserve">     </w:t>
                </w:r>
              </w:sdtContent>
            </w:sdt>
          </w:p>
          <w:p w14:paraId="30E50CB3" w14:textId="77777777" w:rsidR="007151F1" w:rsidRDefault="007151F1" w:rsidP="00A71060"/>
        </w:tc>
        <w:tc>
          <w:tcPr>
            <w:tcW w:w="1701" w:type="dxa"/>
          </w:tcPr>
          <w:p w14:paraId="5E250BC9" w14:textId="77777777" w:rsidR="007151F1" w:rsidRDefault="00000000" w:rsidP="00A71060">
            <w:sdt>
              <w:sdtPr>
                <w:alias w:val="Action 5 - Responsible person"/>
                <w:tag w:val="Action 5 - Responsible person"/>
                <w:id w:val="-868598761"/>
                <w:showingPlcHdr/>
                <w:text/>
              </w:sdtPr>
              <w:sdtContent>
                <w:r w:rsidR="007151F1">
                  <w:rPr>
                    <w:color w:val="767676"/>
                  </w:rPr>
                  <w:t>Enter responsible person</w:t>
                </w:r>
              </w:sdtContent>
            </w:sdt>
          </w:p>
        </w:tc>
        <w:tc>
          <w:tcPr>
            <w:tcW w:w="1559" w:type="dxa"/>
          </w:tcPr>
          <w:p w14:paraId="4E421947" w14:textId="77777777" w:rsidR="007151F1" w:rsidRDefault="00000000" w:rsidP="00A71060">
            <w:sdt>
              <w:sdtPr>
                <w:alias w:val="Action 5 - Due date"/>
                <w:tag w:val="Action 5 - Due date"/>
                <w:id w:val="-1840532669"/>
                <w:showingPlcHdr/>
                <w:text/>
              </w:sdtPr>
              <w:sdtContent>
                <w:r w:rsidR="007151F1">
                  <w:rPr>
                    <w:color w:val="767676"/>
                  </w:rPr>
                  <w:t>Enter due date</w:t>
                </w:r>
              </w:sdtContent>
            </w:sdt>
          </w:p>
        </w:tc>
        <w:tc>
          <w:tcPr>
            <w:tcW w:w="3572" w:type="dxa"/>
          </w:tcPr>
          <w:p w14:paraId="58D08AEA" w14:textId="77777777" w:rsidR="007151F1" w:rsidRDefault="00000000" w:rsidP="00A71060">
            <w:sdt>
              <w:sdtPr>
                <w:alias w:val="Action 5 - Notes or comments"/>
                <w:tag w:val="Action 5 - Notes or comments"/>
                <w:id w:val="1776367814"/>
                <w:showingPlcHdr/>
                <w:text w:multiLine="1"/>
              </w:sdtPr>
              <w:sdtContent>
                <w:r w:rsidR="007151F1">
                  <w:rPr>
                    <w:color w:val="767676"/>
                  </w:rPr>
                  <w:t>Enter notes/comments</w:t>
                </w:r>
              </w:sdtContent>
            </w:sdt>
          </w:p>
          <w:p w14:paraId="536E0FD8" w14:textId="77777777" w:rsidR="007151F1" w:rsidRDefault="007151F1" w:rsidP="00A71060"/>
        </w:tc>
      </w:tr>
      <w:tr w:rsidR="007151F1" w14:paraId="4E0CD8CF" w14:textId="77777777" w:rsidTr="00A71060">
        <w:trPr>
          <w:trHeight w:val="1418"/>
        </w:trPr>
        <w:tc>
          <w:tcPr>
            <w:tcW w:w="3374" w:type="dxa"/>
          </w:tcPr>
          <w:p w14:paraId="24A063E2" w14:textId="7078B857" w:rsidR="007151F1" w:rsidRDefault="00000000" w:rsidP="003F789E">
            <w:pPr>
              <w:pStyle w:val="ListParagraph"/>
              <w:numPr>
                <w:ilvl w:val="0"/>
                <w:numId w:val="16"/>
              </w:numPr>
            </w:pPr>
            <w:sdt>
              <w:sdtPr>
                <w:alias w:val="Action 6 - Description"/>
                <w:tag w:val="Action 6 - Description"/>
                <w:id w:val="1549179424"/>
                <w:showingPlcHdr/>
                <w:text w:multiLine="1"/>
              </w:sdtPr>
              <w:sdtContent>
                <w:r w:rsidR="003F789E">
                  <w:t xml:space="preserve">     </w:t>
                </w:r>
              </w:sdtContent>
            </w:sdt>
          </w:p>
          <w:p w14:paraId="38248BF3" w14:textId="77777777" w:rsidR="007151F1" w:rsidRDefault="007151F1" w:rsidP="00A71060"/>
        </w:tc>
        <w:tc>
          <w:tcPr>
            <w:tcW w:w="1701" w:type="dxa"/>
          </w:tcPr>
          <w:p w14:paraId="6D19C19E" w14:textId="77777777" w:rsidR="007151F1" w:rsidRDefault="00000000" w:rsidP="00A71060">
            <w:sdt>
              <w:sdtPr>
                <w:alias w:val="Action 6 - Responsible person"/>
                <w:tag w:val="Action 6 - Responsible person"/>
                <w:id w:val="340987707"/>
                <w:showingPlcHdr/>
                <w:text/>
              </w:sdtPr>
              <w:sdtContent>
                <w:r w:rsidR="007151F1">
                  <w:rPr>
                    <w:color w:val="767676"/>
                  </w:rPr>
                  <w:t>Enter responsible person</w:t>
                </w:r>
              </w:sdtContent>
            </w:sdt>
          </w:p>
        </w:tc>
        <w:tc>
          <w:tcPr>
            <w:tcW w:w="1559" w:type="dxa"/>
          </w:tcPr>
          <w:p w14:paraId="1025AA29" w14:textId="77777777" w:rsidR="007151F1" w:rsidRDefault="00000000" w:rsidP="00A71060">
            <w:sdt>
              <w:sdtPr>
                <w:alias w:val="Action 6 - Due date"/>
                <w:tag w:val="Action 6 - Due date"/>
                <w:id w:val="-1571486729"/>
                <w:showingPlcHdr/>
                <w:text/>
              </w:sdtPr>
              <w:sdtContent>
                <w:r w:rsidR="007151F1">
                  <w:rPr>
                    <w:color w:val="767676"/>
                  </w:rPr>
                  <w:t>Enter due date</w:t>
                </w:r>
              </w:sdtContent>
            </w:sdt>
          </w:p>
        </w:tc>
        <w:tc>
          <w:tcPr>
            <w:tcW w:w="3572" w:type="dxa"/>
          </w:tcPr>
          <w:p w14:paraId="0FFD9F9E" w14:textId="77777777" w:rsidR="007151F1" w:rsidRDefault="00000000" w:rsidP="00A71060">
            <w:sdt>
              <w:sdtPr>
                <w:alias w:val="Action 6 - Notes or comments"/>
                <w:tag w:val="Action 6 - Notes or comments"/>
                <w:id w:val="1800489163"/>
                <w:showingPlcHdr/>
                <w:text w:multiLine="1"/>
              </w:sdtPr>
              <w:sdtContent>
                <w:r w:rsidR="007151F1">
                  <w:rPr>
                    <w:color w:val="767676"/>
                  </w:rPr>
                  <w:t>Enter notes/comments</w:t>
                </w:r>
              </w:sdtContent>
            </w:sdt>
          </w:p>
          <w:p w14:paraId="0FE13722" w14:textId="77777777" w:rsidR="007151F1" w:rsidRDefault="007151F1" w:rsidP="00A71060"/>
        </w:tc>
      </w:tr>
      <w:tr w:rsidR="007151F1" w14:paraId="6F0A0657" w14:textId="77777777" w:rsidTr="00A71060">
        <w:trPr>
          <w:trHeight w:val="1418"/>
        </w:trPr>
        <w:tc>
          <w:tcPr>
            <w:tcW w:w="3374" w:type="dxa"/>
          </w:tcPr>
          <w:p w14:paraId="5DE665A6" w14:textId="58CA3B59" w:rsidR="007151F1" w:rsidRDefault="00000000" w:rsidP="003F789E">
            <w:pPr>
              <w:pStyle w:val="ListParagraph"/>
              <w:numPr>
                <w:ilvl w:val="0"/>
                <w:numId w:val="16"/>
              </w:numPr>
            </w:pPr>
            <w:sdt>
              <w:sdtPr>
                <w:alias w:val="Action 7 - Description"/>
                <w:tag w:val="Action 7 - Description"/>
                <w:id w:val="-267780510"/>
                <w:showingPlcHdr/>
                <w:text w:multiLine="1"/>
              </w:sdtPr>
              <w:sdtContent>
                <w:r w:rsidR="004E24CF">
                  <w:t xml:space="preserve">     </w:t>
                </w:r>
              </w:sdtContent>
            </w:sdt>
          </w:p>
          <w:p w14:paraId="6AD67315" w14:textId="77777777" w:rsidR="007151F1" w:rsidRDefault="007151F1" w:rsidP="00A71060"/>
        </w:tc>
        <w:tc>
          <w:tcPr>
            <w:tcW w:w="1701" w:type="dxa"/>
          </w:tcPr>
          <w:p w14:paraId="4009EE68" w14:textId="77777777" w:rsidR="007151F1" w:rsidRDefault="00000000" w:rsidP="00A71060">
            <w:sdt>
              <w:sdtPr>
                <w:alias w:val="Action 7 - Responsible person"/>
                <w:tag w:val="Action 7 - Responsible person"/>
                <w:id w:val="1737441046"/>
                <w:showingPlcHdr/>
                <w:text/>
              </w:sdtPr>
              <w:sdtContent>
                <w:r w:rsidR="007151F1">
                  <w:rPr>
                    <w:color w:val="767676"/>
                  </w:rPr>
                  <w:t>Enter responsible person</w:t>
                </w:r>
              </w:sdtContent>
            </w:sdt>
          </w:p>
        </w:tc>
        <w:tc>
          <w:tcPr>
            <w:tcW w:w="1559" w:type="dxa"/>
          </w:tcPr>
          <w:p w14:paraId="580BD655" w14:textId="77777777" w:rsidR="007151F1" w:rsidRDefault="00000000" w:rsidP="00A71060">
            <w:sdt>
              <w:sdtPr>
                <w:alias w:val="Action 7 - Due date"/>
                <w:tag w:val="Action 7 - Due date"/>
                <w:id w:val="2107295865"/>
                <w:showingPlcHdr/>
                <w:text/>
              </w:sdtPr>
              <w:sdtContent>
                <w:r w:rsidR="007151F1">
                  <w:rPr>
                    <w:color w:val="767676"/>
                  </w:rPr>
                  <w:t>Enter due date</w:t>
                </w:r>
              </w:sdtContent>
            </w:sdt>
          </w:p>
        </w:tc>
        <w:tc>
          <w:tcPr>
            <w:tcW w:w="3572" w:type="dxa"/>
          </w:tcPr>
          <w:p w14:paraId="592A70D1" w14:textId="77777777" w:rsidR="007151F1" w:rsidRDefault="00000000" w:rsidP="00A71060">
            <w:sdt>
              <w:sdtPr>
                <w:alias w:val="Action 7 - Notes or comments"/>
                <w:tag w:val="Action 7 - Notes or comments"/>
                <w:id w:val="1041639610"/>
                <w:showingPlcHdr/>
                <w:text w:multiLine="1"/>
              </w:sdtPr>
              <w:sdtContent>
                <w:r w:rsidR="007151F1">
                  <w:rPr>
                    <w:color w:val="767676"/>
                  </w:rPr>
                  <w:t>Enter notes/comments</w:t>
                </w:r>
              </w:sdtContent>
            </w:sdt>
          </w:p>
          <w:p w14:paraId="4C36D805" w14:textId="77777777" w:rsidR="007151F1" w:rsidRDefault="007151F1" w:rsidP="00A71060"/>
        </w:tc>
      </w:tr>
    </w:tbl>
    <w:p w14:paraId="6EA21F3B" w14:textId="77777777" w:rsidR="007151F1" w:rsidRDefault="007151F1" w:rsidP="007151F1">
      <w:pPr>
        <w:pStyle w:val="LayoutSpacer1"/>
      </w:pPr>
    </w:p>
    <w:p w14:paraId="5C94FC5D" w14:textId="77777777" w:rsidR="007151F1" w:rsidRDefault="007151F1" w:rsidP="007151F1">
      <w:pPr>
        <w:spacing w:after="200"/>
        <w:rPr>
          <w:rFonts w:eastAsiaTheme="majorEastAsia" w:cstheme="majorBidi"/>
          <w:b/>
          <w:bCs/>
          <w:color w:val="000000" w:themeColor="text1"/>
          <w:sz w:val="36"/>
          <w:szCs w:val="28"/>
        </w:rPr>
      </w:pPr>
      <w:r>
        <w:br w:type="page"/>
      </w:r>
    </w:p>
    <w:p w14:paraId="5E692AC8" w14:textId="2F1F11E7" w:rsidR="001E4972" w:rsidRDefault="007151F1" w:rsidP="00C2373A">
      <w:pPr>
        <w:pStyle w:val="Heading2"/>
      </w:pPr>
      <w:r>
        <w:lastRenderedPageBreak/>
        <w:br/>
      </w:r>
      <w:r w:rsidR="00401B4D">
        <w:t>Supplementary sheet – a</w:t>
      </w:r>
      <w:r w:rsidR="001E4972">
        <w:t>dditional key actions or information</w:t>
      </w:r>
    </w:p>
    <w:tbl>
      <w:tblPr>
        <w:tblStyle w:val="TableGrid"/>
        <w:tblW w:w="0" w:type="auto"/>
        <w:tblInd w:w="-5" w:type="dxa"/>
        <w:tblLook w:val="04A0" w:firstRow="1" w:lastRow="0" w:firstColumn="1" w:lastColumn="0" w:noHBand="0" w:noVBand="1"/>
        <w:tblCaption w:val="Additional key actions"/>
        <w:tblDescription w:val="Form field for additional key actions or information."/>
      </w:tblPr>
      <w:tblGrid>
        <w:gridCol w:w="10195"/>
      </w:tblGrid>
      <w:tr w:rsidR="001E4972" w14:paraId="11E1B022" w14:textId="77777777" w:rsidTr="00C2373A">
        <w:trPr>
          <w:trHeight w:val="11252"/>
        </w:trPr>
        <w:tc>
          <w:tcPr>
            <w:tcW w:w="10195" w:type="dxa"/>
          </w:tcPr>
          <w:p w14:paraId="7C883EE4" w14:textId="6AADF239" w:rsidR="001E4972" w:rsidRDefault="00000000" w:rsidP="00DB7B0D">
            <w:sdt>
              <w:sdtPr>
                <w:alias w:val="Additional key actions or information"/>
                <w:tag w:val="Additional key actions or information"/>
                <w:id w:val="878906423"/>
                <w:showingPlcHdr/>
                <w:text w:multiLine="1"/>
              </w:sdtPr>
              <w:sdtContent>
                <w:r w:rsidR="001E4972">
                  <w:rPr>
                    <w:color w:val="767676"/>
                  </w:rPr>
                  <w:t>Click or tap here to enter text.</w:t>
                </w:r>
              </w:sdtContent>
            </w:sdt>
          </w:p>
        </w:tc>
      </w:tr>
    </w:tbl>
    <w:p w14:paraId="00DAA143" w14:textId="77777777" w:rsidR="001E4972" w:rsidRDefault="001E4972" w:rsidP="00B421C0"/>
    <w:p w14:paraId="52B6673C" w14:textId="16D49ED2" w:rsidR="009B2FC6" w:rsidRPr="009B2FC6" w:rsidRDefault="009B2FC6" w:rsidP="00B421C0">
      <w:pPr>
        <w:rPr>
          <w:sz w:val="16"/>
          <w:szCs w:val="16"/>
        </w:rPr>
      </w:pPr>
      <w:r w:rsidRPr="009B2FC6">
        <w:rPr>
          <w:sz w:val="16"/>
          <w:szCs w:val="16"/>
        </w:rPr>
        <w:t>This form is supplementing Historic England Heritage Crime Risk Assessment HEAG308</w:t>
      </w:r>
      <w:r>
        <w:rPr>
          <w:sz w:val="16"/>
          <w:szCs w:val="16"/>
        </w:rPr>
        <w:t>.</w:t>
      </w:r>
    </w:p>
    <w:p w14:paraId="727753B6" w14:textId="434C6910" w:rsidR="009B2FC6" w:rsidRPr="009B2FC6" w:rsidRDefault="009B2FC6" w:rsidP="00B421C0">
      <w:pPr>
        <w:rPr>
          <w:sz w:val="16"/>
          <w:szCs w:val="16"/>
        </w:rPr>
      </w:pPr>
      <w:r w:rsidRPr="009B2FC6">
        <w:rPr>
          <w:sz w:val="16"/>
          <w:szCs w:val="16"/>
        </w:rPr>
        <w:t>Publication date: v</w:t>
      </w:r>
      <w:r w:rsidR="00BE552B">
        <w:rPr>
          <w:sz w:val="16"/>
          <w:szCs w:val="16"/>
        </w:rPr>
        <w:t>2</w:t>
      </w:r>
      <w:r w:rsidRPr="009B2FC6">
        <w:rPr>
          <w:sz w:val="16"/>
          <w:szCs w:val="16"/>
        </w:rPr>
        <w:t xml:space="preserve">.0 </w:t>
      </w:r>
      <w:r w:rsidR="00BE552B">
        <w:rPr>
          <w:sz w:val="16"/>
          <w:szCs w:val="16"/>
        </w:rPr>
        <w:t>August 2026</w:t>
      </w:r>
      <w:r>
        <w:rPr>
          <w:sz w:val="16"/>
          <w:szCs w:val="16"/>
        </w:rPr>
        <w:t xml:space="preserve">. </w:t>
      </w:r>
      <w:r w:rsidRPr="009B2FC6">
        <w:rPr>
          <w:sz w:val="16"/>
          <w:szCs w:val="16"/>
        </w:rPr>
        <w:t>Copyright Historic England</w:t>
      </w:r>
      <w:r w:rsidRPr="009B2FC6">
        <w:rPr>
          <w:sz w:val="16"/>
          <w:szCs w:val="16"/>
        </w:rPr>
        <w:br/>
      </w:r>
      <w:hyperlink r:id="rId12" w:history="1">
        <w:r w:rsidRPr="009B2FC6">
          <w:rPr>
            <w:rStyle w:val="Hyperlink"/>
            <w:sz w:val="16"/>
            <w:szCs w:val="16"/>
          </w:rPr>
          <w:t>Historic England Heritage Crime</w:t>
        </w:r>
      </w:hyperlink>
    </w:p>
    <w:sectPr w:rsidR="009B2FC6" w:rsidRPr="009B2FC6" w:rsidSect="00034616">
      <w:headerReference w:type="default" r:id="rId13"/>
      <w:footerReference w:type="even" r:id="rId14"/>
      <w:footerReference w:type="default" r:id="rId15"/>
      <w:pgSz w:w="12240" w:h="15840"/>
      <w:pgMar w:top="1020" w:right="1020" w:bottom="102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1F1405" w14:textId="77777777" w:rsidR="00C8562A" w:rsidRDefault="00C8562A" w:rsidP="00C413AF">
      <w:pPr>
        <w:spacing w:after="0" w:line="240" w:lineRule="auto"/>
      </w:pPr>
      <w:r>
        <w:separator/>
      </w:r>
    </w:p>
  </w:endnote>
  <w:endnote w:type="continuationSeparator" w:id="0">
    <w:p w14:paraId="08420458" w14:textId="77777777" w:rsidR="00C8562A" w:rsidRDefault="00C8562A" w:rsidP="00C41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309020205020404"/>
    <w:charset w:val="00"/>
    <w:family w:val="modern"/>
    <w:pitch w:val="fixed"/>
    <w:sig w:usb0="E0002AFF" w:usb1="C0007843" w:usb2="00000009" w:usb3="00000000" w:csb0="000001FF" w:csb1="00000000"/>
  </w:font>
  <w:font w:name="SourceSansPro-Regular">
    <w:altName w:val="Calibri"/>
    <w:panose1 w:val="020B0604020202020204"/>
    <w:charset w:val="4D"/>
    <w:family w:val="auto"/>
    <w:notTrueType/>
    <w:pitch w:val="default"/>
    <w:sig w:usb0="00000003" w:usb1="00000000" w:usb2="00000000" w:usb3="00000000" w:csb0="00000001" w:csb1="00000000"/>
  </w:font>
  <w:font w:name="SourceSansPro-Semibold">
    <w:altName w:val="Calibri"/>
    <w:panose1 w:val="020B0604020202020204"/>
    <w:charset w:val="4D"/>
    <w:family w:val="auto"/>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90834621"/>
      <w:docPartObj>
        <w:docPartGallery w:val="Page Numbers (Bottom of Page)"/>
        <w:docPartUnique/>
      </w:docPartObj>
    </w:sdtPr>
    <w:sdtContent>
      <w:p w14:paraId="7D881EF6" w14:textId="50E02322" w:rsidR="00C413AF" w:rsidRDefault="00C413AF" w:rsidP="001B74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884E669" w14:textId="77777777" w:rsidR="00C413AF" w:rsidRDefault="00C413AF" w:rsidP="00C413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98548396"/>
      <w:docPartObj>
        <w:docPartGallery w:val="Page Numbers (Bottom of Page)"/>
        <w:docPartUnique/>
      </w:docPartObj>
    </w:sdtPr>
    <w:sdtContent>
      <w:p w14:paraId="2681E623" w14:textId="546DE446" w:rsidR="00C413AF" w:rsidRDefault="00C413AF" w:rsidP="001B74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79D8E0" w14:textId="77777777" w:rsidR="00C413AF" w:rsidRDefault="00C413AF" w:rsidP="00C413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1F94A7" w14:textId="77777777" w:rsidR="00C8562A" w:rsidRDefault="00C8562A" w:rsidP="00C413AF">
      <w:pPr>
        <w:spacing w:after="0" w:line="240" w:lineRule="auto"/>
      </w:pPr>
      <w:r>
        <w:separator/>
      </w:r>
    </w:p>
  </w:footnote>
  <w:footnote w:type="continuationSeparator" w:id="0">
    <w:p w14:paraId="2AF50116" w14:textId="77777777" w:rsidR="00C8562A" w:rsidRDefault="00C8562A" w:rsidP="00C41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D7C110" w14:textId="54922B90" w:rsidR="00C413AF" w:rsidRDefault="00C413AF">
    <w:pPr>
      <w:pStyle w:val="Header"/>
    </w:pPr>
    <w:r>
      <w:rPr>
        <w:noProof/>
      </w:rPr>
      <w:drawing>
        <wp:inline distT="0" distB="0" distL="0" distR="0" wp14:anchorId="069E1852" wp14:editId="0EA33C15">
          <wp:extent cx="1677898" cy="581851"/>
          <wp:effectExtent l="0" t="0" r="0" b="2540"/>
          <wp:docPr id="556063302" name="Picture 1" descr="Historic England logo" title="Historic Engla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63302"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677898" cy="5818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F41FA5"/>
    <w:multiLevelType w:val="hybridMultilevel"/>
    <w:tmpl w:val="7DA6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F4CC4"/>
    <w:multiLevelType w:val="hybridMultilevel"/>
    <w:tmpl w:val="F0EE82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10D7EE8"/>
    <w:multiLevelType w:val="hybridMultilevel"/>
    <w:tmpl w:val="8654AF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A70755A"/>
    <w:multiLevelType w:val="hybridMultilevel"/>
    <w:tmpl w:val="23409D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B333966"/>
    <w:multiLevelType w:val="hybridMultilevel"/>
    <w:tmpl w:val="16A4FE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77E1D52"/>
    <w:multiLevelType w:val="hybridMultilevel"/>
    <w:tmpl w:val="8E04AF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48278FE"/>
    <w:multiLevelType w:val="hybridMultilevel"/>
    <w:tmpl w:val="BDCE01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84673167">
    <w:abstractNumId w:val="8"/>
  </w:num>
  <w:num w:numId="2" w16cid:durableId="2010866458">
    <w:abstractNumId w:val="6"/>
  </w:num>
  <w:num w:numId="3" w16cid:durableId="1016538833">
    <w:abstractNumId w:val="5"/>
  </w:num>
  <w:num w:numId="4" w16cid:durableId="1175151387">
    <w:abstractNumId w:val="4"/>
  </w:num>
  <w:num w:numId="5" w16cid:durableId="847525257">
    <w:abstractNumId w:val="7"/>
  </w:num>
  <w:num w:numId="6" w16cid:durableId="286744145">
    <w:abstractNumId w:val="3"/>
  </w:num>
  <w:num w:numId="7" w16cid:durableId="964963018">
    <w:abstractNumId w:val="2"/>
  </w:num>
  <w:num w:numId="8" w16cid:durableId="1066994716">
    <w:abstractNumId w:val="1"/>
  </w:num>
  <w:num w:numId="9" w16cid:durableId="1637100749">
    <w:abstractNumId w:val="0"/>
  </w:num>
  <w:num w:numId="10" w16cid:durableId="1222790886">
    <w:abstractNumId w:val="9"/>
  </w:num>
  <w:num w:numId="11" w16cid:durableId="1447654234">
    <w:abstractNumId w:val="12"/>
  </w:num>
  <w:num w:numId="12" w16cid:durableId="1977639462">
    <w:abstractNumId w:val="13"/>
  </w:num>
  <w:num w:numId="13" w16cid:durableId="681399246">
    <w:abstractNumId w:val="11"/>
  </w:num>
  <w:num w:numId="14" w16cid:durableId="149909093">
    <w:abstractNumId w:val="10"/>
  </w:num>
  <w:num w:numId="15" w16cid:durableId="1208880954">
    <w:abstractNumId w:val="14"/>
  </w:num>
  <w:num w:numId="16" w16cid:durableId="1979526762">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2D2"/>
    <w:rsid w:val="00030608"/>
    <w:rsid w:val="00034616"/>
    <w:rsid w:val="0006063C"/>
    <w:rsid w:val="000722E2"/>
    <w:rsid w:val="000D3BA3"/>
    <w:rsid w:val="000F2E16"/>
    <w:rsid w:val="000F5FEF"/>
    <w:rsid w:val="00114AB4"/>
    <w:rsid w:val="00115D5E"/>
    <w:rsid w:val="0015074B"/>
    <w:rsid w:val="00195F5B"/>
    <w:rsid w:val="001E4972"/>
    <w:rsid w:val="00213C52"/>
    <w:rsid w:val="0025376E"/>
    <w:rsid w:val="0029639D"/>
    <w:rsid w:val="002F464E"/>
    <w:rsid w:val="002F6050"/>
    <w:rsid w:val="00317744"/>
    <w:rsid w:val="00326F90"/>
    <w:rsid w:val="00371B4B"/>
    <w:rsid w:val="00385A46"/>
    <w:rsid w:val="003F789E"/>
    <w:rsid w:val="00400317"/>
    <w:rsid w:val="00401B4D"/>
    <w:rsid w:val="0040207F"/>
    <w:rsid w:val="00402A60"/>
    <w:rsid w:val="004216F8"/>
    <w:rsid w:val="00464084"/>
    <w:rsid w:val="00470F77"/>
    <w:rsid w:val="00487062"/>
    <w:rsid w:val="004E24CF"/>
    <w:rsid w:val="00517128"/>
    <w:rsid w:val="0058068E"/>
    <w:rsid w:val="00610270"/>
    <w:rsid w:val="00624C98"/>
    <w:rsid w:val="00630F8F"/>
    <w:rsid w:val="006877F9"/>
    <w:rsid w:val="0069641C"/>
    <w:rsid w:val="006E41B4"/>
    <w:rsid w:val="007151F1"/>
    <w:rsid w:val="00737EBF"/>
    <w:rsid w:val="007736A7"/>
    <w:rsid w:val="00783715"/>
    <w:rsid w:val="00792F08"/>
    <w:rsid w:val="007B06C6"/>
    <w:rsid w:val="007D5258"/>
    <w:rsid w:val="007D7434"/>
    <w:rsid w:val="00836B83"/>
    <w:rsid w:val="0086086B"/>
    <w:rsid w:val="00884DE4"/>
    <w:rsid w:val="008931C9"/>
    <w:rsid w:val="008A2AED"/>
    <w:rsid w:val="008C68C3"/>
    <w:rsid w:val="00912254"/>
    <w:rsid w:val="00915061"/>
    <w:rsid w:val="009420FC"/>
    <w:rsid w:val="0095177A"/>
    <w:rsid w:val="00996168"/>
    <w:rsid w:val="009B2FC6"/>
    <w:rsid w:val="009B37E7"/>
    <w:rsid w:val="009E3FC1"/>
    <w:rsid w:val="00A07AC2"/>
    <w:rsid w:val="00A419C3"/>
    <w:rsid w:val="00A47245"/>
    <w:rsid w:val="00A74EC6"/>
    <w:rsid w:val="00AA1D8D"/>
    <w:rsid w:val="00AA5350"/>
    <w:rsid w:val="00AE7665"/>
    <w:rsid w:val="00B0351E"/>
    <w:rsid w:val="00B421C0"/>
    <w:rsid w:val="00B47730"/>
    <w:rsid w:val="00BC00EB"/>
    <w:rsid w:val="00BD0DE2"/>
    <w:rsid w:val="00BE3300"/>
    <w:rsid w:val="00BE552B"/>
    <w:rsid w:val="00BF6891"/>
    <w:rsid w:val="00C16B32"/>
    <w:rsid w:val="00C2373A"/>
    <w:rsid w:val="00C413AF"/>
    <w:rsid w:val="00C819B2"/>
    <w:rsid w:val="00C8562A"/>
    <w:rsid w:val="00CA357D"/>
    <w:rsid w:val="00CB0664"/>
    <w:rsid w:val="00CB1576"/>
    <w:rsid w:val="00CC5C45"/>
    <w:rsid w:val="00CE0513"/>
    <w:rsid w:val="00D30FE0"/>
    <w:rsid w:val="00D47DEC"/>
    <w:rsid w:val="00DB7B0D"/>
    <w:rsid w:val="00E4225D"/>
    <w:rsid w:val="00E433E7"/>
    <w:rsid w:val="00E77E9A"/>
    <w:rsid w:val="00EC314E"/>
    <w:rsid w:val="00ED05E1"/>
    <w:rsid w:val="00EE71BC"/>
    <w:rsid w:val="00F077F1"/>
    <w:rsid w:val="00F16486"/>
    <w:rsid w:val="00F27A09"/>
    <w:rsid w:val="00FA5F56"/>
    <w:rsid w:val="00FC693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BFC46F"/>
  <w14:defaultImageDpi w14:val="300"/>
  <w15:docId w15:val="{48040DCD-B4AD-224F-9388-52BA11DC3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258"/>
    <w:pPr>
      <w:spacing w:after="80"/>
    </w:pPr>
    <w:rPr>
      <w:rFonts w:ascii="Arial" w:eastAsia="Arial" w:hAnsi="Arial"/>
      <w:sz w:val="20"/>
    </w:rPr>
  </w:style>
  <w:style w:type="paragraph" w:styleId="Heading1">
    <w:name w:val="heading 1"/>
    <w:basedOn w:val="Normal"/>
    <w:next w:val="Normal"/>
    <w:uiPriority w:val="9"/>
    <w:qFormat/>
    <w:rsid w:val="00C413AF"/>
    <w:pPr>
      <w:keepNext/>
      <w:keepLines/>
      <w:spacing w:before="480" w:after="0"/>
      <w:outlineLvl w:val="0"/>
    </w:pPr>
    <w:rPr>
      <w:rFonts w:eastAsiaTheme="majorEastAsia" w:cstheme="majorBidi"/>
      <w:b/>
      <w:bCs/>
      <w:color w:val="000000" w:themeColor="text1"/>
      <w:sz w:val="36"/>
      <w:szCs w:val="28"/>
    </w:rPr>
  </w:style>
  <w:style w:type="paragraph" w:styleId="Heading2">
    <w:name w:val="heading 2"/>
    <w:basedOn w:val="Normal"/>
    <w:next w:val="Normal"/>
    <w:uiPriority w:val="9"/>
    <w:unhideWhenUsed/>
    <w:qFormat/>
    <w:rsid w:val="00C413AF"/>
    <w:pPr>
      <w:keepNext/>
      <w:keepLines/>
      <w:spacing w:before="120" w:after="120"/>
      <w:outlineLvl w:val="1"/>
    </w:pPr>
    <w:rPr>
      <w:rFonts w:eastAsiaTheme="majorEastAsia" w:cstheme="majorBidi"/>
      <w:b/>
      <w:bCs/>
      <w:color w:val="000000" w:themeColor="tex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youtSpacer1">
    <w:name w:val="Layout Spacer 1"/>
    <w:basedOn w:val="Normal"/>
    <w:next w:val="Normal"/>
    <w:link w:val="Heading1Char"/>
    <w:uiPriority w:val="9"/>
    <w:rsid w:val="00C413AF"/>
    <w:pPr>
      <w:keepNext/>
      <w:keepLines/>
      <w:spacing w:before="480" w:after="0"/>
    </w:pPr>
    <w:rPr>
      <w:rFonts w:eastAsiaTheme="majorEastAsia" w:cstheme="majorBidi"/>
      <w:b/>
      <w:bCs/>
      <w:color w:val="000000" w:themeColor="text1"/>
      <w:sz w:val="36"/>
      <w:szCs w:val="28"/>
    </w:rPr>
  </w:style>
  <w:style w:type="paragraph" w:customStyle="1" w:styleId="InstructionLead">
    <w:name w:val="Instruction Lead"/>
    <w:basedOn w:val="Normal"/>
    <w:next w:val="Normal"/>
    <w:uiPriority w:val="9"/>
    <w:rsid w:val="00C413AF"/>
    <w:pPr>
      <w:keepNext/>
      <w:keepLines/>
      <w:spacing w:before="120" w:after="120"/>
    </w:pPr>
    <w:rPr>
      <w:rFonts w:eastAsiaTheme="majorEastAsia" w:cstheme="majorBidi"/>
      <w:b/>
      <w:bCs/>
      <w:color w:val="000000" w:themeColor="text1"/>
      <w:sz w:val="24"/>
      <w:szCs w:val="26"/>
    </w:rPr>
  </w:style>
  <w:style w:type="paragraph" w:customStyle="1" w:styleId="LayoutSpacer2">
    <w:name w:val="Layout Spacer 2"/>
    <w:basedOn w:val="Normal"/>
    <w:next w:val="Normal"/>
    <w:link w:val="Heading2Char"/>
    <w:uiPriority w:val="9"/>
    <w:rsid w:val="00C413AF"/>
    <w:pPr>
      <w:keepNext/>
      <w:keepLines/>
      <w:spacing w:before="120" w:after="120"/>
    </w:pPr>
    <w:rPr>
      <w:rFonts w:eastAsiaTheme="majorEastAsia" w:cstheme="majorBidi"/>
      <w:b/>
      <w:bCs/>
      <w:color w:val="000000" w:themeColor="text1"/>
      <w:sz w:val="24"/>
      <w:szCs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LayoutSpacer1"/>
    <w:uiPriority w:val="9"/>
    <w:rsid w:val="00C413AF"/>
    <w:rPr>
      <w:rFonts w:ascii="Arial" w:eastAsiaTheme="majorEastAsia" w:hAnsi="Arial" w:cstheme="majorBidi"/>
      <w:b/>
      <w:bCs/>
      <w:color w:val="000000" w:themeColor="text1"/>
      <w:sz w:val="36"/>
      <w:szCs w:val="28"/>
    </w:rPr>
  </w:style>
  <w:style w:type="character" w:customStyle="1" w:styleId="Heading2Char">
    <w:name w:val="Heading 2 Char"/>
    <w:basedOn w:val="DefaultParagraphFont"/>
    <w:link w:val="LayoutSpacer2"/>
    <w:uiPriority w:val="9"/>
    <w:rsid w:val="00C413AF"/>
    <w:rPr>
      <w:rFonts w:ascii="Arial" w:eastAsiaTheme="majorEastAsia" w:hAnsi="Arial" w:cstheme="majorBidi"/>
      <w:b/>
      <w:bCs/>
      <w:color w:val="000000" w:themeColor="text1"/>
      <w:sz w:val="24"/>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C413AF"/>
  </w:style>
  <w:style w:type="paragraph" w:customStyle="1" w:styleId="Tabletext">
    <w:name w:val="Table text"/>
    <w:basedOn w:val="Normal"/>
    <w:uiPriority w:val="99"/>
    <w:rsid w:val="00912254"/>
    <w:pPr>
      <w:suppressAutoHyphens/>
      <w:autoSpaceDE w:val="0"/>
      <w:autoSpaceDN w:val="0"/>
      <w:adjustRightInd w:val="0"/>
      <w:spacing w:after="0" w:line="240" w:lineRule="atLeast"/>
      <w:textAlignment w:val="center"/>
    </w:pPr>
    <w:rPr>
      <w:rFonts w:ascii="SourceSansPro-Regular" w:eastAsiaTheme="minorEastAsia" w:hAnsi="SourceSansPro-Regular" w:cs="SourceSansPro-Regular"/>
      <w:color w:val="000000"/>
      <w:spacing w:val="7"/>
      <w:sz w:val="18"/>
      <w:szCs w:val="18"/>
    </w:rPr>
  </w:style>
  <w:style w:type="character" w:customStyle="1" w:styleId="Sermibold">
    <w:name w:val="Sermibold"/>
    <w:uiPriority w:val="99"/>
    <w:rsid w:val="00912254"/>
  </w:style>
  <w:style w:type="character" w:styleId="Hyperlink">
    <w:name w:val="Hyperlink"/>
    <w:basedOn w:val="DefaultParagraphFont"/>
    <w:uiPriority w:val="99"/>
    <w:unhideWhenUsed/>
    <w:rsid w:val="000D3BA3"/>
    <w:rPr>
      <w:rFonts w:ascii="Arial" w:hAnsi="Arial"/>
      <w:b/>
      <w:i w:val="0"/>
      <w:color w:val="000000" w:themeColor="text1"/>
      <w:sz w:val="20"/>
      <w:u w:val="single"/>
    </w:rPr>
  </w:style>
  <w:style w:type="character" w:styleId="UnresolvedMention">
    <w:name w:val="Unresolved Mention"/>
    <w:basedOn w:val="DefaultParagraphFont"/>
    <w:uiPriority w:val="99"/>
    <w:semiHidden/>
    <w:unhideWhenUsed/>
    <w:rsid w:val="00A74EC6"/>
    <w:rPr>
      <w:color w:val="605E5C"/>
      <w:shd w:val="clear" w:color="auto" w:fill="E1DFDD"/>
    </w:rPr>
  </w:style>
  <w:style w:type="paragraph" w:customStyle="1" w:styleId="TableHeading">
    <w:name w:val="Table Heading"/>
    <w:basedOn w:val="Heading1"/>
    <w:uiPriority w:val="99"/>
    <w:rsid w:val="00A74EC6"/>
    <w:pPr>
      <w:keepNext w:val="0"/>
      <w:keepLines w:val="0"/>
      <w:tabs>
        <w:tab w:val="left" w:pos="567"/>
      </w:tabs>
      <w:suppressAutoHyphens/>
      <w:autoSpaceDE w:val="0"/>
      <w:autoSpaceDN w:val="0"/>
      <w:adjustRightInd w:val="0"/>
      <w:spacing w:before="340" w:after="113" w:line="300" w:lineRule="atLeast"/>
      <w:textAlignment w:val="center"/>
      <w:outlineLvl w:val="9"/>
    </w:pPr>
    <w:rPr>
      <w:rFonts w:ascii="SourceSansPro-Semibold" w:eastAsiaTheme="minorEastAsia" w:hAnsi="SourceSansPro-Semibold" w:cs="SourceSansPro-Semibold"/>
      <w:b w:val="0"/>
      <w:bCs w:val="0"/>
      <w:color w:val="637E41"/>
      <w:sz w:val="28"/>
    </w:rPr>
  </w:style>
  <w:style w:type="character" w:styleId="FollowedHyperlink">
    <w:name w:val="FollowedHyperlink"/>
    <w:basedOn w:val="DefaultParagraphFont"/>
    <w:uiPriority w:val="99"/>
    <w:semiHidden/>
    <w:unhideWhenUsed/>
    <w:rsid w:val="00A74EC6"/>
    <w:rPr>
      <w:color w:val="800080" w:themeColor="followedHyperlink"/>
      <w:u w:val="single"/>
    </w:rPr>
  </w:style>
  <w:style w:type="paragraph" w:customStyle="1" w:styleId="Tabletext-bulleted">
    <w:name w:val="Table text - bulleted"/>
    <w:basedOn w:val="Normal"/>
    <w:uiPriority w:val="99"/>
    <w:rsid w:val="00CE0513"/>
    <w:pPr>
      <w:autoSpaceDE w:val="0"/>
      <w:autoSpaceDN w:val="0"/>
      <w:adjustRightInd w:val="0"/>
      <w:spacing w:after="0" w:line="280" w:lineRule="atLeast"/>
      <w:ind w:left="340" w:hanging="227"/>
      <w:textAlignment w:val="center"/>
    </w:pPr>
    <w:rPr>
      <w:rFonts w:ascii="SourceSansPro-Regular" w:eastAsiaTheme="minorEastAsia" w:hAnsi="SourceSansPro-Regular" w:cs="SourceSansPro-Regular"/>
      <w:color w:val="000000"/>
      <w:spacing w:val="7"/>
      <w:sz w:val="18"/>
      <w:szCs w:val="18"/>
    </w:rPr>
  </w:style>
  <w:style w:type="paragraph" w:customStyle="1" w:styleId="NoParagraphStyle">
    <w:name w:val="[No Paragraph Style]"/>
    <w:rsid w:val="000F5FEF"/>
    <w:pPr>
      <w:autoSpaceDE w:val="0"/>
      <w:autoSpaceDN w:val="0"/>
      <w:adjustRightInd w:val="0"/>
      <w:spacing w:after="0" w:line="288" w:lineRule="auto"/>
      <w:textAlignment w:val="center"/>
    </w:pPr>
    <w:rPr>
      <w:rFonts w:ascii="SourceSansPro-Semibold" w:hAnsi="SourceSansPro-Semibold"/>
      <w:color w:val="000000"/>
      <w:sz w:val="24"/>
      <w:szCs w:val="24"/>
    </w:rPr>
  </w:style>
  <w:style w:type="paragraph" w:customStyle="1" w:styleId="TableheadingWHITE">
    <w:name w:val="Table heading WHITE"/>
    <w:basedOn w:val="NoParagraphStyle"/>
    <w:uiPriority w:val="99"/>
    <w:rsid w:val="000F5FEF"/>
    <w:pPr>
      <w:suppressAutoHyphens/>
      <w:spacing w:line="240" w:lineRule="atLeast"/>
    </w:pPr>
    <w:rPr>
      <w:rFonts w:ascii="SourceSansPro-Regular" w:hAnsi="SourceSansPro-Regular" w:cs="SourceSansPro-Regular"/>
      <w:color w:val="FFFFFF"/>
      <w:spacing w:val="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oricengland.org.uk/images-books/publications/heritage-crime-risk-assessment/heag308-heritage-crime-risk-assess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istoricengland.org.uk/advice/caring-for-heritage/heritage-crim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lice.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historicengland.org.uk/listing/heritage-at-risk/search-register/" TargetMode="External"/><Relationship Id="rId4" Type="http://schemas.openxmlformats.org/officeDocument/2006/relationships/settings" Target="settings.xml"/><Relationship Id="rId9" Type="http://schemas.openxmlformats.org/officeDocument/2006/relationships/hyperlink" Target="https://historicengland.org.uk/listing/the-lis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0A64F-8AD2-A54F-AAAF-D4C170314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2448</Words>
  <Characters>13957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Heritage Crime Risk Assessment Framework</vt:lpstr>
    </vt:vector>
  </TitlesOfParts>
  <Manager/>
  <Company/>
  <LinksUpToDate>false</LinksUpToDate>
  <CharactersWithSpaces>16373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Crime Risk Assessment Framework</dc:title>
  <dc:subject>Heritage crime risk assessment</dc:subject>
  <dc:creator>python-docx</dc:creator>
  <cp:keywords/>
  <dc:description>Accessible fillable form for assessing heritage crime risk.</dc:description>
  <cp:lastModifiedBy>Helen Millington-Evans</cp:lastModifiedBy>
  <cp:revision>7</cp:revision>
  <dcterms:created xsi:type="dcterms:W3CDTF">2026-08-14T11:56:00Z</dcterms:created>
  <dcterms:modified xsi:type="dcterms:W3CDTF">2026-08-20T13:41:00Z</dcterms:modified>
  <cp:category/>
</cp:coreProperties>
</file>